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024</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الأول: تقسيم النوع إلى الحقيقي والإضافي</w:t>
      </w:r>
    </w:p>
    <w:p>
      <w:pPr>
        <w:bidi w:val="1"/>
        <w:spacing w:after="140" w:line="300" w:lineRule="auto"/>
        <w:jc w:val="both"/>
      </w:pPr>
      <w:r>
        <w:rPr>
          <w:rFonts w:ascii="Arial" w:hAnsi="Arial" w:cs="Arial"/>
          <w:b w:val="0"/>
          <w:bCs w:val="0"/>
          <w:sz w:val="32"/>
          <w:szCs w:val="32"/>
          <w:rtl w:val="1"/>
          <w:lang w:val="ar-SA" w:bidi="ar-SA"/>
        </w:rPr>
        <w:t>بعد أن انتهى المصنف من بيان الكليات الذاتية وهي النوع والجنس والفصل، بعد ذلك ينتقل إلى تقسيمات النوع الحقيقي والإضافي، والجنس قريب وبعيد ومتوسط، والجنس سافل وعال ومتوسط، والفصل قريب وبعيد ومقوم ومقسم.</w:t>
      </w:r>
    </w:p>
    <w:p>
      <w:pPr>
        <w:bidi w:val="1"/>
        <w:spacing w:after="140" w:line="300" w:lineRule="auto"/>
        <w:jc w:val="both"/>
      </w:pPr>
      <w:r>
        <w:rPr>
          <w:rFonts w:ascii="Arial" w:hAnsi="Arial" w:cs="Arial"/>
          <w:b w:val="0"/>
          <w:bCs w:val="0"/>
          <w:sz w:val="32"/>
          <w:szCs w:val="32"/>
          <w:rtl w:val="1"/>
          <w:lang w:val="ar-SA" w:bidi="ar-SA"/>
        </w:rPr>
        <w:t>التقسيم الأول الذي يذكر لهذه الكليات الذاتية هو تقسيم النوع إلى الحقيقي والإضافي. أما ما هو النوع الحقيقي فقد بينا فيما سبق هو ذلك الشيء الذي يحكي تمام ماهية الأفراد التي يحمل عليها. كقولنا زيد وعامر وبكر وخالد إنسان، فالإنسانية التي هي النوع تحكي تمام ماهية هذه الأفراد الذاتية، تمام حقيقة هذه الأفراد وهي الحيوانية الناطقية.</w:t>
      </w:r>
    </w:p>
    <w:p>
      <w:pPr>
        <w:bidi w:val="1"/>
        <w:spacing w:after="140" w:line="300" w:lineRule="auto"/>
        <w:jc w:val="both"/>
      </w:pPr>
      <w:r>
        <w:rPr>
          <w:rFonts w:ascii="Arial" w:hAnsi="Arial" w:cs="Arial"/>
          <w:b w:val="0"/>
          <w:bCs w:val="0"/>
          <w:sz w:val="32"/>
          <w:szCs w:val="32"/>
          <w:rtl w:val="1"/>
          <w:lang w:val="ar-SA" w:bidi="ar-SA"/>
        </w:rPr>
        <w:t>أما ما هو النوع الإضافي؟ بينا بالأمس أن النوع الإضافي هو ذلك الكلي الذاتي الذي يوجد فوقه جنس. وعلى هذا الأساس قد يكون النوع الحقيقي إضافيًا أيضًا كالإنسان فإنه نوع حقيقي وهو نوع إضافي أيضًا لأنه فوقه جنس. ما هو جنس الإنسان؟ جنسه هو الحيوان.</w:t>
      </w:r>
    </w:p>
    <w:p>
      <w:pPr>
        <w:bidi w:val="1"/>
        <w:spacing w:after="140" w:line="300" w:lineRule="auto"/>
        <w:jc w:val="both"/>
      </w:pPr>
      <w:r>
        <w:rPr>
          <w:rFonts w:ascii="Arial" w:hAnsi="Arial" w:cs="Arial"/>
          <w:b w:val="0"/>
          <w:bCs w:val="0"/>
          <w:sz w:val="32"/>
          <w:szCs w:val="32"/>
          <w:rtl w:val="1"/>
          <w:lang w:val="ar-SA" w:bidi="ar-SA"/>
        </w:rPr>
        <w:t>ذكرنا أيضًا بالأمس أن الاشتراك بين النوع الإضافي والحقيقي اشتراك لفظي، ومن هنا لا يكون هذا التقسيم تقسيمًا حقيقيًا، لماذا؟ لأن التقسيم الحقيقي هو ذلك الذي يكون المقسم محفوظًا في جميع أقسامه، وهنا المقسم غير محفوظ إلا بحسب اللفظ محفوظ، وإنما الاشتراك بينهما اشتراك لفظي، فلا يكون التقسيم تقسيمًا حقيقيًا. هذا أولاً، وثانيًا أن النوع الإضافي ليس كليًا ذاتيًا في قبال الكليات الأخرى، وإلا لزم أن يكون ولزم أن تكون الكليات خمسة أو ستة؟ لا، لزم أن تكون ستة، لو قلنا أن النوع الإضافي هو كلي ذاتي في قبال الكليات الخمسة المتقدمة التي تقدم الكلام عنها، فما قلنا أنه خمسة وهو حصر عقلي تبين ليس بخمسة، وإنما ماذا؟ يوجد عندنا كلي سادس وهو النوع الإضافي.</w:t>
      </w:r>
    </w:p>
    <w:p>
      <w:pPr>
        <w:bidi w:val="1"/>
        <w:spacing w:after="140" w:line="300" w:lineRule="auto"/>
        <w:jc w:val="both"/>
      </w:pPr>
      <w:r>
        <w:rPr>
          <w:rFonts w:ascii="Arial" w:hAnsi="Arial" w:cs="Arial"/>
          <w:b w:val="0"/>
          <w:bCs w:val="0"/>
          <w:sz w:val="32"/>
          <w:szCs w:val="32"/>
          <w:rtl w:val="1"/>
          <w:lang w:val="ar-SA" w:bidi="ar-SA"/>
        </w:rPr>
        <w:t>مع أن النوع الإضافي ليس كليًا في قبال تلك الكليات، وإنما هو نفس النوع الحقيقي إذا أضيف ماذا؟ إذا قيس إلى ما فوقه، فيسمى باسم آخر. إذا، لا يوجد عندنا نوعان: نوع حقيقي ونوع إضافي، لا، يوجد عندنا نوع، هذا النوع، هذا الكلي إذا قيس إلى هذا الإضافي نسميه حقيقة، إذا قيس إلى ذاك الاعتبار نسميه ماذا؟ ها؟ نسميه إضافي. إذاً، لا توجد عندنا كليات ستة، خمسة منها المتقدمة والسادسة النوع الإضافي، لا، ليس الأمر كذلك، وإنما يوجد عندنا كليات خمسة ولكن هذا النوع الذي هو أحد الكليات الخمسة، هذا إذا أُضيف إلى ما تحته من الأفراد، يعني إذا قيس، حُمِل على زيد وعمرو وبكر نسميه ماذا؟ نوع حقيقي، أما إذا قيس إلى ما فوقه يعني الجنس نسميه ماذا؟ نسميه نوع إضافي.</w:t>
      </w:r>
    </w:p>
    <w:p>
      <w:pPr>
        <w:bidi w:val="1"/>
        <w:spacing w:after="140" w:line="300" w:lineRule="auto"/>
        <w:jc w:val="both"/>
      </w:pPr>
      <w:r>
        <w:rPr>
          <w:rFonts w:ascii="Arial" w:hAnsi="Arial" w:cs="Arial"/>
          <w:b w:val="0"/>
          <w:bCs w:val="0"/>
          <w:sz w:val="32"/>
          <w:szCs w:val="32"/>
          <w:rtl w:val="1"/>
          <w:lang w:val="ar-SA" w:bidi="ar-SA"/>
        </w:rPr>
        <w:t>ومن هنا نحن ذكرنا بالأمس أن أحد الفروق بين النوع الحقيقي والإضافي أن الحقيقي والإضافي الفرق بينهما أن الحقيقي إذا أضيف إلى ما تحته، والإضافي إذا أضيف إلى ما فوقه.</w:t>
      </w:r>
    </w:p>
    <w:p>
      <w:pPr>
        <w:bidi w:val="1"/>
        <w:spacing w:after="140" w:line="300" w:lineRule="auto"/>
        <w:jc w:val="both"/>
      </w:pPr>
      <w:r>
        <w:rPr>
          <w:rFonts w:ascii="Arial" w:hAnsi="Arial" w:cs="Arial"/>
          <w:b w:val="0"/>
          <w:bCs w:val="0"/>
          <w:sz w:val="32"/>
          <w:szCs w:val="32"/>
          <w:rtl w:val="1"/>
          <w:lang w:val="ar-SA" w:bidi="ar-SA"/>
        </w:rPr>
        <w:t>قال: لفظ النوع مشترك، مشترك لفظي هذا هو المشهور، وإن ذكر بعض المحققين بأنه لا، الاشتراك اشتراك معنوي، عدا تتحقق عندنا مشكلات أخرى، لعله موكول إلى دراسات أعمق. على أي الأحوال، لفظ النوع مشترك بين معنيين أحدهما الحقيقي بقرينة ماذا أقول مشترك لفظي؟ لأنه هو يقول بين معنيين، إذا هذا مشترك لفظي، هذا معنى وذاك معنى آخر، بخلاف المشترك المعنوي مو مشترك بين معنيين، لا، له معنى واحد ولكنه ماذا؟ له، أحسنتم.</w:t>
      </w:r>
    </w:p>
    <w:p>
      <w:pPr>
        <w:bidi w:val="1"/>
        <w:spacing w:after="140" w:line="300" w:lineRule="auto"/>
        <w:jc w:val="both"/>
      </w:pPr>
      <w:r>
        <w:rPr>
          <w:rFonts w:ascii="Arial" w:hAnsi="Arial" w:cs="Arial"/>
          <w:b w:val="0"/>
          <w:bCs w:val="0"/>
          <w:sz w:val="32"/>
          <w:szCs w:val="32"/>
          <w:rtl w:val="1"/>
          <w:lang w:val="ar-SA" w:bidi="ar-SA"/>
        </w:rPr>
        <w:t>لفظ النوع مشترك بين معنيين أحدهما الحقيقي وهو أحد الكليات خمسة المتقدمات وقد تقدم بيانه، وثانيهما الإضافي والمقصود به الكلي الذاتي الذي فوقه جنس، بينا بالأمس، لا تقولوا الكلي الذي فوقه جنس، لأن الكلي أعم من الذاتي والعرضي، وإنما قيد الكلي هنا ماذا؟ بالذاتي، فهو نوع بالإضافة، مو نوع حقيقي، نوع بالإضافة، فهو نوع بالإضافة إلى الجنس الذي فوقه، هسه سواء كان في نفسه نوعًا حقيقيًا أو لم يكن في نفسه نوعًا حقيقيًا، كالإنسان بالإضافة إلى جنسه، فإن الإنسان بالإضافة إلى ما تحته من الأفراد نوع حقيقي، بالإضافة إلى ما فوقه من الجنس ماذا؟ نوع إضافي. كالإنسان بالإضافة إلى جنسه وهو الحيوان، وكالحيوان بالإضافة إلى جنسه.</w:t>
      </w:r>
    </w:p>
    <w:p>
      <w:pPr>
        <w:bidi w:val="1"/>
        <w:spacing w:after="140" w:line="300" w:lineRule="auto"/>
        <w:jc w:val="both"/>
      </w:pPr>
      <w:r>
        <w:rPr>
          <w:rFonts w:ascii="Arial" w:hAnsi="Arial" w:cs="Arial"/>
          <w:b w:val="0"/>
          <w:bCs w:val="0"/>
          <w:sz w:val="32"/>
          <w:szCs w:val="32"/>
          <w:rtl w:val="1"/>
          <w:lang w:val="ar-SA" w:bidi="ar-SA"/>
        </w:rPr>
        <w:t>سؤال: الحيوان نوع حقيقي لو مو نوع حقيقي؟ مو نوع حقيقي، لماذا؟ لأنه لا يوجد عندنا نحن في الخارج شيء اسمه حيوان. النوع الحقيقي ما هو؟ هو الذي يمكن أن يوجد في الخارج ضمن أفراده. ولكن احنا عندنا في الخارج شيء اسمه حيوان؟ لا، عندنا في الخارج إنسان، عندنا بقر، عندنا قرد، عندنا فرس، وهذه ليست حيوان، وإنما حيوان كذا، هذه أنواع هذه، ليست جنس، فإذا الجنس ليس نوعًا حقيقيًا، بل هو نوعًا ماذا؟ إضافي، فهو إذا قيس إلى ما تحته يكون جنسًا، يعني الحيوان إذا قيس إلى الإنسان البقر يكون ماذا؟ جنس، أما إذا قيس إلى ما فوقه، وهو الجسم النامي، شو يصير؟ يكون نوعًا إضافيًا.</w:t>
      </w:r>
    </w:p>
    <w:p>
      <w:pPr>
        <w:bidi w:val="1"/>
        <w:spacing w:after="140" w:line="300" w:lineRule="auto"/>
        <w:jc w:val="both"/>
      </w:pPr>
      <w:r>
        <w:rPr>
          <w:rFonts w:ascii="Arial" w:hAnsi="Arial" w:cs="Arial"/>
          <w:b w:val="0"/>
          <w:bCs w:val="0"/>
          <w:sz w:val="32"/>
          <w:szCs w:val="32"/>
          <w:rtl w:val="1"/>
          <w:lang w:val="ar-SA" w:bidi="ar-SA"/>
        </w:rPr>
        <w:t>قال فلهذا قال: سواء كان نوعًا حقيقيًا كالإنسان، أو ليس نوعًا حقيقيًا كالحيوان. هذا مثال النوع غير الحقيقي الذي هو نوع إضافي وهو جنس، وكالحيوان بالإضافة إلى جنسه وهو الجسم النامي، وكالجسم النامي بالإضافة إلى الجسم المطلق، وكالجسم المطلق بالإضافة إلى الجوهر، باعتبار أنه بعد الجوهر الجوهر هو جنس الأجناس من المقولات العالية لا يوجد فوقها جنس.</w:t>
      </w:r>
    </w:p>
    <w:p>
      <w:pPr>
        <w:bidi w:val="1"/>
        <w:spacing w:after="140" w:line="300" w:lineRule="auto"/>
        <w:jc w:val="both"/>
      </w:pPr>
      <w:r>
        <w:rPr>
          <w:rFonts w:ascii="Arial" w:hAnsi="Arial" w:cs="Arial"/>
          <w:b w:val="0"/>
          <w:bCs w:val="0"/>
          <w:sz w:val="32"/>
          <w:szCs w:val="32"/>
          <w:rtl w:val="1"/>
          <w:lang w:val="ar-SA" w:bidi="ar-SA"/>
        </w:rPr>
        <w:t>طبعا هناك مجموعة من الفروق بين النوع الحقيقي والنوع الإضافي. الفرق الأول ذكرناه الآن لكم قبل قليل في ضمن كلمات الماتن المصنف رحمة الله تعالى عليه. تذكر هناك جملة من الفروق نحن نشير إليها، إذا بقيت بعض الفروق لم يشر إليها نحن ان شاء الله سنشير.</w:t>
      </w:r>
    </w:p>
    <w:p>
      <w:pPr>
        <w:bidi w:val="1"/>
        <w:spacing w:after="140" w:line="300" w:lineRule="auto"/>
        <w:jc w:val="both"/>
      </w:pPr>
      <w:r>
        <w:rPr>
          <w:rFonts w:ascii="Arial" w:hAnsi="Arial" w:cs="Arial"/>
          <w:b w:val="0"/>
          <w:bCs w:val="0"/>
          <w:sz w:val="32"/>
          <w:szCs w:val="32"/>
          <w:rtl w:val="1"/>
          <w:lang w:val="ar-SA" w:bidi="ar-SA"/>
        </w:rPr>
        <w:t>هذا فيما يرتبط بالنوع الذي ينقسم إلى حقيقي وإضافي وانه ما هو الفرق بينهما، أول فرق ذكرناه. تبقى أبحاث مفصلة ذكرها علماء المنطق في هذه المجالات نحن في غنى عنها الآن في على مستوى هذه الدراسة من قبيل أن النسبة بين النوع الحقيقي والنوع الإضافي ما هو؟ هل النسبة بينهما هل النسبة بينهما عموم وخصوص من وجه، مطلق، تساوي؟ ذكر بعضهم بأن النسبة بينهم هي العموم والخصوص من وجه، والأمر لا يهمنا الآن كثيرًا.</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الثاني: تقسيمات الجنس (قريب وبعيد، وسافل وعال ومتوسط)</w:t>
      </w:r>
    </w:p>
    <w:p>
      <w:pPr>
        <w:bidi w:val="1"/>
        <w:spacing w:after="140" w:line="300" w:lineRule="auto"/>
        <w:jc w:val="both"/>
      </w:pPr>
      <w:r>
        <w:rPr>
          <w:rFonts w:ascii="Arial" w:hAnsi="Arial" w:cs="Arial"/>
          <w:b w:val="0"/>
          <w:bCs w:val="0"/>
          <w:sz w:val="32"/>
          <w:szCs w:val="32"/>
          <w:rtl w:val="1"/>
          <w:lang w:val="ar-SA" w:bidi="ar-SA"/>
        </w:rPr>
        <w:t>نأتي إلى التقسيم الآخر، وهو تقسيمات الجنس، وهو الكلي الثاني، الكلي الذاتي الثاني من الكليات التي تقدم الكلام عنها. الجنس في كلمات الأعلام يقسم إلى سافل وعال ومتوسط، أو إلى قريب وبعيد. يعني يوجد تقسيمان للجنس: إما قريب وإما بعيد، وتقسيم آخر: إما سافل، إما متوسط، إما عالٍ.</w:t>
      </w:r>
    </w:p>
    <w:p>
      <w:pPr>
        <w:bidi w:val="1"/>
        <w:spacing w:after="140" w:line="300" w:lineRule="auto"/>
        <w:jc w:val="both"/>
      </w:pPr>
      <w:r>
        <w:rPr>
          <w:rFonts w:ascii="Arial" w:hAnsi="Arial" w:cs="Arial"/>
          <w:b w:val="0"/>
          <w:bCs w:val="0"/>
          <w:sz w:val="32"/>
          <w:szCs w:val="32"/>
          <w:rtl w:val="1"/>
          <w:lang w:val="ar-SA" w:bidi="ar-SA"/>
        </w:rPr>
        <w:t>وما هو المراد أن الجنس قريب أو بعيد؟ هنا البعد والقرب الذي يُذكر عادة في كلمات المناطقة مرادهم القرب والبعد النسبي. يعني شيء واحد قد يكون قريبًا إلى شيء وبعيدًا ماذا؟ بالنسبة إلى شيء آخر. وشيء واحد قد يكون بعيدًا بالنسبة إلى شيء وقريبًا بالنسبة إلى شيء آخر.</w:t>
      </w:r>
    </w:p>
    <w:p>
      <w:pPr>
        <w:bidi w:val="1"/>
        <w:spacing w:after="140" w:line="300" w:lineRule="auto"/>
        <w:jc w:val="both"/>
      </w:pPr>
      <w:r>
        <w:rPr>
          <w:rFonts w:ascii="Arial" w:hAnsi="Arial" w:cs="Arial"/>
          <w:b w:val="0"/>
          <w:bCs w:val="0"/>
          <w:sz w:val="32"/>
          <w:szCs w:val="32"/>
          <w:rtl w:val="1"/>
          <w:lang w:val="ar-SA" w:bidi="ar-SA"/>
        </w:rPr>
        <w:t>أستاذ، تعالوا معنا إلى الحيوان. حيوان جنس قريب بالنسبة إلى الإنسان. جوهر شنو جنس بعيد وقريب؟ ها؟ بعيد. خبز الجسم النامي ماذا؟ بعيد أو ليس ببعيد؟ بعيد. الجسم ما هو بعيد لو قريب؟ بعيد. يعني نعبر نحن القريب والبعيد والأبعد. الأبعد الأبعد هي شنو نعبر؟ لو نعبر قريب وبعيد؟ ومن هنا قالوا المراد من القرب والبعد هو ماذا؟ القرب والبعد.</w:t>
      </w:r>
    </w:p>
    <w:p>
      <w:pPr>
        <w:bidi w:val="1"/>
        <w:spacing w:after="140" w:line="300" w:lineRule="auto"/>
        <w:jc w:val="both"/>
      </w:pPr>
      <w:r>
        <w:rPr>
          <w:rFonts w:ascii="Arial" w:hAnsi="Arial" w:cs="Arial"/>
          <w:b w:val="0"/>
          <w:bCs w:val="0"/>
          <w:sz w:val="32"/>
          <w:szCs w:val="32"/>
          <w:rtl w:val="1"/>
          <w:lang w:val="ar-SA" w:bidi="ar-SA"/>
        </w:rPr>
        <w:t>يعني تعالوا معنا أنتم إلى الجسم النامي. هذا الجسم النامي أنت إذا نسبته إلى الإنسان يكون قريب، إذا نسبته إلى ما بعده ما ما إلى الجسم يكون ماذا؟ يكون بعيد، لكن بالنسبة إليه يكون بعيد. مراد من القرب والبعد في كلمات المناطقة القريب هو الذي يكون مرتبطًا ماذا؟ بنفس النوع، يعني لا توجد بينهما واسطة مثلا، هذا أحد مصاديقه. بعيد ماذا؟ يعني توجد بينه واسطة، هسه سواء كان بعيد أو كان أبعد، يعني ما ليس بقريب.</w:t>
      </w:r>
    </w:p>
    <w:p>
      <w:pPr>
        <w:bidi w:val="1"/>
        <w:spacing w:after="140" w:line="300" w:lineRule="auto"/>
        <w:jc w:val="both"/>
      </w:pPr>
      <w:r>
        <w:rPr>
          <w:rFonts w:ascii="Arial" w:hAnsi="Arial" w:cs="Arial"/>
          <w:b w:val="0"/>
          <w:bCs w:val="0"/>
          <w:sz w:val="32"/>
          <w:szCs w:val="32"/>
          <w:rtl w:val="1"/>
          <w:lang w:val="ar-SA" w:bidi="ar-SA"/>
        </w:rPr>
        <w:t>هذا اصطلاح القريب والبعيد. احنا مرة نقول هذا أول ومرة ثاني، التفتوا جيدًا. مرة نقول هذا ثاني في قبال الأول وفي قبال ماذا؟ الثالث. لأن الثاني هم هل يقع في قباله الأول؟ أم يقع في قباله ماذا؟ الثالث؟ يقع في قباله الرابع. يقع في قباله الخامس، هذا كله يقع في قبال ماذا؟ في قبال الثاني. ومرة الآن نقول الثاني ومرادنا ليس بأول، هسه سواء كان ثانيًا، ثالثًا، رابعًا، خامسًا، عاشرًا، مئة، هذا كله شو نسميه؟ نسميه ثاني، فلهذا تجدهم يقولون إن الثاني قد يطلق ويراد منه ما ليس بأول، هسه سواء كان ثالث، رابع، خامس، عاشر، هذا كله نطلق عليه ماذا؟ الثاني، بعيد من هذا القبيل.</w:t>
      </w:r>
    </w:p>
    <w:p>
      <w:pPr>
        <w:bidi w:val="1"/>
        <w:spacing w:after="140" w:line="300" w:lineRule="auto"/>
        <w:jc w:val="both"/>
      </w:pPr>
      <w:r>
        <w:rPr>
          <w:rFonts w:ascii="Arial" w:hAnsi="Arial" w:cs="Arial"/>
          <w:b w:val="0"/>
          <w:bCs w:val="0"/>
          <w:sz w:val="32"/>
          <w:szCs w:val="32"/>
          <w:rtl w:val="1"/>
          <w:lang w:val="ar-SA" w:bidi="ar-SA"/>
        </w:rPr>
        <w:t>عندما نقول هذا جنس بعيد يعني ليس بقريب، هسه كان أبعد بواسطة بدرجة واحدة، بدرجتين، بثلاث درجات، بعشر درجات، بـ20 درجة، لا يهمنا ذلك. المهم أنه ليس بقريب. إذا ما هو المراد من الجنس القريب والبعيد؟ المراد من الجنس القريب والبعيد أن الجنس القريب هو الذي لا واسطة بينه وبين النوع كالحيوان بالنسبة إلى الإنسان. وما عداه فعد يكون ماذا؟ يكون بعيدًا ما ليس بقريب.</w:t>
      </w:r>
    </w:p>
    <w:p>
      <w:pPr>
        <w:bidi w:val="1"/>
        <w:spacing w:after="140" w:line="300" w:lineRule="auto"/>
        <w:jc w:val="both"/>
      </w:pPr>
      <w:r>
        <w:rPr>
          <w:rFonts w:ascii="Arial" w:hAnsi="Arial" w:cs="Arial"/>
          <w:b w:val="0"/>
          <w:bCs w:val="0"/>
          <w:sz w:val="32"/>
          <w:szCs w:val="32"/>
          <w:rtl w:val="1"/>
          <w:lang w:val="ar-SA" w:bidi="ar-SA"/>
        </w:rPr>
        <w:t>وتعالوا معنا إلى أين؟ إلى الجنس السافل، الجنس المتوسط، الجنس العالي. الجنس السافل هو الذي يساوي الجنس القريب هو الجنس الذي يكون مقوما للنوع كالناطق كالحيوانية بالنسبة إلى الإنسان، هذا نسميه جنس سافل لأنه يقع في أسفل السلسلة من نبدأ من الجوهر نبدأ جوهر جسم نام حساس متحرك بالإرادة وين نوصل؟ نوصل إلى الحيوان الذي بعده ماذا يوجد؟ بعده يوجد نوع بعد ما توجد هذا النوع الحقيقي بعد لا يكون جنسًا إضافيًا أنواع أخرى.</w:t>
      </w:r>
    </w:p>
    <w:p>
      <w:pPr>
        <w:bidi w:val="1"/>
        <w:spacing w:after="140" w:line="300" w:lineRule="auto"/>
        <w:jc w:val="both"/>
      </w:pPr>
      <w:r>
        <w:rPr>
          <w:rFonts w:ascii="Arial" w:hAnsi="Arial" w:cs="Arial"/>
          <w:b w:val="0"/>
          <w:bCs w:val="0"/>
          <w:sz w:val="32"/>
          <w:szCs w:val="32"/>
          <w:rtl w:val="1"/>
          <w:lang w:val="ar-SA" w:bidi="ar-SA"/>
        </w:rPr>
        <w:t>يقف هنا بعض، أنت عندما توصل إلى الحيوان تحت الأنواع حيوان شنو اكو؟ ها؟ شنو اكو؟ اكو أنواع. خذ هذه الأنواع هل هي أجناس لما تحتها؟ لو لما تحتها بعد هي تعتبر أفراد لها، فلهذا بعد آخر سلسلة الأجناس نسميه ماذا؟ نسميه جنس سافل. طبعا هذا قلت هنا يساوي الحيوان يساوي القريب؟ طبعا لا يساوي، لانه بعض الأحيان عندنا جنس قريب ولا يساوي ماذا؟ الجنس السافل من قبيل ماذا؟ من قبيل الجنس الجسم بالنسبة إلى الجسم النامي. الجسم بالنسبة إلى الجنس جسم النامي جنس قريب لو مو قريب، ها؟ ولكن سافل لو مو سافل؟ ومن هنا نحن ذكرنا أن القرب والبعد أمران نسبيان.</w:t>
      </w:r>
    </w:p>
    <w:p>
      <w:pPr>
        <w:bidi w:val="1"/>
        <w:spacing w:after="140" w:line="300" w:lineRule="auto"/>
        <w:jc w:val="both"/>
      </w:pPr>
      <w:r>
        <w:rPr>
          <w:rFonts w:ascii="Arial" w:hAnsi="Arial" w:cs="Arial"/>
          <w:b w:val="0"/>
          <w:bCs w:val="0"/>
          <w:sz w:val="32"/>
          <w:szCs w:val="32"/>
          <w:rtl w:val="1"/>
          <w:lang w:val="ar-SA" w:bidi="ar-SA"/>
        </w:rPr>
        <w:t>أما بعد، سافل، عالي، متوسط، بعد ماذا؟ هو نسبي أمر نفسي حقيقي. فإذا آخر سلسلة الأجناس نسميه ماذا؟ جنسًا سافلًا وهو الحيوان.</w:t>
      </w:r>
    </w:p>
    <w:p>
      <w:pPr>
        <w:bidi w:val="1"/>
        <w:spacing w:after="140" w:line="300" w:lineRule="auto"/>
        <w:jc w:val="both"/>
      </w:pPr>
      <w:r>
        <w:rPr>
          <w:rFonts w:ascii="Arial" w:hAnsi="Arial" w:cs="Arial"/>
          <w:b w:val="0"/>
          <w:bCs w:val="0"/>
          <w:sz w:val="32"/>
          <w:szCs w:val="32"/>
          <w:rtl w:val="1"/>
          <w:lang w:val="ar-SA" w:bidi="ar-SA"/>
        </w:rPr>
        <w:t>أما الحيوان وهو الحيوان أما جنس الحيوان ما هو؟ ها؟ الجسم النامي، أحسنتم. الجسم النامي الحساس المتحرك بالإرادة. هذا فصل حي. جنس نامي هذا جنس لو ليس بجنس، ها؟ ولكن سافل لو ليس بسافل؟ ليس بسافل لأنه تحته جنس آخر وهو الحيوان. إذا الجنس الذي هو الجسم النامي الذي تحته جنس والمفروض أنه يوجد فوقه جنس أو لا يوجد فوقه جنس؟ نعم، ما هو جنسه؟ الجسم. لأن الجسم ينقسم إلى نامي وإلى غير نامي، النامي فصل وغير النامي أيضًا فصل آخر، فإذا الجسم يكون جنسًا ماذا؟ الجسم النامي يكون جنسًا ماذا؟ متوسطًا لا سافلًا.</w:t>
      </w:r>
    </w:p>
    <w:p>
      <w:pPr>
        <w:bidi w:val="1"/>
        <w:spacing w:after="140" w:line="300" w:lineRule="auto"/>
        <w:jc w:val="both"/>
      </w:pPr>
      <w:r>
        <w:rPr>
          <w:rFonts w:ascii="Arial" w:hAnsi="Arial" w:cs="Arial"/>
          <w:b w:val="0"/>
          <w:bCs w:val="0"/>
          <w:sz w:val="32"/>
          <w:szCs w:val="32"/>
          <w:rtl w:val="1"/>
          <w:lang w:val="ar-SA" w:bidi="ar-SA"/>
        </w:rPr>
        <w:t>لماذا متوسط؟ باعتبار أنه تحته جنس، فوقه جنس، إلى أن نستمر في السلسلة إلى أن نصل إلى جنس مو لا يوجد تحته جنس، لا يوجد فوقه جنس. شو يصير؟ الجنس العالي.</w:t>
      </w:r>
    </w:p>
    <w:p>
      <w:pPr>
        <w:bidi w:val="1"/>
        <w:spacing w:after="140" w:line="300" w:lineRule="auto"/>
        <w:jc w:val="both"/>
      </w:pPr>
      <w:r>
        <w:rPr>
          <w:rFonts w:ascii="Arial" w:hAnsi="Arial" w:cs="Arial"/>
          <w:b w:val="0"/>
          <w:bCs w:val="0"/>
          <w:sz w:val="32"/>
          <w:szCs w:val="32"/>
          <w:rtl w:val="1"/>
          <w:lang w:val="ar-SA" w:bidi="ar-SA"/>
        </w:rPr>
        <w:t>إذا الأجناس إما سافلة التي بعد لا يوجد تحتها جنس، وإما عالية التي لا يوجد فوقها جنس، وإما متوسطات بينها تحتها جنس فوقها جنسون، حتى هذه المتوسطات قد تكون واحدة، قد تكون اثنين، قد تكون ثلاثة، بعد مو مهم، كلها نسميها ماذا؟ متوسطة. هذه المتوسطات تختلف قربًا بعدًا فلعله ما هو القريب هنا قد يكون بعيدًا بالنسبة إلى شيء آخر، فالجنس فالجنس تقسيمه إلى القريب والبعيد تقس هذا التقسيم تقسيم نسبي لا نسب حقيقي، بخلافه في السافل والعالي فانه ماذا؟ مو نسبي، يعني الذي صار سافلًا بعد لا يمكن أن يكون لا متوسطًا ولا أن يكون، والعالي بعد لا يمكن أن يكون متوسطًا وأن يكون سافلًا، والمتوسط لا يمكن لا أن يكون سافلًا ولا أن يكون عاليًا، وهذا معناه أنه ليس أمرًا نسبيًا وإنما هو أمر نفسي قائم بنفسه.</w:t>
      </w:r>
    </w:p>
    <w:p>
      <w:pPr>
        <w:bidi w:val="1"/>
        <w:spacing w:after="140" w:line="300" w:lineRule="auto"/>
        <w:jc w:val="both"/>
      </w:pPr>
      <w:r>
        <w:rPr>
          <w:rFonts w:ascii="Arial" w:hAnsi="Arial" w:cs="Arial"/>
          <w:b w:val="0"/>
          <w:bCs w:val="0"/>
          <w:sz w:val="32"/>
          <w:szCs w:val="32"/>
          <w:rtl w:val="1"/>
          <w:lang w:val="ar-SA" w:bidi="ar-SA"/>
        </w:rPr>
        <w:t>إذا الجنس أما قريب واما بعيد أولاً، هذا تقسيم وهو تقسيم نسبي. الجنس أما سافل، أما متوسط، إما عالي، هذا تقسيمات. ولكن المصنف رحمة الله تعالى عليه خلط بين التقسيمين، قال: الجنس قريب وبعيد ومتوسط. هذا القريب والبعيد مرتبطة بتقسيم. المتوسط مرتبطة بتقسيم آخر وهو ماذا؟ سافل متوسط عالي.</w:t>
      </w:r>
    </w:p>
    <w:p>
      <w:pPr>
        <w:bidi w:val="1"/>
        <w:spacing w:after="140" w:line="300" w:lineRule="auto"/>
        <w:jc w:val="both"/>
      </w:pPr>
      <w:r>
        <w:rPr>
          <w:rFonts w:ascii="Arial" w:hAnsi="Arial" w:cs="Arial"/>
          <w:b w:val="0"/>
          <w:bCs w:val="0"/>
          <w:sz w:val="32"/>
          <w:szCs w:val="32"/>
          <w:rtl w:val="1"/>
          <w:lang w:val="ar-SA" w:bidi="ar-SA"/>
        </w:rPr>
        <w:t>هذا قوله: الجنس قريب وبعيد، هذا التقسيم خاطئ غير صحيح صحيح في كتب المناطقة لا يقسمون هكذا، كان ينبغي أن يقول هكذا: الجنس قريب وبعيد سافل ومتوسط وعالي. هذا بعد كان يصير تقسيم صحيح، كما ذكر بعده الجنس الفصل قريب وبعيد ومقسم ومقوم، يعني ذكر تقسيمين، هنا أيضًا كان ينبغي أن يذكر تقسيمين، مو أن يخلط بين التقسيمين.</w:t>
      </w:r>
    </w:p>
    <w:p>
      <w:pPr>
        <w:bidi w:val="1"/>
        <w:spacing w:after="140" w:line="300" w:lineRule="auto"/>
        <w:jc w:val="both"/>
      </w:pPr>
      <w:r>
        <w:rPr>
          <w:rFonts w:ascii="Arial" w:hAnsi="Arial" w:cs="Arial"/>
          <w:b w:val="0"/>
          <w:bCs w:val="0"/>
          <w:sz w:val="32"/>
          <w:szCs w:val="32"/>
          <w:rtl w:val="1"/>
          <w:lang w:val="ar-SA" w:bidi="ar-SA"/>
        </w:rPr>
        <w:t>قال: قد تتألف سلسلة فلهذا هذيك صححوها هذيش الجنس قريب وبعيد ومتوسط لو ضيفوا عليها ثلاث شيء لو صححوها، يعني لو قولوا هكذا: الجنس عال ومتوسط وسافل، أو سافل ومتوسط وعالي، هالشكلي سووه الجنس، أو قولوا هكذا: الجنس قريب وبعيد وعا وسافل ومتوسط وعالي، حتى تكون العبارة صحيحة ولكنه التصحيح الأول أصح، لماذا؟ لأنه هو عندما يأتي إلى الشرح ما يبين إلا السافل والمتوسط والعالي، أما الجنس القريب والبعيد ماذا؟ لا يبينه. فلو كان بصدد ذكر تقسيمين كان ينبغي ماذا؟ أن يذكرهما معًا. إذا هو يريد أن يقول تصور قدس سره الشريف أن القرب والبعد يساوي السفل والعلو، مع أنه ليس كذلك. ليس كل قريب سافل وكل بعيد عالي. نعم، بعض الأحيان يكون هكذا ولكنه ليس كل ما كان قريب فهو سافل وكل ما كان بعيد فهو عالي، بل بينهما عموم وخصوص من وجه، فلهذا صححوا التعريف قولوا: الجنس أما سافل أما متوسط أما عالي.</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السلسلة من الكليات إلى جوهر الأجناس</w:t>
      </w:r>
    </w:p>
    <w:p>
      <w:pPr>
        <w:bidi w:val="1"/>
        <w:spacing w:after="140" w:line="300" w:lineRule="auto"/>
        <w:jc w:val="both"/>
      </w:pPr>
      <w:r>
        <w:rPr>
          <w:rFonts w:ascii="Arial" w:hAnsi="Arial" w:cs="Arial"/>
          <w:b w:val="0"/>
          <w:bCs w:val="0"/>
          <w:sz w:val="32"/>
          <w:szCs w:val="32"/>
          <w:rtl w:val="1"/>
          <w:lang w:val="ar-SA" w:bidi="ar-SA"/>
        </w:rPr>
        <w:t>قال: قد تتألف سلسلة من الكليات يندرج بعضها تحت بعض كالسلسلة المتقدمة التي تبتدئ بالانسان، لماذا تبتدئ بالإنسان؟ ها، باعتبار أن الإنسان بعد لا يوجد تحته أنواع وإنما يوجد تحته أفراد، طبعا هذا نقوله في علم المنطق أما عندما نوصل إلى الفلسفة نقول لا مو لأنه الإنسان جنس تحته أنواع. الآن نقول الإنسان نوع تحته أفراد.</w:t>
      </w:r>
    </w:p>
    <w:p>
      <w:pPr>
        <w:bidi w:val="1"/>
        <w:spacing w:after="140" w:line="300" w:lineRule="auto"/>
        <w:jc w:val="both"/>
      </w:pPr>
      <w:r>
        <w:rPr>
          <w:rFonts w:ascii="Arial" w:hAnsi="Arial" w:cs="Arial"/>
          <w:b w:val="0"/>
          <w:bCs w:val="0"/>
          <w:sz w:val="32"/>
          <w:szCs w:val="32"/>
          <w:rtl w:val="1"/>
          <w:lang w:val="ar-SA" w:bidi="ar-SA"/>
        </w:rPr>
        <w:t>لا مولانا، الإنسان ليس نوع تحته أفراد، بل الإنسان جنس تحته أنواع كثيرة. وتحقيقه بعد موكول إلى مباني الحكمة المتعالية.</w:t>
      </w:r>
    </w:p>
    <w:p>
      <w:pPr>
        <w:bidi w:val="1"/>
        <w:spacing w:after="140" w:line="300" w:lineRule="auto"/>
        <w:jc w:val="both"/>
      </w:pPr>
      <w:r>
        <w:rPr>
          <w:rFonts w:ascii="Arial" w:hAnsi="Arial" w:cs="Arial"/>
          <w:b w:val="0"/>
          <w:bCs w:val="0"/>
          <w:sz w:val="32"/>
          <w:szCs w:val="32"/>
          <w:rtl w:val="1"/>
          <w:lang w:val="ar-SA" w:bidi="ar-SA"/>
        </w:rPr>
        <w:t>قد تتألف سلسلة من الكليات يندرج بعضها تحت بعض كالسلسلة المتقدمة التي تبتدئ بالإنسان وتنتهي بالجوهر. فما هو البرهان أنه كل سلسلة لابد أن تنتهي؟ هو لقائل أن يقول فليكن ذاك الجوهر أيضًا تحت جنس آخر وذاك إلى ما لا نهاية له، يقولون محال، لماذا؟ لأنه يلزم أن يكون المفهوم الواحد وهو الإنسان مركب من مفاهيم ماذا؟ لا نهاية لها وهو محال. لأنه احنا نريد أن نصل إلى ماذا؟ نريد أن نصل إلى فهم هذا المفهوم وهو الإنسان الحيوان الناطق.</w:t>
      </w:r>
    </w:p>
    <w:p>
      <w:pPr>
        <w:bidi w:val="1"/>
        <w:spacing w:after="140" w:line="300" w:lineRule="auto"/>
        <w:jc w:val="both"/>
      </w:pPr>
      <w:r>
        <w:rPr>
          <w:rFonts w:ascii="Arial" w:hAnsi="Arial" w:cs="Arial"/>
          <w:b w:val="0"/>
          <w:bCs w:val="0"/>
          <w:sz w:val="32"/>
          <w:szCs w:val="32"/>
          <w:rtl w:val="1"/>
          <w:lang w:val="ar-SA" w:bidi="ar-SA"/>
        </w:rPr>
        <w:t>قال: فإذا ذهبت ذهبت بها متصاعدًا من الإنسان فمبدئها هذه السلسلة النوع وهو الإنسان في المثال، وبعد النوع الجنس الأدنى الذي هو مبدأ سلسلة الأجناس، ويسمى الجنس القريب لأنه أقربها إلى النوع ويسمى أيضًا الجنس السافل وهو الحيوان في المثال.</w:t>
      </w:r>
    </w:p>
    <w:p>
      <w:pPr>
        <w:bidi w:val="1"/>
        <w:spacing w:after="140" w:line="300" w:lineRule="auto"/>
        <w:jc w:val="both"/>
      </w:pPr>
      <w:r>
        <w:rPr>
          <w:rFonts w:ascii="Arial" w:hAnsi="Arial" w:cs="Arial"/>
          <w:b w:val="0"/>
          <w:bCs w:val="0"/>
          <w:sz w:val="32"/>
          <w:szCs w:val="32"/>
          <w:rtl w:val="1"/>
          <w:lang w:val="ar-SA" w:bidi="ar-SA"/>
        </w:rPr>
        <w:t>التفتوا جيدًا، هذه مو قاعدة عامة مو كلما صار سافلًا فيكون قريبًا وكلما كان قريبًا فيكون سافلًا. هنا من باب الصدفة القريب ماذا؟ صار سافل والسافل صار ماذا؟ صار قريب. التفتوا جيدًا، فلهذا إذا تريدون ما يقع إشتباه، قولوا ويسمى الجنس السافل، هذه الجنس القريب لأنه أقربها إلى النوع ويسمى أيضًا هذه حذفوها حتى بعد ليس الخلط بين التقسيمين.</w:t>
      </w:r>
    </w:p>
    <w:p>
      <w:pPr>
        <w:bidi w:val="1"/>
        <w:spacing w:after="140" w:line="300" w:lineRule="auto"/>
        <w:jc w:val="both"/>
      </w:pPr>
      <w:r>
        <w:rPr>
          <w:rFonts w:ascii="Arial" w:hAnsi="Arial" w:cs="Arial"/>
          <w:b w:val="0"/>
          <w:bCs w:val="0"/>
          <w:sz w:val="32"/>
          <w:szCs w:val="32"/>
          <w:rtl w:val="1"/>
          <w:lang w:val="ar-SA" w:bidi="ar-SA"/>
        </w:rPr>
        <w:t>التفتوا جيدًا، قال: وبعده الجنس الأدنى الذي هو مبدأ سلسلة الأجناس ويسمى الجنس سافل وهو الحيوان في المتر حتى ليس الخلط بين هذا التقسيم والتقسيم الذي ذكرناه وهو الجنس أما قريب واما بعيد، مو هذا من قال ويسمى الجنس القريب أنت يجي بذهنك إذا كل ما كان جنسًا قريبًا فيكون ماذا؟ يكون جنسًا سافلًا، لا، ليس الأمر كذلك، قد يكون جنسًا قريبًا ولا يسمى ماذا؟ جنسًا سافلًا من قبيل ماذا؟ من قبيل الجسم بالنسبة إلى الجسم النامي. جنس قريب لو مو جنس قريب؟ ها؟ قريب لو مو قريب؟ إذا لا واسطة بين الجسم النامي وبين الجسم الذي هو جنسه، قريب لو مو قريب؟ نعم. سافل لو مو سافل؟ لا، متوسط. فلهذا حتى لا يقع هذا الخلط، حتى إما حشوا يمه حتى تبينوها بأنه هاي ليست قاعدة كلية، كل ما كان قريب فهو سافل، أو احذفوها حتى تتخلصون من التداخل بين التقسيم.</w:t>
      </w:r>
    </w:p>
    <w:p>
      <w:pPr>
        <w:bidi w:val="1"/>
        <w:spacing w:after="140" w:line="300" w:lineRule="auto"/>
        <w:jc w:val="both"/>
      </w:pPr>
      <w:r>
        <w:rPr>
          <w:rFonts w:ascii="Arial" w:hAnsi="Arial" w:cs="Arial"/>
          <w:b w:val="0"/>
          <w:bCs w:val="0"/>
          <w:sz w:val="32"/>
          <w:szCs w:val="32"/>
          <w:rtl w:val="1"/>
          <w:lang w:val="ar-SA" w:bidi="ar-SA"/>
        </w:rPr>
        <w:t>ثم هذا الجنس وهو الحيوان فوقه جنس أعلى حتى تنتهي إلى الجنس الذي ليس فوقه جنس ويسمى الجنس البعيد والجنس العالي، هذا أيضًا خلط هنا لا مو لأنه ليس ما هو كل ما هو جنس بعيد فهو جنس عالي. الجسم النامي جنس بعيد للإنسان، مو بعيد؟ ها؟ ولكن عالي لو مو عالي؟ عالي لو مو عالي؟ مو عالي، لأن العالي هو ماذا؟ هو الجوهر. فإذا هذه مو قاعدة عامة، وهي كلما كان جنسًا بعيد فهو جنس عالي، فلهذا حتى لا يقع هم خلط، احذفوا هذا الجنس البعيد والواو، قولوا هالشكل الذي ليس فوقه جنس ويسمى الجنس. هذه الجنس البعيد وبعدها الواو احذفوها حتى لا يصير خلط ماذا بين التقسيمين.</w:t>
      </w:r>
    </w:p>
    <w:p>
      <w:pPr>
        <w:bidi w:val="1"/>
        <w:spacing w:after="140" w:line="300" w:lineRule="auto"/>
        <w:jc w:val="both"/>
      </w:pPr>
      <w:r>
        <w:rPr>
          <w:rFonts w:ascii="Arial" w:hAnsi="Arial" w:cs="Arial"/>
          <w:b w:val="0"/>
          <w:bCs w:val="0"/>
          <w:sz w:val="32"/>
          <w:szCs w:val="32"/>
          <w:rtl w:val="1"/>
          <w:lang w:val="ar-SA" w:bidi="ar-SA"/>
        </w:rPr>
        <w:t>أكو هنا جملة في بعض النسخ محذوفة ضيفوها قال: ويسمى الجنس العالي وجنس الأجناس. تكون بعض النسخ هذه؟ ها؟ وجنس الأجناس وهو الجوهر في المثال. ما موجودة عندها إذا نضيفن أحتمل هاي النسخ الموجودة بأيديكم كلها لابد ما ما موجود بها هذه موجودة؟ ما موجودة، صححوها مولانا والا كل الجملة غلط.</w:t>
      </w:r>
    </w:p>
    <w:p>
      <w:pPr>
        <w:bidi w:val="1"/>
        <w:spacing w:after="140" w:line="300" w:lineRule="auto"/>
        <w:jc w:val="both"/>
      </w:pPr>
      <w:r>
        <w:rPr>
          <w:rFonts w:ascii="Arial" w:hAnsi="Arial" w:cs="Arial"/>
          <w:b w:val="0"/>
          <w:bCs w:val="0"/>
          <w:sz w:val="32"/>
          <w:szCs w:val="32"/>
          <w:rtl w:val="1"/>
          <w:lang w:val="ar-SA" w:bidi="ar-SA"/>
        </w:rPr>
        <w:t>قال: وجنس، ويسمى الجنس العالي ويسمى اسم آخر ماذا؟ وجنس الأجناس، هسه لماذا يسمى جنس الأجناس؟ نبين بعد ذلك لأنه نحن عندنا جنس الأجناس ونوع الأنواع وفصل الفصول، إذا لماذا تسمى جنس الأجناس؟ وهو الجوهر في المثال.</w:t>
      </w:r>
    </w:p>
    <w:p>
      <w:pPr>
        <w:bidi w:val="1"/>
        <w:spacing w:after="140" w:line="300" w:lineRule="auto"/>
        <w:jc w:val="both"/>
      </w:pPr>
      <w:r>
        <w:rPr>
          <w:rFonts w:ascii="Arial" w:hAnsi="Arial" w:cs="Arial"/>
          <w:b w:val="0"/>
          <w:bCs w:val="0"/>
          <w:sz w:val="32"/>
          <w:szCs w:val="32"/>
          <w:rtl w:val="1"/>
          <w:lang w:val="ar-SA" w:bidi="ar-SA"/>
        </w:rPr>
        <w:t>أما هذا من بعد محذوف. أما ما بين السافل والعالي فيسمى الجنس المتوسط. هي الجنس المتوسط اللي جاية هذه واقعه في آخر جملة أما بين السافل والعالي فيسمى الجنس المتوسط. هذه الواو اللي موجودة بين الجنس العالي والجنس المتوسط حذفوها.</w:t>
      </w:r>
    </w:p>
    <w:p>
      <w:pPr>
        <w:bidi w:val="1"/>
        <w:spacing w:after="140" w:line="300" w:lineRule="auto"/>
        <w:jc w:val="both"/>
      </w:pPr>
      <w:r>
        <w:rPr>
          <w:rFonts w:ascii="Arial" w:hAnsi="Arial" w:cs="Arial"/>
          <w:b w:val="0"/>
          <w:bCs w:val="0"/>
          <w:sz w:val="32"/>
          <w:szCs w:val="32"/>
          <w:rtl w:val="1"/>
          <w:lang w:val="ar-SA" w:bidi="ar-SA"/>
        </w:rPr>
        <w:t>الجملة راح أقراها مرة أخرى كما هي صحيحة. قال: حتى تنتهي إلى الجنس الذي ليس فوقه جنس، ويسمى الجنس العالي وجنس الأجناس، وهو الجوهر في المثال، أما بين السافل والعالي فيسمى الجنس المتوسط. الباقي بعد كله احذفوا.</w:t>
      </w:r>
    </w:p>
    <w:p>
      <w:pPr>
        <w:bidi w:val="1"/>
        <w:spacing w:after="140" w:line="300" w:lineRule="auto"/>
        <w:jc w:val="both"/>
      </w:pPr>
      <w:r>
        <w:rPr>
          <w:rFonts w:ascii="Arial" w:hAnsi="Arial" w:cs="Arial"/>
          <w:b w:val="0"/>
          <w:bCs w:val="0"/>
          <w:sz w:val="32"/>
          <w:szCs w:val="32"/>
          <w:rtl w:val="1"/>
          <w:lang w:val="ar-SA" w:bidi="ar-SA"/>
        </w:rPr>
        <w:t>فالجنس على هذا سافل وعال ومتوسط. هذا النيتشه قريب وبعيد ومتوسط أو سافل سافل وعالي ومتوسط بعد هذا التعريف ماذا؟ هذا غلط، لأنه قريب بعيد متوسط لا يساوي سافل عالي متوسط، ذاك تقسيم وهذا تقسيم آخر.</w:t>
      </w:r>
    </w:p>
    <w:p>
      <w:pPr>
        <w:bidi w:val="1"/>
        <w:spacing w:after="140" w:line="300" w:lineRule="auto"/>
        <w:jc w:val="both"/>
      </w:pPr>
      <w:r>
        <w:rPr>
          <w:rFonts w:ascii="Arial" w:hAnsi="Arial" w:cs="Arial"/>
          <w:b w:val="0"/>
          <w:bCs w:val="0"/>
          <w:sz w:val="32"/>
          <w:szCs w:val="32"/>
          <w:rtl w:val="1"/>
          <w:lang w:val="ar-SA" w:bidi="ar-SA"/>
        </w:rPr>
        <w:t>قال: أنا هاي المقطع كله راح أقراه، أقراه الإخوة يخلون بذهنهم بعد يصححوه آخر مرة أقراه.</w:t>
      </w:r>
    </w:p>
    <w:p>
      <w:pPr>
        <w:bidi w:val="1"/>
        <w:spacing w:after="140" w:line="300" w:lineRule="auto"/>
        <w:jc w:val="both"/>
      </w:pPr>
      <w:r>
        <w:rPr>
          <w:rFonts w:ascii="Arial" w:hAnsi="Arial" w:cs="Arial"/>
          <w:b w:val="0"/>
          <w:bCs w:val="0"/>
          <w:sz w:val="32"/>
          <w:szCs w:val="32"/>
          <w:rtl w:val="1"/>
          <w:lang w:val="ar-SA" w:bidi="ar-SA"/>
        </w:rPr>
        <w:t>قال: ثم هذا الجنس وهو الحيوان فوقه جنس أعلى حتى تنتهي إلى الجنس الذي ليس فوقه جنس، ويسمى الجنس العالي وجنس الأجناس، وهو الجوهر في المثال. أما ما بين السافل والعالي فيسمى الجنس المتوسط، فالجنس على هذا سافل وعال ومتوسط. الباقي ينين بعد اشخطوا عليه.</w:t>
      </w:r>
    </w:p>
    <w:p>
      <w:pPr>
        <w:bidi w:val="1"/>
        <w:spacing w:after="140" w:line="300" w:lineRule="auto"/>
        <w:jc w:val="both"/>
      </w:pPr>
      <w:r>
        <w:rPr>
          <w:rFonts w:ascii="Arial" w:hAnsi="Arial" w:cs="Arial"/>
          <w:b w:val="0"/>
          <w:bCs w:val="0"/>
          <w:sz w:val="32"/>
          <w:szCs w:val="32"/>
          <w:rtl w:val="1"/>
          <w:lang w:val="ar-SA" w:bidi="ar-SA"/>
        </w:rPr>
        <w:t>هاي العبارة الأخيرة مالته بعد يتبين واضحًا أن المصنف كان قد خلط بينهما بين التقسيمين. الجنس مو قريب وبعيد ومتوسط أو لأنه هذا أو معناه شنو؟ يعني لا فرق بين البعيد والعالي بين قريب والسافل مع أنه بينا أن بينهما فرقا واضحا.</w:t>
      </w:r>
    </w:p>
    <w:p>
      <w:pPr>
        <w:bidi w:val="1"/>
        <w:spacing w:after="140" w:line="300" w:lineRule="auto"/>
        <w:jc w:val="both"/>
      </w:pPr>
      <w:r>
        <w:rPr>
          <w:rFonts w:ascii="Arial" w:hAnsi="Arial" w:cs="Arial"/>
          <w:b w:val="0"/>
          <w:bCs w:val="0"/>
          <w:sz w:val="32"/>
          <w:szCs w:val="32"/>
          <w:rtl w:val="1"/>
          <w:lang w:val="ar-SA" w:bidi="ar-SA"/>
        </w:rPr>
        <w:t>هذا كله إذا بدأنا من أين؟ من النوع الأخير الذي بعد لا يوجد تحته شيء إلا الأفراد وصعدنا إلى ماذا؟ إلى الجنس الأخير الذي هو جنس الأجناس. هسه نقدر نبدي القضية وين نعكسها؟ بالعكس نجي يعني وين منين نبدي؟ نبدي من الجنس جنس، هذا الجنس نبدأ تحته جنس جنس وتحته نوع، ها؟ تحته نوع أحسنت، هذا النوع نوع لما فوقه ولكن ما هو؟ جنس لما تحته فتحته نوع أو مو نوع؟ أيضًا نوع وهذا بعد كله يصير أنواع ماذا؟ إضافية. هذا النوع الإضافي واضح صح؟</w:t>
      </w:r>
    </w:p>
    <w:p>
      <w:pPr>
        <w:bidi w:val="1"/>
        <w:spacing w:after="140" w:line="300" w:lineRule="auto"/>
        <w:jc w:val="both"/>
      </w:pPr>
      <w:r>
        <w:rPr>
          <w:rFonts w:ascii="Arial" w:hAnsi="Arial" w:cs="Arial"/>
          <w:b w:val="0"/>
          <w:bCs w:val="0"/>
          <w:sz w:val="32"/>
          <w:szCs w:val="32"/>
          <w:rtl w:val="1"/>
          <w:lang w:val="ar-SA" w:bidi="ar-SA"/>
        </w:rPr>
        <w:t>إذا هذا الجنس المتوسط إذا نسب إلى ما فوقه يصير نوع إضافي. إذا نسب إلى ما تحته يصير ماذا؟ جنس. ومن هنا لو بدأنا من فوق فنبدأ بالنوع الأول. إذا جنس الأجناس ما هو؟ عرف جنس الأجناس. ها؟ الجوهر.</w:t>
      </w:r>
    </w:p>
    <w:p>
      <w:pPr>
        <w:bidi w:val="1"/>
        <w:spacing w:after="140" w:line="300" w:lineRule="auto"/>
        <w:jc w:val="both"/>
      </w:pPr>
      <w:r>
        <w:rPr>
          <w:rFonts w:ascii="Arial" w:hAnsi="Arial" w:cs="Arial"/>
          <w:b w:val="0"/>
          <w:bCs w:val="0"/>
          <w:sz w:val="32"/>
          <w:szCs w:val="32"/>
          <w:rtl w:val="1"/>
          <w:lang w:val="ar-SA" w:bidi="ar-SA"/>
        </w:rPr>
        <w:t>أول نوع يبدأ عندنا ما هو؟ لأن الجوهر إما جسم، إما، إما، إما. أنواع شنو؟ ها؟ أنواع الجوهر هذه، فأول نوع ما هو؟ ها؟ هو الجسم، أحسنتم، وحيث أنه لا يوجد فوق الجوهر جنس أولاً، وجميع الأجناس تنتهي إليه ثانيًا، نسميه ماذا؟ جنس الأجناس.</w:t>
      </w:r>
    </w:p>
    <w:p>
      <w:pPr>
        <w:bidi w:val="1"/>
        <w:spacing w:after="140" w:line="300" w:lineRule="auto"/>
        <w:jc w:val="both"/>
      </w:pPr>
      <w:r>
        <w:rPr>
          <w:rFonts w:ascii="Arial" w:hAnsi="Arial" w:cs="Arial"/>
          <w:b w:val="0"/>
          <w:bCs w:val="0"/>
          <w:sz w:val="32"/>
          <w:szCs w:val="32"/>
          <w:rtl w:val="1"/>
          <w:lang w:val="ar-SA" w:bidi="ar-SA"/>
        </w:rPr>
        <w:t>أما نوع الأنواع ما هو؟ ها؟ فد مرتبة ننزل تحت الجنس، شو يصير؟ الجسم. فإنه جميع الأنواع تنتهي إلى هذا النوع، ولا يوجد فوقه نوع، فيوجد فوقه جنس، فنسميه نوع الأنواع، لأنه جميع الأنواع بمنتهاها وين تنتهي؟ تنتهي إلى الجنس.</w:t>
      </w:r>
    </w:p>
    <w:p>
      <w:pPr>
        <w:bidi w:val="1"/>
        <w:spacing w:after="140" w:line="300" w:lineRule="auto"/>
        <w:jc w:val="both"/>
      </w:pPr>
      <w:r>
        <w:rPr>
          <w:rFonts w:ascii="Arial" w:hAnsi="Arial" w:cs="Arial"/>
          <w:b w:val="0"/>
          <w:bCs w:val="0"/>
          <w:sz w:val="32"/>
          <w:szCs w:val="32"/>
          <w:rtl w:val="1"/>
          <w:lang w:val="ar-SA" w:bidi="ar-SA"/>
        </w:rPr>
        <w:t>قال: وإذا ذهبت ذهبت في السلسلة متنازلاً مبتدئًا من جنس الأجناس وهو الجوهر إلى ما دونه حتى تنتهي إلى النوع الذي ليس تحته نوع، النوع الذي ليس تحته نوع من هو؟ إنسان، أحسنتم. هذا قلته على المنطق الأرسطي أما على الفلسفة الإسلامية التي حققها صدر المتألهين، إنسان مو نوع ليس تحته نوع، الإنسان نوع تحته ماذا؟ أنواع. فالإنسان يكون ماذا؟ نوعًا إراثيًا [إضافيًا]، ولا يكون نوعًا حقيقيًا.</w:t>
      </w:r>
    </w:p>
    <w:p>
      <w:pPr>
        <w:bidi w:val="1"/>
        <w:spacing w:after="140" w:line="300" w:lineRule="auto"/>
        <w:jc w:val="both"/>
      </w:pPr>
      <w:r>
        <w:rPr>
          <w:rFonts w:ascii="Arial" w:hAnsi="Arial" w:cs="Arial"/>
          <w:b w:val="0"/>
          <w:bCs w:val="0"/>
          <w:sz w:val="32"/>
          <w:szCs w:val="32"/>
          <w:rtl w:val="1"/>
          <w:lang w:val="ar-SA" w:bidi="ar-SA"/>
        </w:rPr>
        <w:t>فما كان بعد جنس الأجناس يسمى النوع العالي. كما أن هناك سميناه الجنس ماذا؟ الجنس العالي. والمتوسطات أنواع متوسطة، والأخير نوع سافل. بعد نفس ذاك التقسيم الذي ذكرناه في الجنس من العالي والمتوسط يأتي أين؟ في النوع بنفس البيان المتقدم، وهو مبدأ سلسلة الأنواع الإضافية، مو مبدأ سلسلة الأنواع الحقيقية، لأنه هذا لما فوقه نوع، لما تحته ماذا؟ جنس، وهو الجسم المطلق في المثال، الجسم المطلق هو النوع العالي، وهو مبدأ سلسلة الأنواع، وأخيرها أي آخر السلسلة هي أي منتهى السلسلة فيسمى نوع الأنواع أو يسمى بالنوع السافل وهو الإنسان في المثال.</w:t>
      </w:r>
    </w:p>
    <w:p>
      <w:pPr>
        <w:bidi w:val="1"/>
        <w:spacing w:after="140" w:line="300" w:lineRule="auto"/>
        <w:jc w:val="both"/>
      </w:pPr>
      <w:r>
        <w:rPr>
          <w:rFonts w:ascii="Arial" w:hAnsi="Arial" w:cs="Arial"/>
          <w:b w:val="0"/>
          <w:bCs w:val="0"/>
          <w:sz w:val="32"/>
          <w:szCs w:val="32"/>
          <w:rtl w:val="1"/>
          <w:lang w:val="ar-SA" w:bidi="ar-SA"/>
        </w:rPr>
        <w:t>أما ما يقع بين العالي والسافل فيسمى ماذا؟ فيسمى المتوسط كالحيوان والجسم النامي، فالجسم النامي جنس متوسط ونوع متوسط. جنس متوسط لما تحته، نوع متوسط لما فوقه. إذا النوع الإضافي ماذا؟ عال ومتوسط وسافل، هذا هو الفرق الثاني. نوع الحقيقي عندنا عالي ومتوسط وسافل، ها؟ بعضها قد يوجد ولكنه التقسيم جميعًا يعني عال سافل متوسط يوجد أين؟ في النوع الإضافي. وفي النوع الحقيقي بعد لا يعقل أن يكون ماذا؟ عالي متوسط سافل.</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تنبيهات ومثال السلسلة الرباعية والخماسية والستينية</w:t>
      </w:r>
    </w:p>
    <w:p>
      <w:pPr>
        <w:bidi w:val="1"/>
        <w:spacing w:after="140" w:line="300" w:lineRule="auto"/>
        <w:jc w:val="both"/>
      </w:pPr>
      <w:r>
        <w:rPr>
          <w:rFonts w:ascii="Arial" w:hAnsi="Arial" w:cs="Arial"/>
          <w:b w:val="0"/>
          <w:bCs w:val="0"/>
          <w:sz w:val="32"/>
          <w:szCs w:val="32"/>
          <w:rtl w:val="1"/>
          <w:lang w:val="ar-SA" w:bidi="ar-SA"/>
        </w:rPr>
        <w:t>تنبيه: يتضح مما سبق أن كلا من المتوسطات لابد أن يكون نوعًا لما فوقه وجنسًا لما تحته، وهذا ما ذكرناه في النوع الإضافي. والمتوسط النوع والجنس، والمتوسط هذه والمتوسط خبره مو والمتوسط النوع والجنس تقرؤها ها. والمتوسط هذا المبتدأ النوع والجنس. الجنس قد يكون واحدًا. إذا صار نوع متوثق [متوسط] بعد النوع والجنس يصير واحد، لأنه نوع لما تحته جنس لما فوقه، وهذا هو حكم النوع الإضافي. والمتوثق [والمتوسط] النوع والجنس قد يكون واحدًا.</w:t>
      </w:r>
    </w:p>
    <w:p>
      <w:pPr>
        <w:bidi w:val="1"/>
        <w:spacing w:after="140" w:line="300" w:lineRule="auto"/>
        <w:jc w:val="both"/>
      </w:pPr>
      <w:r>
        <w:rPr>
          <w:rFonts w:ascii="Arial" w:hAnsi="Arial" w:cs="Arial"/>
          <w:b w:val="0"/>
          <w:bCs w:val="0"/>
          <w:sz w:val="32"/>
          <w:szCs w:val="32"/>
          <w:rtl w:val="1"/>
          <w:lang w:val="ar-SA" w:bidi="ar-SA"/>
        </w:rPr>
        <w:t>هذا فرق آخر بين الحقيقي وبين الإضافي، مستحيل في النوع الحقيقي يكون نوعًا ويكون جنسًا. الإنسان نوع، بعد يمكن أن يكون جنسًا؟ ها؟ فإذا يستحيل في النوع الحقيقي أن يكون نوعًا وجنسًا باعتبارين، أما في النوع الإضافي قد يكون نوعًا وجنسًا ماذا؟ باعتبارين ولا محذور فيه.</w:t>
      </w:r>
    </w:p>
    <w:p>
      <w:pPr>
        <w:bidi w:val="1"/>
        <w:spacing w:after="140" w:line="300" w:lineRule="auto"/>
        <w:jc w:val="both"/>
      </w:pPr>
      <w:r>
        <w:rPr>
          <w:rFonts w:ascii="Arial" w:hAnsi="Arial" w:cs="Arial"/>
          <w:b w:val="0"/>
          <w:bCs w:val="0"/>
          <w:sz w:val="32"/>
          <w:szCs w:val="32"/>
          <w:rtl w:val="1"/>
          <w:lang w:val="ar-SA" w:bidi="ar-SA"/>
        </w:rPr>
        <w:t>والمتوسط أن النوع والجنس قد يكون واحدًا إذا تألفت سلسلة الكليات من أربعة، يعني أقلها أربعة، حتى يصير عندنا ماذا؟ هذا. وقد يكون أكثر، يعني سلسلة الكليات أكثر من أربعة، إذا كانت السلسلة أكثر من أربعة.</w:t>
      </w:r>
    </w:p>
    <w:p>
      <w:pPr>
        <w:bidi w:val="1"/>
        <w:spacing w:after="140" w:line="300" w:lineRule="auto"/>
        <w:jc w:val="both"/>
      </w:pPr>
      <w:r>
        <w:rPr>
          <w:rFonts w:ascii="Arial" w:hAnsi="Arial" w:cs="Arial"/>
          <w:b w:val="0"/>
          <w:bCs w:val="0"/>
          <w:sz w:val="32"/>
          <w:szCs w:val="32"/>
          <w:rtl w:val="1"/>
          <w:lang w:val="ar-SA" w:bidi="ar-SA"/>
        </w:rPr>
        <w:t>فمثال الأول عدد السلسلة أربعة. قال: الماء المندرج تحت السائل، المندرج تحت الجسم، المندرج تحت الجوهر. ماء، سائل، جسم، جوهر. هذني أربعة. هذا الأخير عندنا شنو هو؟ النوع الأخير أو النوع السافل. النوع العالي ما هو؟ ها؟ الجسم. تمام؟ المتوسط ما هو؟ السائل. السائل. هذا في الأنواع. في الأجناس لم تقدر تسووها؟ لأنه عندكم جنس عالي وهو الجوهر وأجناس متوسطة متوسطة وجنس سافل.</w:t>
      </w:r>
    </w:p>
    <w:p>
      <w:pPr>
        <w:bidi w:val="1"/>
        <w:spacing w:after="140" w:line="300" w:lineRule="auto"/>
        <w:jc w:val="both"/>
      </w:pPr>
      <w:r>
        <w:rPr>
          <w:rFonts w:ascii="Arial" w:hAnsi="Arial" w:cs="Arial"/>
          <w:b w:val="0"/>
          <w:bCs w:val="0"/>
          <w:sz w:val="32"/>
          <w:szCs w:val="32"/>
          <w:rtl w:val="1"/>
          <w:lang w:val="ar-SA" w:bidi="ar-SA"/>
        </w:rPr>
        <w:t>قال: أو البياض المندرج تحت اللون المندرج تحت الكيف المحسوس المندرج تحت الكيف. هذا إن شاء الله فد وقت إذا صار نبين أقسام المقولات التي تذكر هنا المقولات الذات المقولات الجوهرية والمقولات العرضية جميعًا.</w:t>
      </w:r>
    </w:p>
    <w:p>
      <w:pPr>
        <w:bidi w:val="1"/>
        <w:spacing w:after="140" w:line="300" w:lineRule="auto"/>
        <w:jc w:val="both"/>
      </w:pPr>
      <w:r>
        <w:rPr>
          <w:rFonts w:ascii="Arial" w:hAnsi="Arial" w:cs="Arial"/>
          <w:b w:val="0"/>
          <w:bCs w:val="0"/>
          <w:sz w:val="32"/>
          <w:szCs w:val="32"/>
          <w:rtl w:val="1"/>
          <w:lang w:val="ar-SA" w:bidi="ar-SA"/>
        </w:rPr>
        <w:t>هذا إذا كانت سلسلة الكليات ماذا؟ أربعة.</w:t>
      </w:r>
    </w:p>
    <w:p>
      <w:pPr>
        <w:bidi w:val="1"/>
        <w:spacing w:after="140" w:line="300" w:lineRule="auto"/>
        <w:jc w:val="both"/>
      </w:pPr>
      <w:r>
        <w:rPr>
          <w:rFonts w:ascii="Arial" w:hAnsi="Arial" w:cs="Arial"/>
          <w:b w:val="0"/>
          <w:bCs w:val="0"/>
          <w:sz w:val="32"/>
          <w:szCs w:val="32"/>
          <w:rtl w:val="1"/>
          <w:lang w:val="ar-SA" w:bidi="ar-SA"/>
        </w:rPr>
        <w:t>أما إذا كانت أكثر مثاله أين؟ قال: ومثال الثاني ومثال الثاني سلسلة الإنسان إلى الجوهر، كم مجموعة هذه كخمسه؟ إنسان، حيوان، جسم نامي، جسم مطلق وجوهر، هذه بعد تقدمت كالإنسان بالإضافة إلى جنسه وهو الحيوان، وكالحيوان بالإضافة إلى جنسه وهو الجسم النامي، والنامي إلى الجسم المطلق، والجسم المطلق إلى الجوهر، هذه خمسة.</w:t>
      </w:r>
    </w:p>
    <w:p>
      <w:pPr>
        <w:bidi w:val="1"/>
        <w:spacing w:after="140" w:line="300" w:lineRule="auto"/>
        <w:jc w:val="both"/>
      </w:pPr>
      <w:r>
        <w:rPr>
          <w:rFonts w:ascii="Arial" w:hAnsi="Arial" w:cs="Arial"/>
          <w:b w:val="0"/>
          <w:bCs w:val="0"/>
          <w:sz w:val="32"/>
          <w:szCs w:val="32"/>
          <w:rtl w:val="1"/>
          <w:lang w:val="ar-SA" w:bidi="ar-SA"/>
        </w:rPr>
        <w:t>هسه أمثله قال: ومثال ومثال الثاني سلسلة الإنسان إلى الجوهر المؤلفة من خمسة كليات كما تقدم. مثال آخر شنو المثال؟ قال: أو متساوي الساقين متساوي الساقين احنا وين عندنا؟ في المثلث، عندنا في المثلث عندنا متساوي الساقين المندرج تحت المثلث، مو بالمثلث وين مندرج؟ المندرج تحت الشكل. الشكل يا شكل؟ الشكل المستقيم الأضلاع. والمندرج تحت الشكل المستوي. الشكل المستوي والمندرج تحت الشكل. الشكل أين مندرج؟ تحت الكم.</w:t>
      </w:r>
    </w:p>
    <w:p>
      <w:pPr>
        <w:bidi w:val="1"/>
        <w:spacing w:after="140" w:line="300" w:lineRule="auto"/>
        <w:jc w:val="both"/>
      </w:pPr>
      <w:r>
        <w:rPr>
          <w:rFonts w:ascii="Arial" w:hAnsi="Arial" w:cs="Arial"/>
          <w:b w:val="0"/>
          <w:bCs w:val="0"/>
          <w:sz w:val="32"/>
          <w:szCs w:val="32"/>
          <w:rtl w:val="1"/>
          <w:lang w:val="ar-SA" w:bidi="ar-SA"/>
        </w:rPr>
        <w:t>هنا أيضًا اكو في المثال مسامحة. طبعا أنا من أقول مسامحة يعني فقط أريد ما أريد أقول غلط غلط وإلا في المثال اكو غلط هنا، مو صحيح هذا المثال، مو صحيح. لماذا مو صحيح؟ باعتبار أنهم ذكروا في محله أن الشكل ليس من الكميات وإنما من الكيفيات المختصة بالكميات. احنا عندنا كم وينقسم إلى قسمين كم متصل وكم منفصل ثم عندنا كيف والكيفم ينقسم إلى أربعة أقسام كيف نفساني كيف محسوس كيف استعدادي وكيف مختص بالكم.</w:t>
      </w:r>
    </w:p>
    <w:p>
      <w:pPr>
        <w:bidi w:val="1"/>
        <w:spacing w:after="140" w:line="300" w:lineRule="auto"/>
        <w:jc w:val="both"/>
      </w:pPr>
      <w:r>
        <w:rPr>
          <w:rFonts w:ascii="Arial" w:hAnsi="Arial" w:cs="Arial"/>
          <w:b w:val="0"/>
          <w:bCs w:val="0"/>
          <w:sz w:val="32"/>
          <w:szCs w:val="32"/>
          <w:rtl w:val="1"/>
          <w:lang w:val="ar-SA" w:bidi="ar-SA"/>
        </w:rPr>
        <w:t>هذا الكيف المختص بالكم ينقسم إلى ثلاثة أقسام: قسم منه هو الشكل والزاوية، قسم منه ليس بشكل ولا زاوية، وقسم آخر مختص بالكم منفصل، ما عندنا شغل. إذا الشكل من أقسام الكم له من أقسام الكيف؟ ها؟ وهو قال مندرج تحت شكل أنا بينت الأقسام الكيف على أربعة أقسام منها الكيف المختص بالكم، هذا الكيف المختص بالكم كم قسم به؟ بثلاث أقسام الشكل والزاوية، فهذا قسم من الكم له قسم من الكيف الشكل ها كيف وهو قال المندرج تحت الكم.</w:t>
      </w:r>
    </w:p>
    <w:p>
      <w:pPr>
        <w:bidi w:val="1"/>
        <w:spacing w:after="140" w:line="300" w:lineRule="auto"/>
        <w:jc w:val="both"/>
      </w:pPr>
      <w:r>
        <w:rPr>
          <w:rFonts w:ascii="Arial" w:hAnsi="Arial" w:cs="Arial"/>
          <w:b w:val="0"/>
          <w:bCs w:val="0"/>
          <w:sz w:val="32"/>
          <w:szCs w:val="32"/>
          <w:rtl w:val="1"/>
          <w:lang w:val="ar-SA" w:bidi="ar-SA"/>
        </w:rPr>
        <w:t>إذا هذا المندرج تحت الكم صححوا قولوا المندرج تحت الكيف. من حقه أن يرجع علينا منو؟ المصنف رحمه الله تعالى عليه يقول: لا، من قال لكم أن المثلث من الشكل؟ المثلث من السطح والسطح قسم من أقسام الكم المتصل لأن الكم على قسمين كم متصل كم متصل الكم المتصل أيضًا على ثلاث أقسام حجم سطح خط، فالمثلث مو شكل، المثلث ماذا؟ سطح. وإذا صار سطح وين يدخل؟ في الكم يدخل.</w:t>
      </w:r>
    </w:p>
    <w:p>
      <w:pPr>
        <w:bidi w:val="1"/>
        <w:spacing w:after="140" w:line="300" w:lineRule="auto"/>
        <w:jc w:val="both"/>
      </w:pPr>
      <w:r>
        <w:rPr>
          <w:rFonts w:ascii="Arial" w:hAnsi="Arial" w:cs="Arial"/>
          <w:b w:val="0"/>
          <w:bCs w:val="0"/>
          <w:sz w:val="32"/>
          <w:szCs w:val="32"/>
          <w:rtl w:val="1"/>
          <w:lang w:val="ar-SA" w:bidi="ar-SA"/>
        </w:rPr>
        <w:t>فإذا أنتم لا تشكلون عليه ليش تقولون بانه أنتم على مبناكم المثلث شكل، أنا اقول المثلث ماذا؟ سطح. نقول له شيخنا ما يخالف، قبلنا بس هذني الشكل شكل شكل شيلهن بعد من الكلمات، لأنه قلت المثلث شو يصير؟ سطح. لابد تقول المندرج تحت المستقيم الأضلاع، المندرج تحت المستوي، المندرج تحت السطح، المندرج تحت الكم، هذه الشكل كله لابد تشيله لأن الشكل قسم من أقسام الكيف.</w:t>
      </w:r>
    </w:p>
    <w:p>
      <w:pPr>
        <w:bidi w:val="1"/>
        <w:spacing w:after="140" w:line="300" w:lineRule="auto"/>
        <w:jc w:val="both"/>
      </w:pPr>
      <w:r>
        <w:rPr>
          <w:rFonts w:ascii="Arial" w:hAnsi="Arial" w:cs="Arial"/>
          <w:b w:val="0"/>
          <w:bCs w:val="0"/>
          <w:sz w:val="32"/>
          <w:szCs w:val="32"/>
          <w:rtl w:val="1"/>
          <w:lang w:val="ar-SA" w:bidi="ar-SA"/>
        </w:rPr>
        <w:t>فإذا أنتم بين تصحيحين لا ثالث لهما: أما هذا الشكل شكل شكل يشيلوها الثلاثة. تصوير الجملة هكذا: المندرج تحت المثلث، المندرج تحت المستقيم الأضلاع، المندرج المندرج تحت المستوي المندرج تحت السطح المندرج تحت الكم المتصل صحيح، ولكن هذا الشكل شكل شكل شيلوها. واما إذا تريدون تحفظون هذا الشكل شكل شكل تخلوه هذا بالاخير خلوها تحت الكيف المختص بالكم والصحيح هذا هو الثاني، لأنه المثلث من أقسام الشكل لا من أقسام السطح والامر سهل باعتبار مرتبط بالمثال.</w:t>
      </w:r>
    </w:p>
    <w:p>
      <w:pPr>
        <w:bidi w:val="1"/>
        <w:spacing w:after="140" w:line="300" w:lineRule="auto"/>
        <w:jc w:val="both"/>
      </w:pPr>
      <w:r>
        <w:rPr>
          <w:rFonts w:ascii="Arial" w:hAnsi="Arial" w:cs="Arial"/>
          <w:b w:val="0"/>
          <w:bCs w:val="0"/>
          <w:sz w:val="32"/>
          <w:szCs w:val="32"/>
          <w:rtl w:val="1"/>
          <w:lang w:val="ar-SA" w:bidi="ar-SA"/>
        </w:rPr>
        <w:t>وهذه السلسلة مؤلفة من ستة كليات والأنواع المتوسطة ثلاثة: المثلث والشكل المستقيم الأضلاع والشكل المستوي. والأجناس المتوسطة ثلاثة أيضًا: الشكل المستقيم الأضلاع والشكل المستوي والشكل. بيانه بعد الإخوة يطالعوه يدققوه، أنا ما أريد كل شيء بعد يبينه في العبارة.</w:t>
      </w:r>
    </w:p>
    <w:p>
      <w:pPr>
        <w:bidi w:val="1"/>
        <w:spacing w:after="140" w:line="300" w:lineRule="auto"/>
        <w:jc w:val="both"/>
      </w:pPr>
      <w:r>
        <w:rPr>
          <w:rFonts w:ascii="Arial" w:hAnsi="Arial" w:cs="Arial"/>
          <w:b w:val="0"/>
          <w:bCs w:val="0"/>
          <w:sz w:val="32"/>
          <w:szCs w:val="32"/>
          <w:rtl w:val="1"/>
          <w:lang w:val="ar-SA" w:bidi="ar-SA"/>
        </w:rPr>
        <w:t>وكل نوع إضافي لابد، الآن انتهينا من التقسيم الأول والتقسيم الثاني. النوع حقيقي وإضافي، هذا تقسيم. الجنس عال وسافل ومتوسط، هذا التقسيم الثاني. النوع الإضافي عالي وسافل ومتوسط، هذا بيناه لو مو بيناه بعد اتضح لنا بأن النوع الإضافي يكون ماذا؟ يكون عاليًا متوسطًا سافلًا بالنحو الذي تقدم. هذه الوسطية الذي هو النوع الإضافي، فلهذا قال: وكل نوع إضافي لابد له من فصل يكون جزءًا من ماهيته.</w:t>
      </w:r>
    </w:p>
    <w:p>
      <w:pPr>
        <w:bidi w:val="1"/>
        <w:spacing w:after="140" w:line="300" w:lineRule="auto"/>
        <w:jc w:val="both"/>
      </w:pPr>
      <w:r>
        <w:rPr>
          <w:rFonts w:ascii="Arial" w:hAnsi="Arial" w:cs="Arial"/>
          <w:b w:val="0"/>
          <w:bCs w:val="0"/>
          <w:sz w:val="32"/>
          <w:szCs w:val="32"/>
          <w:rtl w:val="1"/>
          <w:lang w:val="ar-SA" w:bidi="ar-SA"/>
        </w:rPr>
        <w:t>عفوًا مولانا، هذا التقسيم الرابع، التقسيم الثالث اتضح ضمن التقسيم، عفوًا احنا بيناه هذا النوع الإضافي، الآن ننتقل إلى التقسيم الـ ماذا؟ التقسيم الرابع، أنا اشتبهت قلت هذا التقسيم الثالث، التقسيم الثالث اتضح إذا ذهبت في السلسلة متنازلاً، والتقسيم الثاني إذا ذهبت في السلسلة متصاعدًا.</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التقسيم الرابع: الفصل (قريب وبعيد، ومقوم ومقسم)</w:t>
      </w:r>
    </w:p>
    <w:p>
      <w:pPr>
        <w:bidi w:val="1"/>
        <w:spacing w:after="140" w:line="300" w:lineRule="auto"/>
        <w:jc w:val="both"/>
      </w:pPr>
      <w:r>
        <w:rPr>
          <w:rFonts w:ascii="Arial" w:hAnsi="Arial" w:cs="Arial"/>
          <w:b w:val="0"/>
          <w:bCs w:val="0"/>
          <w:sz w:val="32"/>
          <w:szCs w:val="32"/>
          <w:rtl w:val="1"/>
          <w:lang w:val="ar-SA" w:bidi="ar-SA"/>
        </w:rPr>
        <w:t>سنأتي إلى التقسيم الرابع وهو الفصل قريب وبعيد، مقوم ومقسم. قريب وبعيد اتضح مما ذكرناه في الجنس القريب والبعيد. جنس القريب ما هو؟ ها؟ هو نفسه الذي يعين لنا نوعية النوع. هذا الفصل قريب، فصل القريب ماذا؟ كالناطق وهو جزء الماهية الموجودة في الإنسان، هذا نسمي فصلًا قريبًا، لماذا؟ لأنه لا توجد بينه وبين النوع واسطة، بلا واسطة.</w:t>
      </w:r>
    </w:p>
    <w:p>
      <w:pPr>
        <w:bidi w:val="1"/>
        <w:spacing w:after="140" w:line="300" w:lineRule="auto"/>
        <w:jc w:val="both"/>
      </w:pPr>
      <w:r>
        <w:rPr>
          <w:rFonts w:ascii="Arial" w:hAnsi="Arial" w:cs="Arial"/>
          <w:b w:val="0"/>
          <w:bCs w:val="0"/>
          <w:sz w:val="32"/>
          <w:szCs w:val="32"/>
          <w:rtl w:val="1"/>
          <w:lang w:val="ar-SA" w:bidi="ar-SA"/>
        </w:rPr>
        <w:t>أما البعيد ما هو؟ ما ليس بقريب. هسه سواء كان في المرتبة الثانية، كان في المرتبة الثالثة، كان في المرتبة الرابعة، كان في المرتبة الخامسة، ما يفرق لنا بعد نحن، المهم هذا كله بعد ليس بقريبين.</w:t>
      </w:r>
    </w:p>
    <w:p>
      <w:pPr>
        <w:bidi w:val="1"/>
        <w:spacing w:after="140" w:line="300" w:lineRule="auto"/>
        <w:jc w:val="both"/>
      </w:pPr>
      <w:r>
        <w:rPr>
          <w:rFonts w:ascii="Arial" w:hAnsi="Arial" w:cs="Arial"/>
          <w:b w:val="0"/>
          <w:bCs w:val="0"/>
          <w:sz w:val="32"/>
          <w:szCs w:val="32"/>
          <w:rtl w:val="1"/>
          <w:lang w:val="ar-SA" w:bidi="ar-SA"/>
        </w:rPr>
        <w:t>وكل نوع إضافي لابد له من فصل يكون جزءًا من ماهيته، التفتوا جيدًا يقول كل نوع إضافي لابد أن يكون له فصل يعني كل نوع إضافي لابد أن يركب يكون مركب من ماذا وماذا؟ من جنس وفصل، لماذا؟ لأنه نوع إضافي يعني له ما تحته وله ماذا؟ ما هو فوقه، إذا مركب هو لو مو مركب؟ وهذا أحد الفروق بين النوع الإضافي والنوع الحقيقي، لانه قد يوجد عندنا نوع حقيقي وليس فوقه جنس. ممكن لو مو ممكن؟ بلي معقول ممكن.</w:t>
      </w:r>
    </w:p>
    <w:p>
      <w:pPr>
        <w:bidi w:val="1"/>
        <w:spacing w:after="140" w:line="300" w:lineRule="auto"/>
        <w:jc w:val="both"/>
      </w:pPr>
      <w:r>
        <w:rPr>
          <w:rFonts w:ascii="Arial" w:hAnsi="Arial" w:cs="Arial"/>
          <w:b w:val="0"/>
          <w:bCs w:val="0"/>
          <w:sz w:val="32"/>
          <w:szCs w:val="32"/>
          <w:rtl w:val="1"/>
          <w:lang w:val="ar-SA" w:bidi="ar-SA"/>
        </w:rPr>
        <w:t>إذا النوع الحقيقي قد يكون مركبًا من جنس وفاصل [وفصل] وقد لا يكون مركبًا من جنس وفاصل [وفصل] وإنما يكون بسيطًا، بخلاف النوع الإضافي فانه لابد أن يكون مركبًا وهذا فرق آخر بين النوع الحقيقي وبين النوع الإضافي.</w:t>
      </w:r>
    </w:p>
    <w:p>
      <w:pPr>
        <w:bidi w:val="1"/>
        <w:spacing w:after="140" w:line="300" w:lineRule="auto"/>
        <w:jc w:val="both"/>
      </w:pPr>
      <w:r>
        <w:rPr>
          <w:rFonts w:ascii="Arial" w:hAnsi="Arial" w:cs="Arial"/>
          <w:b w:val="0"/>
          <w:bCs w:val="0"/>
          <w:sz w:val="32"/>
          <w:szCs w:val="32"/>
          <w:rtl w:val="1"/>
          <w:lang w:val="ar-SA" w:bidi="ar-SA"/>
        </w:rPr>
        <w:t>فلهذا تجدون أن الماتن ملتفت رحمة الله تعالى عليه، قال: وكل نوع إضافي، لم يقل وكل نوع، وكل نوع إضافي لابد له من فصل يكون ذلك الفصل جزءًا من ماهيته، ذلك الجزء يقوم تلك الماهية ويميز تلك الماهية عن الأنواع الأخر التي في عرضه المشتركة معه في الجنس الذي فوقه.</w:t>
      </w:r>
    </w:p>
    <w:p>
      <w:pPr>
        <w:bidi w:val="1"/>
        <w:spacing w:after="140" w:line="300" w:lineRule="auto"/>
        <w:jc w:val="both"/>
      </w:pPr>
      <w:r>
        <w:rPr>
          <w:rFonts w:ascii="Arial" w:hAnsi="Arial" w:cs="Arial"/>
          <w:b w:val="0"/>
          <w:bCs w:val="0"/>
          <w:sz w:val="32"/>
          <w:szCs w:val="32"/>
          <w:rtl w:val="1"/>
          <w:lang w:val="ar-SA" w:bidi="ar-SA"/>
        </w:rPr>
        <w:t>إذا هنا اتضح لنا بأنه النوع الإضافي لابد أن يكون مركبًا بخلافه في النوع البسيط، قد يكون مركبًا وقد يكون بسيطًا، واضح صار المطلب؟</w:t>
      </w:r>
    </w:p>
    <w:p>
      <w:pPr>
        <w:bidi w:val="1"/>
        <w:spacing w:after="140" w:line="300" w:lineRule="auto"/>
        <w:jc w:val="both"/>
      </w:pPr>
      <w:r>
        <w:rPr>
          <w:rFonts w:ascii="Arial" w:hAnsi="Arial" w:cs="Arial"/>
          <w:b w:val="0"/>
          <w:bCs w:val="0"/>
          <w:sz w:val="32"/>
          <w:szCs w:val="32"/>
          <w:rtl w:val="1"/>
          <w:lang w:val="ar-SA" w:bidi="ar-SA"/>
        </w:rPr>
        <w:t>الان ننتقل إلى الفصل. الفصل له علاقة مع الجنس وله علاقة من؟ مع النوع. لأنه نحن قلنا أن الكليات الذاتية الثلاث، جيد: جنس، نوع، فصل. هذا الفصل تاره ننسب نريد أن نفهم ما هي علاقته مع الجنس وأخرى ما هي علاقته مع النوع. علاقة الفصل مع الجنس علاقة المقوم أو علاقة المحصل، أما علاقة الفصل مع النوع علاقة المقوم.</w:t>
      </w:r>
    </w:p>
    <w:p>
      <w:pPr>
        <w:bidi w:val="1"/>
        <w:spacing w:after="140" w:line="300" w:lineRule="auto"/>
        <w:jc w:val="both"/>
      </w:pPr>
      <w:r>
        <w:rPr>
          <w:rFonts w:ascii="Arial" w:hAnsi="Arial" w:cs="Arial"/>
          <w:b w:val="0"/>
          <w:bCs w:val="0"/>
          <w:sz w:val="32"/>
          <w:szCs w:val="32"/>
          <w:rtl w:val="1"/>
          <w:lang w:val="ar-SA" w:bidi="ar-SA"/>
        </w:rPr>
        <w:t>فالفصل إما مقسم، إما محصل، إما مقوم، واضح صار؟ وإما قريب وإما بعيد، هذين التقسيمين اللي ذاكرين أنا وإلا اكو تقسيمات وايد بعد الفصل، فالفصل إما وجودي وإما عدمي، هذه التقسيمات باعتبار ما بنتعرض احنا بنتعرض، تطبيق العبارة إن شاء الله إلى غد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