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خلاصة الدرس 24</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ملخص مباحث العكوس وملحقاتها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درس المنطق هذا يعالج تفاصيل دقيقة حول ملحقات العكوس، لا سيما قواعد النقد التام، ونقد الموضوع، ونقد المحمول، مستعرضاً الضوابط الرياضية والمنطقية التي تحكم انتقال الصدق والكذب بين القضايا المحصورة الأربع (الموجبة والسالبة، الكلية والجزئية). وقد بينا أن نقد المحمول يشمل تغيير الكيف مع المحافظة على الكم، بينما النقد التام يغير الكم مع المحافظة على الكيف، وأما نقد الموضوع فيغير الكم والكيف معاً. كما تم استعراض الأدلة البرهانية لكل نوع من هذه النقوض عبر استبدال الموضوع والمحمول بنقائصهما وتطبيق قواعد عكس النقيض الموافق والعكس المستوي.</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البديهية المنطقية وطرق الاستدلال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تطرق الدرس كذلك إلى البديهية المنطقية المتمثلة في تساوي الأطراف وثبات المساواة عند إضافة مقادير متساوية إليها. وانتقل بعد ذلك لتوضيح مسألة الاستدلال بنوعيه المباشر وغير المباشر، ومناقشة الخلاف الاصطلاحي بين الشيخ المظفر والشيخ الفضلي حول تصنيف التناقض والعكوس هل هي من الاستدلال المباشر أم غير المباشر، مبيناً الوجه لكل رأي. كما ختم الدرس ببيان أدلة النفي والإثبات في القضايا، مفرقاً بين الطرق المباشرة وغير المباشرة في إثبات المطاليب العلمية والرياضية بحسب مقدماتها.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