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خلاصة الدرس 31</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خلاصة مباحث دليل الافتراض</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يدرس هذا الدرس دليل الافتراض في علم المنطق باعتباره طريقة استدلالية تستخدم لإثبات إنتاج بعض ضروب الأقيسة، ولا سيما في الضروب التي تشتمل على مقدمات جزئية. وبين المصنف أن دليل الافتراض يتميز بكونه ضيق المورد مقارنة بأدلة أخرى كالعكس والرد، إذ لا يأتي إلا في الموارد التي تحتوي على مقدمة جزئية واحدة على الأقل. وشرح الدرس الخطوات الثلاث لدليل الافتراض؛ وهي: تعيين الاسم المفترض بوضع اسم أو مصداق معين ينطبق عليه موضوع القضية الجزئية، ثم استخراج قضيتين صادقتين بناءً على هذا الفرض، وأخيراً تأليف الاقترانات المنتجة من المقدمات الجديدة للوصول إلى النتيجة المطلوبة.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32"/>
        <w:szCs w:val="32"/>
        <w:rtl w:val="1"/>
        <w:lang w:val="ar-SA" w:bidi="ar-SA"/>
      </w:rPr>
    </w:rPrDefault>
    <w:pPrDefault>
      <w:pPr>
        <w:bidi w:val="1"/>
        <w:spacing w:after="200" w:line="276" w:lineRule="auto"/>
        <w:jc w:val="right"/>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right"/>
    </w:pPr>
    <w:rPr>
      <w:rFonts w:ascii="Arial" w:hAnsi="Arial" w:eastAsia="Arial" w:cs="Arial"/>
      <w:sz w:val="32"/>
      <w:szCs w:val="32"/>
      <w:rtl w:val="1"/>
      <w:lang w:val="ar-SA" w:bidi="ar-SA"/>
    </w:rPr>
  </w:style>
  <w:style w:type="paragraph" w:styleId="Header">
    <w:name w:val="header"/>
    <w:basedOn w:val="Normal"/>
    <w:link w:val="HeaderChar"/>
    <w:uiPriority w:val="99"/>
    <w:unhideWhenUsed/>
    <w:rsid w:val="00E618BF"/>
    <w:pPr>
      <w:tabs>
        <w:tab w:val="center" w:pos="4680"/>
        <w:tab w:val="right" w:pos="9360"/>
      </w:tabs>
      <w:bidi w:val="1"/>
      <w:spacing w:after="0" w:line="240" w:lineRule="auto"/>
      <w:jc w:val="right"/>
    </w:pPr>
    <w:rPr>
      <w:rFonts w:ascii="Arial" w:hAnsi="Arial" w:eastAsia="Arial" w:cs="Arial"/>
      <w:sz w:val="32"/>
      <w:szCs w:val="32"/>
      <w:rtl w:val="1"/>
      <w:lang w:val="ar-SA" w:bidi="ar-SA"/>
    </w:rPr>
  </w:style>
  <w:style w:type="character" w:customStyle="1" w:styleId="HeaderChar">
    <w:name w:val="Header Char"/>
    <w:basedOn w:val="DefaultParagraphFont"/>
    <w:link w:val="Header"/>
    <w:uiPriority w:val="99"/>
    <w:rsid w:val="00E618BF"/>
    <w:rPr>
      <w:rFonts w:ascii="Arial" w:hAnsi="Arial" w:eastAsia="Arial" w:cs="Arial"/>
      <w:sz w:val="32"/>
      <w:szCs w:val="32"/>
      <w:rtl w:val="1"/>
      <w:lang w:val="ar-SA" w:bidi="ar-SA"/>
    </w:rPr>
  </w:style>
  <w:style w:type="paragraph" w:styleId="Footer">
    <w:name w:val="footer"/>
    <w:basedOn w:val="Normal"/>
    <w:link w:val="FooterChar"/>
    <w:uiPriority w:val="99"/>
    <w:unhideWhenUsed/>
    <w:rsid w:val="00E618BF"/>
    <w:pPr>
      <w:tabs>
        <w:tab w:val="center" w:pos="4680"/>
        <w:tab w:val="right" w:pos="9360"/>
      </w:tabs>
      <w:bidi w:val="1"/>
      <w:spacing w:after="0" w:line="240" w:lineRule="auto"/>
      <w:jc w:val="right"/>
    </w:pPr>
    <w:rPr>
      <w:rFonts w:ascii="Arial" w:hAnsi="Arial" w:eastAsia="Arial" w:cs="Arial"/>
      <w:sz w:val="32"/>
      <w:szCs w:val="32"/>
      <w:rtl w:val="1"/>
      <w:lang w:val="ar-SA" w:bidi="ar-SA"/>
    </w:rPr>
  </w:style>
  <w:style w:type="character" w:customStyle="1" w:styleId="FooterChar">
    <w:name w:val="Footer Char"/>
    <w:basedOn w:val="DefaultParagraphFont"/>
    <w:link w:val="Footer"/>
    <w:uiPriority w:val="99"/>
    <w:rsid w:val="00E618BF"/>
    <w:rPr>
      <w:rFonts w:ascii="Arial" w:hAnsi="Arial" w:eastAsia="Arial" w:cs="Arial"/>
      <w:sz w:val="32"/>
      <w:szCs w:val="32"/>
      <w:rtl w:val="1"/>
      <w:lang w:val="ar-SA" w:bidi="ar-SA"/>
    </w:rPr>
  </w:style>
  <w:style w:type="paragraph" w:styleId="Heading1">
    <w:name w:val="heading 1"/>
    <w:basedOn w:val="Normal"/>
    <w:next w:val="Normal"/>
    <w:link w:val="Heading1Char"/>
    <w:uiPriority w:val="9"/>
    <w:qFormat/>
    <w:rsid w:val="00FC693F"/>
    <w:pPr>
      <w:keepNext w:val="1"/>
      <w:keepLines/>
      <w:bidi w:val="1"/>
      <w:spacing w:before="480" w:after="0"/>
      <w:jc w:val="right"/>
      <w:outlineLvl w:val="0"/>
    </w:pPr>
    <w:rPr>
      <w:rFonts w:ascii="Arial" w:hAnsi="Arial" w:eastAsia="Arial" w:cs="Arial"/>
      <w:b w:val="1"/>
      <w:bCs w:val="1"/>
      <w:color w:val="365F91" w:themeColor="accent1" w:themeShade="BF"/>
      <w:sz w:val="36"/>
      <w:szCs w:val="36"/>
      <w:rtl w:val="1"/>
      <w:lang w:val="ar-SA" w:bidi="ar-SA"/>
    </w:rPr>
  </w:style>
  <w:style w:type="paragraph" w:styleId="Heading2">
    <w:name w:val="heading 2"/>
    <w:basedOn w:val="Normal"/>
    <w:next w:val="Normal"/>
    <w:link w:val="Heading2Char"/>
    <w:uiPriority w:val="9"/>
    <w:unhideWhenUsed/>
    <w:qFormat/>
    <w:rsid w:val="00FC693F"/>
    <w:pPr>
      <w:keepNext w:val="1"/>
      <w:keepLines/>
      <w:bidi w:val="1"/>
      <w:spacing w:before="200" w:after="0"/>
      <w:jc w:val="right"/>
      <w:outlineLvl w:val="1"/>
    </w:pPr>
    <w:rPr>
      <w:rFonts w:ascii="Arial" w:hAnsi="Arial" w:eastAsia="Arial" w:cs="Arial"/>
      <w:b w:val="1"/>
      <w:bCs w:val="1"/>
      <w:color w:val="4F81BD" w:themeColor="accent1"/>
      <w:sz w:val="36"/>
      <w:szCs w:val="36"/>
      <w:rtl w:val="1"/>
      <w:lang w:val="ar-SA" w:bidi="ar-SA"/>
    </w:rPr>
  </w:style>
  <w:style w:type="paragraph" w:styleId="Heading3">
    <w:name w:val="heading 3"/>
    <w:basedOn w:val="Normal"/>
    <w:next w:val="Normal"/>
    <w:link w:val="Heading3Char"/>
    <w:uiPriority w:val="9"/>
    <w:unhideWhenUsed/>
    <w:qFormat/>
    <w:rsid w:val="00FC693F"/>
    <w:pPr>
      <w:keepNext w:val="1"/>
      <w:keepLines/>
      <w:bidi w:val="1"/>
      <w:spacing w:before="200" w:after="0"/>
      <w:jc w:val="right"/>
      <w:outlineLvl w:val="2"/>
    </w:pPr>
    <w:rPr>
      <w:rFonts w:ascii="Arial" w:hAnsi="Arial" w:eastAsia="Arial" w:cs="Arial"/>
      <w:b w:val="1"/>
      <w:bCs w:val="1"/>
      <w:color w:val="4F81BD" w:themeColor="accent1"/>
      <w:sz w:val="36"/>
      <w:szCs w:val="36"/>
      <w:rtl w:val="1"/>
      <w:lang w:val="ar-SA" w:bidi="ar-SA"/>
    </w:rPr>
  </w:style>
  <w:style w:type="paragraph" w:styleId="Heading4">
    <w:name w:val="heading 4"/>
    <w:basedOn w:val="Normal"/>
    <w:next w:val="Normal"/>
    <w:link w:val="Heading4Char"/>
    <w:uiPriority w:val="9"/>
    <w:semiHidden/>
    <w:unhideWhenUsed/>
    <w:qFormat/>
    <w:rsid w:val="00FC693F"/>
    <w:pPr>
      <w:keepNext w:val="1"/>
      <w:keepLines/>
      <w:bidi w:val="1"/>
      <w:spacing w:before="200" w:after="0"/>
      <w:jc w:val="right"/>
      <w:outlineLvl w:val="3"/>
    </w:pPr>
    <w:rPr>
      <w:rFonts w:ascii="Arial" w:hAnsi="Arial" w:eastAsia="Arial" w:cs="Arial"/>
      <w:b w:val="1"/>
      <w:bCs w:val="1"/>
      <w:i/>
      <w:iCs/>
      <w:color w:val="4F81BD" w:themeColor="accent1"/>
      <w:sz w:val="36"/>
      <w:szCs w:val="36"/>
      <w:rtl w:val="1"/>
      <w:lang w:val="ar-SA" w:bidi="ar-SA"/>
    </w:rPr>
  </w:style>
  <w:style w:type="paragraph" w:styleId="Heading5">
    <w:name w:val="heading 5"/>
    <w:basedOn w:val="Normal"/>
    <w:next w:val="Normal"/>
    <w:link w:val="Heading5Char"/>
    <w:uiPriority w:val="9"/>
    <w:semiHidden/>
    <w:unhideWhenUsed/>
    <w:qFormat/>
    <w:rsid w:val="00FC693F"/>
    <w:pPr>
      <w:keepNext w:val="1"/>
      <w:keepLines/>
      <w:bidi w:val="1"/>
      <w:spacing w:before="200" w:after="0"/>
      <w:jc w:val="right"/>
      <w:outlineLvl w:val="4"/>
    </w:pPr>
    <w:rPr>
      <w:rFonts w:ascii="Arial" w:hAnsi="Arial" w:eastAsia="Arial" w:cs="Arial"/>
      <w:b w:val="1"/>
      <w:bCs w:val="1"/>
      <w:color w:val="243F60" w:themeColor="accent1" w:themeShade="7F"/>
      <w:sz w:val="36"/>
      <w:szCs w:val="36"/>
      <w:rtl w:val="1"/>
      <w:lang w:val="ar-SA" w:bidi="ar-SA"/>
    </w:rPr>
  </w:style>
  <w:style w:type="paragraph" w:styleId="Heading6">
    <w:name w:val="heading 6"/>
    <w:basedOn w:val="Normal"/>
    <w:next w:val="Normal"/>
    <w:link w:val="Heading6Char"/>
    <w:uiPriority w:val="9"/>
    <w:semiHidden/>
    <w:unhideWhenUsed/>
    <w:qFormat/>
    <w:rsid w:val="00FC693F"/>
    <w:pPr>
      <w:keepNext w:val="1"/>
      <w:keepLines/>
      <w:bidi w:val="1"/>
      <w:spacing w:before="200" w:after="0"/>
      <w:jc w:val="right"/>
      <w:outlineLvl w:val="5"/>
    </w:pPr>
    <w:rPr>
      <w:rFonts w:ascii="Arial" w:hAnsi="Arial" w:eastAsia="Arial" w:cs="Arial"/>
      <w:b w:val="1"/>
      <w:bCs w:val="1"/>
      <w:i/>
      <w:iCs/>
      <w:color w:val="243F60" w:themeColor="accent1" w:themeShade="7F"/>
      <w:sz w:val="36"/>
      <w:szCs w:val="36"/>
      <w:rtl w:val="1"/>
      <w:lang w:val="ar-SA" w:bidi="ar-SA"/>
    </w:rPr>
  </w:style>
  <w:style w:type="paragraph" w:styleId="Heading7">
    <w:name w:val="heading 7"/>
    <w:basedOn w:val="Normal"/>
    <w:next w:val="Normal"/>
    <w:link w:val="Heading7Char"/>
    <w:uiPriority w:val="9"/>
    <w:semiHidden/>
    <w:unhideWhenUsed/>
    <w:qFormat/>
    <w:rsid w:val="00FC693F"/>
    <w:pPr>
      <w:keepNext w:val="1"/>
      <w:keepLines/>
      <w:bidi w:val="1"/>
      <w:spacing w:before="200" w:after="0"/>
      <w:jc w:val="right"/>
      <w:outlineLvl w:val="6"/>
    </w:pPr>
    <w:rPr>
      <w:rFonts w:ascii="Arial" w:hAnsi="Arial" w:eastAsia="Arial" w:cs="Arial"/>
      <w:b w:val="1"/>
      <w:bCs w:val="1"/>
      <w:i/>
      <w:iCs/>
      <w:color w:val="404040" w:themeColor="text1" w:themeTint="BF"/>
      <w:sz w:val="36"/>
      <w:szCs w:val="36"/>
      <w:rtl w:val="1"/>
      <w:lang w:val="ar-SA" w:bidi="ar-SA"/>
    </w:rPr>
  </w:style>
  <w:style w:type="paragraph" w:styleId="Heading8">
    <w:name w:val="heading 8"/>
    <w:basedOn w:val="Normal"/>
    <w:next w:val="Normal"/>
    <w:link w:val="Heading8Char"/>
    <w:uiPriority w:val="9"/>
    <w:semiHidden/>
    <w:unhideWhenUsed/>
    <w:qFormat/>
    <w:rsid w:val="00FC693F"/>
    <w:pPr>
      <w:keepNext w:val="1"/>
      <w:keepLines/>
      <w:bidi w:val="1"/>
      <w:spacing w:before="200" w:after="0"/>
      <w:jc w:val="right"/>
      <w:outlineLvl w:val="7"/>
    </w:pPr>
    <w:rPr>
      <w:rFonts w:ascii="Arial" w:hAnsi="Arial" w:eastAsia="Arial" w:cs="Arial"/>
      <w:b w:val="1"/>
      <w:bCs w:val="1"/>
      <w:color w:val="4F81BD" w:themeColor="accent1"/>
      <w:sz w:val="36"/>
      <w:szCs w:val="36"/>
      <w:rtl w:val="1"/>
      <w:lang w:val="ar-SA" w:bidi="ar-SA"/>
    </w:rPr>
  </w:style>
  <w:style w:type="paragraph" w:styleId="Heading9">
    <w:name w:val="heading 9"/>
    <w:basedOn w:val="Normal"/>
    <w:next w:val="Normal"/>
    <w:link w:val="Heading9Char"/>
    <w:uiPriority w:val="9"/>
    <w:semiHidden/>
    <w:unhideWhenUsed/>
    <w:qFormat/>
    <w:rsid w:val="00FC693F"/>
    <w:pPr>
      <w:keepNext w:val="1"/>
      <w:keepLines/>
      <w:bidi w:val="1"/>
      <w:spacing w:before="200" w:after="0"/>
      <w:jc w:val="right"/>
      <w:outlineLvl w:val="8"/>
    </w:pPr>
    <w:rPr>
      <w:rFonts w:ascii="Arial" w:hAnsi="Arial" w:eastAsia="Arial" w:cs="Arial"/>
      <w:b w:val="1"/>
      <w:bCs w:val="1"/>
      <w:i/>
      <w:iCs/>
      <w:color w:val="404040" w:themeColor="text1" w:themeTint="BF"/>
      <w:sz w:val="36"/>
      <w:szCs w:val="36"/>
      <w:rtl w:val="1"/>
      <w:lang w:val="ar-SA" w:bidi="ar-SA"/>
    </w:rPr>
  </w:style>
  <w:style w:type="character" w:default="1" w:styleId="DefaultParagraphFont">
    <w:name w:val="Default Paragraph Font"/>
    <w:uiPriority w:val="1"/>
    <w:semiHidden/>
    <w:unhideWhenUsed/>
    <w:rPr>
      <w:rFonts w:ascii="Arial" w:hAnsi="Arial" w:eastAsia="Arial" w:cs="Arial"/>
      <w:sz w:val="32"/>
      <w:szCs w:val="32"/>
      <w:rtl w:val="1"/>
      <w:lang w:val="ar-SA" w:bidi="ar-SA"/>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bidi w:val="1"/>
      <w:spacing w:after="0" w:line="240" w:lineRule="auto"/>
      <w:jc w:val="right"/>
    </w:pPr>
    <w:rPr>
      <w:rFonts w:ascii="Arial" w:hAnsi="Arial" w:eastAsia="Arial" w:cs="Arial"/>
      <w:sz w:val="32"/>
      <w:szCs w:val="32"/>
      <w:rtl w:val="1"/>
      <w:lang w:val="ar-SA" w:bidi="ar-SA"/>
    </w:rPr>
  </w:style>
  <w:style w:type="character" w:customStyle="1" w:styleId="Heading1Char">
    <w:name w:val="Heading 1 Char"/>
    <w:basedOn w:val="DefaultParagraphFont"/>
    <w:link w:val="Heading1"/>
    <w:uiPriority w:val="9"/>
    <w:rsid w:val="00FC693F"/>
    <w:rPr>
      <w:rFonts w:ascii="Arial" w:hAnsi="Arial" w:eastAsia="Arial" w:cs="Arial"/>
      <w:b w:val="1"/>
      <w:bCs w:val="1"/>
      <w:color w:val="365F91" w:themeColor="accent1" w:themeShade="BF"/>
      <w:sz w:val="36"/>
      <w:szCs w:val="36"/>
      <w:rtl w:val="1"/>
      <w:lang w:val="ar-SA" w:bidi="ar-SA"/>
    </w:rPr>
  </w:style>
  <w:style w:type="character" w:customStyle="1" w:styleId="Heading2Char">
    <w:name w:val="Heading 2 Char"/>
    <w:basedOn w:val="DefaultParagraphFont"/>
    <w:link w:val="Heading2"/>
    <w:uiPriority w:val="9"/>
    <w:rsid w:val="00FC693F"/>
    <w:rPr>
      <w:rFonts w:ascii="Arial" w:hAnsi="Arial" w:eastAsia="Arial" w:cs="Arial"/>
      <w:b w:val="1"/>
      <w:bCs w:val="1"/>
      <w:color w:val="4F81BD" w:themeColor="accent1"/>
      <w:sz w:val="36"/>
      <w:szCs w:val="36"/>
      <w:rtl w:val="1"/>
      <w:lang w:val="ar-SA" w:bidi="ar-SA"/>
    </w:rPr>
  </w:style>
  <w:style w:type="character" w:customStyle="1" w:styleId="Heading3Char">
    <w:name w:val="Heading 3 Char"/>
    <w:basedOn w:val="DefaultParagraphFont"/>
    <w:link w:val="Heading3"/>
    <w:uiPriority w:val="9"/>
    <w:rsid w:val="00FC693F"/>
    <w:rPr>
      <w:rFonts w:ascii="Arial" w:hAnsi="Arial" w:eastAsia="Arial" w:cs="Arial"/>
      <w:b w:val="1"/>
      <w:bCs w:val="1"/>
      <w:color w:val="4F81BD" w:themeColor="accent1"/>
      <w:sz w:val="36"/>
      <w:szCs w:val="36"/>
      <w:rtl w:val="1"/>
      <w:lang w:val="ar-SA" w:bidi="ar-SA"/>
    </w:r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Arial" w:hAnsi="Arial" w:eastAsia="Arial" w:cs="Arial"/>
      <w:color w:val="17365D" w:themeColor="text2" w:themeShade="BF"/>
      <w:spacing w:val="5"/>
      <w:kern w:val="28"/>
      <w:sz w:val="32"/>
      <w:szCs w:val="32"/>
      <w:rtl w:val="1"/>
      <w:lang w:val="ar-SA" w:bidi="ar-SA"/>
    </w:rPr>
  </w:style>
  <w:style w:type="character" w:customStyle="1" w:styleId="TitleChar">
    <w:name w:val="Title Char"/>
    <w:basedOn w:val="DefaultParagraphFont"/>
    <w:link w:val="Title"/>
    <w:uiPriority w:val="10"/>
    <w:rsid w:val="00FC693F"/>
    <w:rPr>
      <w:rFonts w:ascii="Arial" w:hAnsi="Arial" w:eastAsia="Arial" w:cs="Arial"/>
      <w:color w:val="17365D" w:themeColor="text2" w:themeShade="BF"/>
      <w:spacing w:val="5"/>
      <w:kern w:val="28"/>
      <w:sz w:val="32"/>
      <w:szCs w:val="32"/>
      <w:rtl w:val="1"/>
      <w:lang w:val="ar-SA" w:bidi="ar-SA"/>
    </w:rPr>
  </w:style>
  <w:style w:type="paragraph" w:styleId="Subtitle">
    <w:name w:val="Subtitle"/>
    <w:basedOn w:val="Normal"/>
    <w:next w:val="Normal"/>
    <w:link w:val="SubtitleChar"/>
    <w:uiPriority w:val="11"/>
    <w:qFormat/>
    <w:rsid w:val="00FC693F"/>
    <w:pPr>
      <w:numPr>
        <w:ilvl w:val="1"/>
      </w:numPr>
      <w:bidi w:val="1"/>
      <w:jc w:val="right"/>
    </w:pPr>
    <w:rPr>
      <w:rFonts w:ascii="Arial" w:hAnsi="Arial" w:eastAsia="Arial" w:cs="Arial"/>
      <w:i/>
      <w:iCs/>
      <w:color w:val="4F81BD" w:themeColor="accent1"/>
      <w:spacing w:val="15"/>
      <w:sz w:val="32"/>
      <w:szCs w:val="32"/>
      <w:rtl w:val="1"/>
      <w:lang w:val="ar-SA" w:bidi="ar-SA"/>
    </w:rPr>
  </w:style>
  <w:style w:type="character" w:customStyle="1" w:styleId="SubtitleChar">
    <w:name w:val="Subtitle Char"/>
    <w:basedOn w:val="DefaultParagraphFont"/>
    <w:link w:val="Subtitle"/>
    <w:uiPriority w:val="11"/>
    <w:rsid w:val="00FC693F"/>
    <w:rPr>
      <w:rFonts w:ascii="Arial" w:hAnsi="Arial" w:eastAsia="Arial" w:cs="Arial"/>
      <w:i/>
      <w:iCs/>
      <w:color w:val="4F81BD" w:themeColor="accent1"/>
      <w:spacing w:val="15"/>
      <w:sz w:val="32"/>
      <w:szCs w:val="32"/>
      <w:rtl w:val="1"/>
      <w:lang w:val="ar-SA" w:bidi="ar-SA"/>
    </w:rPr>
  </w:style>
  <w:style w:type="paragraph" w:styleId="ListParagraph">
    <w:name w:val="List Paragraph"/>
    <w:basedOn w:val="Normal"/>
    <w:uiPriority w:val="34"/>
    <w:qFormat/>
    <w:rsid w:val="00FC693F"/>
    <w:pPr>
      <w:bidi w:val="1"/>
      <w:ind w:left="720"/>
      <w:contextualSpacing/>
      <w:jc w:val="right"/>
    </w:pPr>
    <w:rPr>
      <w:rFonts w:ascii="Arial" w:hAnsi="Arial" w:eastAsia="Arial" w:cs="Arial"/>
      <w:sz w:val="32"/>
      <w:szCs w:val="32"/>
      <w:rtl w:val="1"/>
      <w:lang w:val="ar-SA" w:bidi="ar-SA"/>
    </w:rPr>
  </w:style>
  <w:style w:type="paragraph" w:styleId="BodyText">
    <w:name w:val="Body Text"/>
    <w:basedOn w:val="Normal"/>
    <w:link w:val="BodyTextChar"/>
    <w:uiPriority w:val="99"/>
    <w:unhideWhenUsed/>
    <w:rsid w:val="00AA1D8D"/>
    <w:pPr>
      <w:bidi w:val="1"/>
      <w:spacing w:after="120"/>
      <w:jc w:val="right"/>
    </w:pPr>
    <w:rPr>
      <w:rFonts w:ascii="Arial" w:hAnsi="Arial" w:eastAsia="Arial" w:cs="Arial"/>
      <w:sz w:val="32"/>
      <w:szCs w:val="32"/>
      <w:rtl w:val="1"/>
      <w:lang w:val="ar-SA" w:bidi="ar-SA"/>
    </w:rPr>
  </w:style>
  <w:style w:type="character" w:customStyle="1" w:styleId="BodyTextChar">
    <w:name w:val="Body Text Char"/>
    <w:basedOn w:val="DefaultParagraphFont"/>
    <w:link w:val="BodyText"/>
    <w:uiPriority w:val="99"/>
    <w:rsid w:val="00AA1D8D"/>
    <w:rPr>
      <w:rFonts w:ascii="Arial" w:hAnsi="Arial" w:eastAsia="Arial" w:cs="Arial"/>
      <w:sz w:val="32"/>
      <w:szCs w:val="32"/>
      <w:rtl w:val="1"/>
      <w:lang w:val="ar-SA" w:bidi="ar-SA"/>
    </w:rPr>
  </w:style>
  <w:style w:type="paragraph" w:styleId="BodyText2">
    <w:name w:val="Body Text 2"/>
    <w:basedOn w:val="Normal"/>
    <w:link w:val="BodyText2Char"/>
    <w:uiPriority w:val="99"/>
    <w:unhideWhenUsed/>
    <w:rsid w:val="00AA1D8D"/>
    <w:pPr>
      <w:bidi w:val="1"/>
      <w:spacing w:after="120" w:line="480" w:lineRule="auto"/>
      <w:jc w:val="right"/>
    </w:pPr>
    <w:rPr>
      <w:rFonts w:ascii="Arial" w:hAnsi="Arial" w:eastAsia="Arial" w:cs="Arial"/>
      <w:sz w:val="32"/>
      <w:szCs w:val="32"/>
      <w:rtl w:val="1"/>
      <w:lang w:val="ar-SA" w:bidi="ar-SA"/>
    </w:rPr>
  </w:style>
  <w:style w:type="character" w:customStyle="1" w:styleId="BodyText2Char">
    <w:name w:val="Body Text 2 Char"/>
    <w:basedOn w:val="DefaultParagraphFont"/>
    <w:link w:val="BodyText2"/>
    <w:uiPriority w:val="99"/>
    <w:rsid w:val="00AA1D8D"/>
    <w:rPr>
      <w:rFonts w:ascii="Arial" w:hAnsi="Arial" w:eastAsia="Arial" w:cs="Arial"/>
      <w:sz w:val="32"/>
      <w:szCs w:val="32"/>
      <w:rtl w:val="1"/>
      <w:lang w:val="ar-SA" w:bidi="ar-SA"/>
    </w:rPr>
  </w:style>
  <w:style w:type="paragraph" w:styleId="BodyText3">
    <w:name w:val="Body Text 3"/>
    <w:basedOn w:val="Normal"/>
    <w:link w:val="BodyText3Char"/>
    <w:uiPriority w:val="99"/>
    <w:unhideWhenUsed/>
    <w:rsid w:val="00AA1D8D"/>
    <w:pPr>
      <w:bidi w:val="1"/>
      <w:spacing w:after="120"/>
      <w:jc w:val="right"/>
    </w:pPr>
    <w:rPr>
      <w:rFonts w:ascii="Arial" w:hAnsi="Arial" w:eastAsia="Arial" w:cs="Arial"/>
      <w:sz w:val="32"/>
      <w:szCs w:val="32"/>
      <w:rtl w:val="1"/>
      <w:lang w:val="ar-SA" w:bidi="ar-SA"/>
    </w:rPr>
  </w:style>
  <w:style w:type="character" w:customStyle="1" w:styleId="BodyText3Char">
    <w:name w:val="Body Text 3 Char"/>
    <w:basedOn w:val="DefaultParagraphFont"/>
    <w:link w:val="BodyText3"/>
    <w:uiPriority w:val="99"/>
    <w:rsid w:val="00AA1D8D"/>
    <w:rPr>
      <w:rFonts w:ascii="Arial" w:hAnsi="Arial" w:eastAsia="Arial" w:cs="Arial"/>
      <w:sz w:val="32"/>
      <w:szCs w:val="32"/>
      <w:rtl w:val="1"/>
      <w:lang w:val="ar-SA" w:bidi="ar-SA"/>
    </w:rPr>
  </w:style>
  <w:style w:type="paragraph" w:styleId="List">
    <w:name w:val="List"/>
    <w:basedOn w:val="Normal"/>
    <w:uiPriority w:val="99"/>
    <w:unhideWhenUsed/>
    <w:rsid w:val="00AA1D8D"/>
    <w:pPr>
      <w:bidi w:val="1"/>
      <w:ind w:left="360" w:hanging="360"/>
      <w:contextualSpacing/>
      <w:jc w:val="right"/>
    </w:pPr>
    <w:rPr>
      <w:rFonts w:ascii="Arial" w:hAnsi="Arial" w:eastAsia="Arial" w:cs="Arial"/>
      <w:sz w:val="32"/>
      <w:szCs w:val="32"/>
      <w:rtl w:val="1"/>
      <w:lang w:val="ar-SA" w:bidi="ar-SA"/>
    </w:rPr>
  </w:style>
  <w:style w:type="paragraph" w:styleId="List2">
    <w:name w:val="List 2"/>
    <w:basedOn w:val="Normal"/>
    <w:uiPriority w:val="99"/>
    <w:unhideWhenUsed/>
    <w:rsid w:val="00326F90"/>
    <w:pPr>
      <w:bidi w:val="1"/>
      <w:ind w:left="720" w:hanging="360"/>
      <w:contextualSpacing/>
      <w:jc w:val="right"/>
    </w:pPr>
    <w:rPr>
      <w:rFonts w:ascii="Arial" w:hAnsi="Arial" w:eastAsia="Arial" w:cs="Arial"/>
      <w:sz w:val="32"/>
      <w:szCs w:val="32"/>
      <w:rtl w:val="1"/>
      <w:lang w:val="ar-SA" w:bidi="ar-SA"/>
    </w:rPr>
  </w:style>
  <w:style w:type="paragraph" w:styleId="List3">
    <w:name w:val="List 3"/>
    <w:basedOn w:val="Normal"/>
    <w:uiPriority w:val="99"/>
    <w:unhideWhenUsed/>
    <w:rsid w:val="00326F90"/>
    <w:pPr>
      <w:bidi w:val="1"/>
      <w:ind w:left="1080" w:hanging="360"/>
      <w:contextualSpacing/>
      <w:jc w:val="right"/>
    </w:pPr>
    <w:rPr>
      <w:rFonts w:ascii="Arial" w:hAnsi="Arial" w:eastAsia="Arial" w:cs="Arial"/>
      <w:sz w:val="32"/>
      <w:szCs w:val="32"/>
      <w:rtl w:val="1"/>
      <w:lang w:val="ar-SA" w:bidi="ar-SA"/>
    </w:rPr>
  </w:style>
  <w:style w:type="paragraph" w:styleId="ListBullet">
    <w:name w:val="List Bullet"/>
    <w:basedOn w:val="Normal"/>
    <w:uiPriority w:val="99"/>
    <w:unhideWhenUsed/>
    <w:rsid w:val="00326F90"/>
    <w:pPr>
      <w:numPr>
        <w:numId w:val="1"/>
      </w:numPr>
      <w:bidi w:val="1"/>
      <w:contextualSpacing/>
      <w:jc w:val="right"/>
    </w:pPr>
    <w:rPr>
      <w:rFonts w:ascii="Arial" w:hAnsi="Arial" w:eastAsia="Arial" w:cs="Arial"/>
      <w:sz w:val="32"/>
      <w:szCs w:val="32"/>
      <w:rtl w:val="1"/>
      <w:lang w:val="ar-SA" w:bidi="ar-SA"/>
    </w:rPr>
  </w:style>
  <w:style w:type="paragraph" w:styleId="ListBullet2">
    <w:name w:val="List Bullet 2"/>
    <w:basedOn w:val="Normal"/>
    <w:uiPriority w:val="99"/>
    <w:unhideWhenUsed/>
    <w:rsid w:val="00326F90"/>
    <w:pPr>
      <w:numPr>
        <w:numId w:val="2"/>
      </w:numPr>
      <w:bidi w:val="1"/>
      <w:contextualSpacing/>
      <w:jc w:val="right"/>
    </w:pPr>
    <w:rPr>
      <w:rFonts w:ascii="Arial" w:hAnsi="Arial" w:eastAsia="Arial" w:cs="Arial"/>
      <w:sz w:val="32"/>
      <w:szCs w:val="32"/>
      <w:rtl w:val="1"/>
      <w:lang w:val="ar-SA" w:bidi="ar-SA"/>
    </w:rPr>
  </w:style>
  <w:style w:type="paragraph" w:styleId="ListBullet3">
    <w:name w:val="List Bullet 3"/>
    <w:basedOn w:val="Normal"/>
    <w:uiPriority w:val="99"/>
    <w:unhideWhenUsed/>
    <w:rsid w:val="00326F90"/>
    <w:pPr>
      <w:numPr>
        <w:numId w:val="3"/>
      </w:numPr>
      <w:bidi w:val="1"/>
      <w:contextualSpacing/>
      <w:jc w:val="right"/>
    </w:pPr>
    <w:rPr>
      <w:rFonts w:ascii="Arial" w:hAnsi="Arial" w:eastAsia="Arial" w:cs="Arial"/>
      <w:sz w:val="32"/>
      <w:szCs w:val="32"/>
      <w:rtl w:val="1"/>
      <w:lang w:val="ar-SA" w:bidi="ar-SA"/>
    </w:rPr>
  </w:style>
  <w:style w:type="paragraph" w:styleId="ListNumber">
    <w:name w:val="List Number"/>
    <w:basedOn w:val="Normal"/>
    <w:uiPriority w:val="99"/>
    <w:unhideWhenUsed/>
    <w:rsid w:val="00326F90"/>
    <w:pPr>
      <w:numPr>
        <w:numId w:val="5"/>
      </w:numPr>
      <w:bidi w:val="1"/>
      <w:contextualSpacing/>
      <w:jc w:val="right"/>
    </w:pPr>
    <w:rPr>
      <w:rFonts w:ascii="Arial" w:hAnsi="Arial" w:eastAsia="Arial" w:cs="Arial"/>
      <w:sz w:val="32"/>
      <w:szCs w:val="32"/>
      <w:rtl w:val="1"/>
      <w:lang w:val="ar-SA" w:bidi="ar-SA"/>
    </w:rPr>
  </w:style>
  <w:style w:type="paragraph" w:styleId="ListNumber2">
    <w:name w:val="List Number 2"/>
    <w:basedOn w:val="Normal"/>
    <w:uiPriority w:val="99"/>
    <w:unhideWhenUsed/>
    <w:rsid w:val="0029639D"/>
    <w:pPr>
      <w:numPr>
        <w:numId w:val="6"/>
      </w:numPr>
      <w:bidi w:val="1"/>
      <w:contextualSpacing/>
      <w:jc w:val="right"/>
    </w:pPr>
    <w:rPr>
      <w:rFonts w:ascii="Arial" w:hAnsi="Arial" w:eastAsia="Arial" w:cs="Arial"/>
      <w:sz w:val="32"/>
      <w:szCs w:val="32"/>
      <w:rtl w:val="1"/>
      <w:lang w:val="ar-SA" w:bidi="ar-SA"/>
    </w:rPr>
  </w:style>
  <w:style w:type="paragraph" w:styleId="ListNumber3">
    <w:name w:val="List Number 3"/>
    <w:basedOn w:val="Normal"/>
    <w:uiPriority w:val="99"/>
    <w:unhideWhenUsed/>
    <w:rsid w:val="0029639D"/>
    <w:pPr>
      <w:numPr>
        <w:numId w:val="7"/>
      </w:numPr>
      <w:bidi w:val="1"/>
      <w:contextualSpacing/>
      <w:jc w:val="right"/>
    </w:pPr>
    <w:rPr>
      <w:rFonts w:ascii="Arial" w:hAnsi="Arial" w:eastAsia="Arial" w:cs="Arial"/>
      <w:sz w:val="32"/>
      <w:szCs w:val="32"/>
      <w:rtl w:val="1"/>
      <w:lang w:val="ar-SA" w:bidi="ar-SA"/>
    </w:rPr>
  </w:style>
  <w:style w:type="paragraph" w:styleId="ListContinue">
    <w:name w:val="List Continue"/>
    <w:basedOn w:val="Normal"/>
    <w:uiPriority w:val="99"/>
    <w:unhideWhenUsed/>
    <w:rsid w:val="0029639D"/>
    <w:pPr>
      <w:bidi w:val="1"/>
      <w:spacing w:after="120"/>
      <w:ind w:left="360"/>
      <w:contextualSpacing/>
      <w:jc w:val="right"/>
    </w:pPr>
    <w:rPr>
      <w:rFonts w:ascii="Arial" w:hAnsi="Arial" w:eastAsia="Arial" w:cs="Arial"/>
      <w:sz w:val="32"/>
      <w:szCs w:val="32"/>
      <w:rtl w:val="1"/>
      <w:lang w:val="ar-SA" w:bidi="ar-SA"/>
    </w:rPr>
  </w:style>
  <w:style w:type="paragraph" w:styleId="ListContinue2">
    <w:name w:val="List Continue 2"/>
    <w:basedOn w:val="Normal"/>
    <w:uiPriority w:val="99"/>
    <w:unhideWhenUsed/>
    <w:rsid w:val="0029639D"/>
    <w:pPr>
      <w:bidi w:val="1"/>
      <w:spacing w:after="120"/>
      <w:ind w:left="720"/>
      <w:contextualSpacing/>
      <w:jc w:val="right"/>
    </w:pPr>
    <w:rPr>
      <w:rFonts w:ascii="Arial" w:hAnsi="Arial" w:eastAsia="Arial" w:cs="Arial"/>
      <w:sz w:val="32"/>
      <w:szCs w:val="32"/>
      <w:rtl w:val="1"/>
      <w:lang w:val="ar-SA" w:bidi="ar-SA"/>
    </w:rPr>
  </w:style>
  <w:style w:type="paragraph" w:styleId="ListContinue3">
    <w:name w:val="List Continue 3"/>
    <w:basedOn w:val="Normal"/>
    <w:uiPriority w:val="99"/>
    <w:unhideWhenUsed/>
    <w:rsid w:val="0029639D"/>
    <w:pPr>
      <w:bidi w:val="1"/>
      <w:spacing w:after="120"/>
      <w:ind w:left="1080"/>
      <w:contextualSpacing/>
      <w:jc w:val="right"/>
    </w:pPr>
    <w:rPr>
      <w:rFonts w:ascii="Arial" w:hAnsi="Arial" w:eastAsia="Arial" w:cs="Arial"/>
      <w:sz w:val="32"/>
      <w:szCs w:val="32"/>
      <w:rtl w:val="1"/>
      <w:lang w:val="ar-SA" w:bidi="ar-SA"/>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bidi w:val="1"/>
      <w:jc w:val="right"/>
    </w:pPr>
    <w:rPr>
      <w:rFonts w:ascii="Arial" w:hAnsi="Arial" w:eastAsia="Arial" w:cs="Arial"/>
      <w:sz w:val="32"/>
      <w:szCs w:val="32"/>
      <w:rtl w:val="1"/>
      <w:lang w:val="ar-SA" w:bidi="ar-SA"/>
    </w:rPr>
  </w:style>
  <w:style w:type="character" w:customStyle="1" w:styleId="MacroTextChar">
    <w:name w:val="Macro Text Char"/>
    <w:basedOn w:val="DefaultParagraphFont"/>
    <w:link w:val="MacroText"/>
    <w:uiPriority w:val="99"/>
    <w:rsid w:val="0029639D"/>
    <w:rPr>
      <w:rFonts w:ascii="Arial" w:hAnsi="Arial" w:eastAsia="Arial" w:cs="Arial"/>
      <w:sz w:val="32"/>
      <w:szCs w:val="32"/>
      <w:rtl w:val="1"/>
      <w:lang w:val="ar-SA" w:bidi="ar-SA"/>
    </w:rPr>
  </w:style>
  <w:style w:type="paragraph" w:styleId="Quote">
    <w:name w:val="Quote"/>
    <w:basedOn w:val="Normal"/>
    <w:next w:val="Normal"/>
    <w:link w:val="QuoteChar"/>
    <w:uiPriority w:val="29"/>
    <w:qFormat/>
    <w:rsid w:val="00FC693F"/>
    <w:pPr>
      <w:bidi w:val="1"/>
      <w:jc w:val="right"/>
    </w:pPr>
    <w:rPr>
      <w:rFonts w:ascii="Arial" w:hAnsi="Arial" w:eastAsia="Arial" w:cs="Arial"/>
      <w:i/>
      <w:iCs/>
      <w:color w:val="000000" w:themeColor="text1"/>
      <w:sz w:val="32"/>
      <w:szCs w:val="32"/>
      <w:rtl w:val="1"/>
      <w:lang w:val="ar-SA" w:bidi="ar-SA"/>
    </w:rPr>
  </w:style>
  <w:style w:type="character" w:customStyle="1" w:styleId="QuoteChar">
    <w:name w:val="Quote Char"/>
    <w:basedOn w:val="DefaultParagraphFont"/>
    <w:link w:val="Quote"/>
    <w:uiPriority w:val="29"/>
    <w:rsid w:val="00FC693F"/>
    <w:rPr>
      <w:rFonts w:ascii="Arial" w:hAnsi="Arial" w:eastAsia="Arial" w:cs="Arial"/>
      <w:i/>
      <w:iCs/>
      <w:color w:val="000000" w:themeColor="text1"/>
      <w:sz w:val="32"/>
      <w:szCs w:val="32"/>
      <w:rtl w:val="1"/>
      <w:lang w:val="ar-SA" w:bidi="ar-SA"/>
    </w:rPr>
  </w:style>
  <w:style w:type="character" w:customStyle="1" w:styleId="Heading4Char">
    <w:name w:val="Heading 4 Char"/>
    <w:basedOn w:val="DefaultParagraphFont"/>
    <w:link w:val="Heading4"/>
    <w:uiPriority w:val="9"/>
    <w:semiHidden/>
    <w:rsid w:val="00FC693F"/>
    <w:rPr>
      <w:rFonts w:ascii="Arial" w:hAnsi="Arial" w:eastAsia="Arial" w:cs="Arial"/>
      <w:b w:val="1"/>
      <w:bCs w:val="1"/>
      <w:i/>
      <w:iCs/>
      <w:color w:val="4F81BD" w:themeColor="accent1"/>
      <w:sz w:val="36"/>
      <w:szCs w:val="36"/>
      <w:rtl w:val="1"/>
      <w:lang w:val="ar-SA" w:bidi="ar-SA"/>
    </w:rPr>
  </w:style>
  <w:style w:type="character" w:customStyle="1" w:styleId="Heading5Char">
    <w:name w:val="Heading 5 Char"/>
    <w:basedOn w:val="DefaultParagraphFont"/>
    <w:link w:val="Heading5"/>
    <w:uiPriority w:val="9"/>
    <w:semiHidden/>
    <w:rsid w:val="00FC693F"/>
    <w:rPr>
      <w:rFonts w:ascii="Arial" w:hAnsi="Arial" w:eastAsia="Arial" w:cs="Arial"/>
      <w:b w:val="1"/>
      <w:bCs w:val="1"/>
      <w:color w:val="243F60" w:themeColor="accent1" w:themeShade="7F"/>
      <w:sz w:val="36"/>
      <w:szCs w:val="36"/>
      <w:rtl w:val="1"/>
      <w:lang w:val="ar-SA" w:bidi="ar-SA"/>
    </w:rPr>
  </w:style>
  <w:style w:type="character" w:customStyle="1" w:styleId="Heading6Char">
    <w:name w:val="Heading 6 Char"/>
    <w:basedOn w:val="DefaultParagraphFont"/>
    <w:link w:val="Heading6"/>
    <w:uiPriority w:val="9"/>
    <w:semiHidden/>
    <w:rsid w:val="00FC693F"/>
    <w:rPr>
      <w:rFonts w:ascii="Arial" w:hAnsi="Arial" w:eastAsia="Arial" w:cs="Arial"/>
      <w:b w:val="1"/>
      <w:bCs w:val="1"/>
      <w:i/>
      <w:iCs/>
      <w:color w:val="243F60" w:themeColor="accent1" w:themeShade="7F"/>
      <w:sz w:val="36"/>
      <w:szCs w:val="36"/>
      <w:rtl w:val="1"/>
      <w:lang w:val="ar-SA" w:bidi="ar-SA"/>
    </w:rPr>
  </w:style>
  <w:style w:type="character" w:customStyle="1" w:styleId="Heading7Char">
    <w:name w:val="Heading 7 Char"/>
    <w:basedOn w:val="DefaultParagraphFont"/>
    <w:link w:val="Heading7"/>
    <w:uiPriority w:val="9"/>
    <w:semiHidden/>
    <w:rsid w:val="00FC693F"/>
    <w:rPr>
      <w:rFonts w:ascii="Arial" w:hAnsi="Arial" w:eastAsia="Arial" w:cs="Arial"/>
      <w:b w:val="1"/>
      <w:bCs w:val="1"/>
      <w:i/>
      <w:iCs/>
      <w:color w:val="404040" w:themeColor="text1" w:themeTint="BF"/>
      <w:sz w:val="36"/>
      <w:szCs w:val="36"/>
      <w:rtl w:val="1"/>
      <w:lang w:val="ar-SA" w:bidi="ar-SA"/>
    </w:rPr>
  </w:style>
  <w:style w:type="character" w:customStyle="1" w:styleId="Heading8Char">
    <w:name w:val="Heading 8 Char"/>
    <w:basedOn w:val="DefaultParagraphFont"/>
    <w:link w:val="Heading8"/>
    <w:uiPriority w:val="9"/>
    <w:semiHidden/>
    <w:rsid w:val="00FC693F"/>
    <w:rPr>
      <w:rFonts w:ascii="Arial" w:hAnsi="Arial" w:eastAsia="Arial" w:cs="Arial"/>
      <w:b w:val="1"/>
      <w:bCs w:val="1"/>
      <w:color w:val="4F81BD" w:themeColor="accent1"/>
      <w:sz w:val="36"/>
      <w:szCs w:val="36"/>
      <w:rtl w:val="1"/>
      <w:lang w:val="ar-SA" w:bidi="ar-SA"/>
    </w:rPr>
  </w:style>
  <w:style w:type="character" w:customStyle="1" w:styleId="Heading9Char">
    <w:name w:val="Heading 9 Char"/>
    <w:basedOn w:val="DefaultParagraphFont"/>
    <w:link w:val="Heading9"/>
    <w:uiPriority w:val="9"/>
    <w:semiHidden/>
    <w:rsid w:val="00FC693F"/>
    <w:rPr>
      <w:rFonts w:ascii="Arial" w:hAnsi="Arial" w:eastAsia="Arial" w:cs="Arial"/>
      <w:b w:val="1"/>
      <w:bCs w:val="1"/>
      <w:i/>
      <w:iCs/>
      <w:color w:val="404040" w:themeColor="text1" w:themeTint="BF"/>
      <w:sz w:val="36"/>
      <w:szCs w:val="36"/>
      <w:rtl w:val="1"/>
      <w:lang w:val="ar-SA" w:bidi="ar-SA"/>
    </w:rPr>
  </w:style>
  <w:style w:type="paragraph" w:styleId="Caption">
    <w:name w:val="caption"/>
    <w:basedOn w:val="Normal"/>
    <w:next w:val="Normal"/>
    <w:uiPriority w:val="35"/>
    <w:semiHidden/>
    <w:unhideWhenUsed/>
    <w:qFormat/>
    <w:rsid w:val="00FC693F"/>
    <w:pPr>
      <w:bidi w:val="1"/>
      <w:spacing w:line="240" w:lineRule="auto"/>
      <w:jc w:val="right"/>
    </w:pPr>
    <w:rPr>
      <w:rFonts w:ascii="Arial" w:hAnsi="Arial" w:eastAsia="Arial" w:cs="Arial"/>
      <w:b/>
      <w:bCs/>
      <w:color w:val="4F81BD" w:themeColor="accent1"/>
      <w:sz w:val="32"/>
      <w:szCs w:val="32"/>
      <w:rtl w:val="1"/>
      <w:lang w:val="ar-SA" w:bidi="ar-SA"/>
    </w:rPr>
  </w:style>
  <w:style w:type="character" w:styleId="Strong">
    <w:name w:val="Strong"/>
    <w:basedOn w:val="DefaultParagraphFont"/>
    <w:uiPriority w:val="22"/>
    <w:qFormat/>
    <w:rsid w:val="00FC693F"/>
    <w:rPr>
      <w:rFonts w:ascii="Arial" w:hAnsi="Arial" w:eastAsia="Arial" w:cs="Arial"/>
      <w:b/>
      <w:bCs/>
      <w:sz w:val="32"/>
      <w:szCs w:val="32"/>
      <w:rtl w:val="1"/>
      <w:lang w:val="ar-SA" w:bidi="ar-SA"/>
    </w:rPr>
  </w:style>
  <w:style w:type="character" w:styleId="Emphasis">
    <w:name w:val="Emphasis"/>
    <w:basedOn w:val="DefaultParagraphFont"/>
    <w:uiPriority w:val="20"/>
    <w:qFormat/>
    <w:rsid w:val="00FC693F"/>
    <w:rPr>
      <w:rFonts w:ascii="Arial" w:hAnsi="Arial" w:eastAsia="Arial" w:cs="Arial"/>
      <w:i/>
      <w:iCs/>
      <w:sz w:val="32"/>
      <w:szCs w:val="32"/>
      <w:rtl w:val="1"/>
      <w:lang w:val="ar-SA" w:bidi="ar-SA"/>
    </w:rPr>
  </w:style>
  <w:style w:type="paragraph" w:styleId="IntenseQuote">
    <w:name w:val="Intense Quote"/>
    <w:basedOn w:val="Normal"/>
    <w:next w:val="Normal"/>
    <w:link w:val="IntenseQuoteChar"/>
    <w:uiPriority w:val="30"/>
    <w:qFormat/>
    <w:rsid w:val="00FC693F"/>
    <w:pPr>
      <w:pBdr>
        <w:bottom w:val="single" w:sz="4" w:space="4" w:color="4F81BD" w:themeColor="accent1"/>
      </w:pBdr>
      <w:bidi w:val="1"/>
      <w:spacing w:before="200" w:after="280"/>
      <w:ind w:left="936" w:right="936"/>
      <w:jc w:val="right"/>
    </w:pPr>
    <w:rPr>
      <w:rFonts w:ascii="Arial" w:hAnsi="Arial" w:eastAsia="Arial" w:cs="Arial"/>
      <w:b/>
      <w:bCs/>
      <w:i/>
      <w:iCs/>
      <w:color w:val="4F81BD" w:themeColor="accent1"/>
      <w:sz w:val="32"/>
      <w:szCs w:val="32"/>
      <w:rtl w:val="1"/>
      <w:lang w:val="ar-SA" w:bidi="ar-SA"/>
    </w:rPr>
  </w:style>
  <w:style w:type="character" w:customStyle="1" w:styleId="IntenseQuoteChar">
    <w:name w:val="Intense Quote Char"/>
    <w:basedOn w:val="DefaultParagraphFont"/>
    <w:link w:val="IntenseQuote"/>
    <w:uiPriority w:val="30"/>
    <w:rsid w:val="00FC693F"/>
    <w:rPr>
      <w:rFonts w:ascii="Arial" w:hAnsi="Arial" w:eastAsia="Arial" w:cs="Arial"/>
      <w:b/>
      <w:bCs/>
      <w:i/>
      <w:iCs/>
      <w:color w:val="4F81BD" w:themeColor="accent1"/>
      <w:sz w:val="32"/>
      <w:szCs w:val="32"/>
      <w:rtl w:val="1"/>
      <w:lang w:val="ar-SA" w:bidi="ar-SA"/>
    </w:rPr>
  </w:style>
  <w:style w:type="character" w:styleId="SubtleEmphasis">
    <w:name w:val="Subtle Emphasis"/>
    <w:basedOn w:val="DefaultParagraphFont"/>
    <w:uiPriority w:val="19"/>
    <w:qFormat/>
    <w:rsid w:val="00FC693F"/>
    <w:rPr>
      <w:rFonts w:ascii="Arial" w:hAnsi="Arial" w:eastAsia="Arial" w:cs="Arial"/>
      <w:i/>
      <w:iCs/>
      <w:color w:val="808080" w:themeColor="text1" w:themeTint="7F"/>
      <w:sz w:val="32"/>
      <w:szCs w:val="32"/>
      <w:rtl w:val="1"/>
      <w:lang w:val="ar-SA" w:bidi="ar-SA"/>
    </w:rPr>
  </w:style>
  <w:style w:type="character" w:styleId="IntenseEmphasis">
    <w:name w:val="Intense Emphasis"/>
    <w:basedOn w:val="DefaultParagraphFont"/>
    <w:uiPriority w:val="21"/>
    <w:qFormat/>
    <w:rsid w:val="00FC693F"/>
    <w:rPr>
      <w:rFonts w:ascii="Arial" w:hAnsi="Arial" w:eastAsia="Arial" w:cs="Arial"/>
      <w:b/>
      <w:bCs/>
      <w:i/>
      <w:iCs/>
      <w:color w:val="4F81BD" w:themeColor="accent1"/>
      <w:sz w:val="32"/>
      <w:szCs w:val="32"/>
      <w:rtl w:val="1"/>
      <w:lang w:val="ar-SA" w:bidi="ar-SA"/>
    </w:rPr>
  </w:style>
  <w:style w:type="character" w:styleId="SubtleReference">
    <w:name w:val="Subtle Reference"/>
    <w:basedOn w:val="DefaultParagraphFont"/>
    <w:uiPriority w:val="31"/>
    <w:qFormat/>
    <w:rsid w:val="00FC693F"/>
    <w:rPr>
      <w:rFonts w:ascii="Arial" w:hAnsi="Arial" w:eastAsia="Arial" w:cs="Arial"/>
      <w:smallCaps/>
      <w:color w:val="C0504D" w:themeColor="accent2"/>
      <w:sz w:val="32"/>
      <w:szCs w:val="32"/>
      <w:u w:val="single"/>
      <w:rtl w:val="1"/>
      <w:lang w:val="ar-SA" w:bidi="ar-SA"/>
    </w:rPr>
  </w:style>
  <w:style w:type="character" w:styleId="IntenseReference">
    <w:name w:val="Intense Reference"/>
    <w:basedOn w:val="DefaultParagraphFont"/>
    <w:uiPriority w:val="32"/>
    <w:qFormat/>
    <w:rsid w:val="00FC693F"/>
    <w:rPr>
      <w:rFonts w:ascii="Arial" w:hAnsi="Arial" w:eastAsia="Arial" w:cs="Arial"/>
      <w:b/>
      <w:bCs/>
      <w:smallCaps/>
      <w:color w:val="C0504D" w:themeColor="accent2"/>
      <w:spacing w:val="5"/>
      <w:sz w:val="32"/>
      <w:szCs w:val="32"/>
      <w:u w:val="single"/>
      <w:rtl w:val="1"/>
      <w:lang w:val="ar-SA" w:bidi="ar-SA"/>
    </w:rPr>
  </w:style>
  <w:style w:type="character" w:styleId="BookTitle">
    <w:name w:val="Book Title"/>
    <w:basedOn w:val="DefaultParagraphFont"/>
    <w:uiPriority w:val="33"/>
    <w:qFormat/>
    <w:rsid w:val="00FC693F"/>
    <w:rPr>
      <w:rFonts w:ascii="Arial" w:hAnsi="Arial" w:eastAsia="Arial" w:cs="Arial"/>
      <w:b/>
      <w:bCs/>
      <w:smallCaps/>
      <w:spacing w:val="5"/>
      <w:sz w:val="32"/>
      <w:szCs w:val="32"/>
      <w:rtl w:val="1"/>
      <w:lang w:val="ar-SA" w:bidi="ar-SA"/>
    </w:rPr>
  </w:style>
  <w:style w:type="paragraph" w:styleId="TOCHeading">
    <w:name w:val="TOC Heading"/>
    <w:basedOn w:val="Heading1"/>
    <w:next w:val="Normal"/>
    <w:uiPriority w:val="39"/>
    <w:semiHidden/>
    <w:unhideWhenUsed/>
    <w:qFormat/>
    <w:rsid w:val="00FC693F"/>
    <w:pPr>
      <w:keepNext w:val="1"/>
      <w:bidi w:val="1"/>
      <w:jc w:val="right"/>
      <w:outlineLvl w:val="9"/>
    </w:pPr>
    <w:rPr>
      <w:rFonts w:ascii="Arial" w:hAnsi="Arial" w:eastAsia="Arial" w:cs="Arial"/>
      <w:b w:val="1"/>
      <w:bCs w:val="1"/>
      <w:sz w:val="36"/>
      <w:szCs w:val="36"/>
      <w:rtl w:val="1"/>
      <w:lang w:val="ar-SA" w:bidi="ar-SA"/>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