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035</w:t>
      </w:r>
    </w:p>
    <w:p>
      <w:pPr>
        <w:pStyle w:val="Heading2"/>
        <w:bidi w:val="1"/>
        <w:spacing w:after="140" w:line="300" w:lineRule="auto"/>
        <w:jc w:val="right"/>
      </w:pPr>
      <w:r>
        <w:rPr>
          <w:rFonts w:ascii="Arial" w:hAnsi="Arial" w:cs="Arial"/>
          <w:b w:val="1"/>
          <w:bCs w:val="1"/>
          <w:color w:val="1756A9"/>
          <w:sz w:val="36"/>
          <w:szCs w:val="36"/>
          <w:rtl w:val="1"/>
          <w:lang w:val="ar-SA" w:bidi="ar-SA"/>
        </w:rPr>
        <w:t>تحويل المتصلة إلى منفصلة وتطبيقاته</w:t>
      </w:r>
    </w:p>
    <w:p>
      <w:pPr>
        <w:bidi w:val="1"/>
        <w:spacing w:after="140" w:line="300" w:lineRule="auto"/>
        <w:jc w:val="both"/>
      </w:pPr>
      <w:r>
        <w:rPr>
          <w:rFonts w:ascii="Arial" w:hAnsi="Arial" w:cs="Arial"/>
          <w:b w:val="0"/>
          <w:bCs w:val="0"/>
          <w:sz w:val="32"/>
          <w:szCs w:val="32"/>
          <w:rtl w:val="1"/>
          <w:lang w:val="ar-SA" w:bidi="ar-SA"/>
        </w:rPr>
        <w:t>لا بأس لعله لم يتضح المطلب لبعض الإخوان فنعيد هذا المطلب بشكل سريع، وهو مطلب تحويل المتصلة إلى منفصلة. تحويل المتصلة إلى منفصلة، قلنا الأولى: كيف نحول مانعة الجمع إلى متصلة؟ هذه واضحة قرأناها. الثانية وهي تحويل مانعة الخلو إلى متصلة. مانعة الخلو وجدتها شيخ؟ سيد. مانعة الخلو، تحويل المتصلة إلى منفصلة قبل التأليف من المنفصلات. الثانية مانعة الخلو وجدتها سيد؟ مانعة الخلو.</w:t>
      </w:r>
    </w:p>
    <w:p>
      <w:pPr>
        <w:bidi w:val="1"/>
        <w:spacing w:after="140" w:line="300" w:lineRule="auto"/>
        <w:jc w:val="both"/>
      </w:pPr>
      <w:r>
        <w:rPr>
          <w:rFonts w:ascii="Arial" w:hAnsi="Arial" w:cs="Arial"/>
          <w:b w:val="0"/>
          <w:bCs w:val="0"/>
          <w:sz w:val="32"/>
          <w:szCs w:val="32"/>
          <w:rtl w:val="1"/>
          <w:lang w:val="ar-SA" w:bidi="ar-SA"/>
        </w:rPr>
        <w:t>الكلام إذاً في تحويل المنفصلة، في تحويل المتصلة إلى منفصلة. اكتبوا هذا المثال حتى يتضح هذا العبارة لأنها غامضة، يعني لأنها غامضة أحياناً تكون على بعض الطلبة. المثال هو نريد قضية متصلة نحولها إلى قضية منفصلة. المتصلة مثلاً نقول هكذا: كلما كان الجسم أبيضاً فهو غير أسود. كلما كان الجسم أبيضاً فهو غير أسود. هذه متصلة. نريد أن نحولها إلى مانعة خلو. ما هي القاعدة؟ المقدم مقدم مانعة الخلو نجعله نقيض مقدم المتصلة، والتالي في مانعة الخلو يكون عين تال المتصلة، يعني ماذا سوف تكون؟ سوف تكون: الجسم إما غير أبيض أو غير أسود. الجسم إما غير أبيض أو غير أسود. مانعة خلو موجبة غير الأبيض وغير الأسود.</w:t>
      </w:r>
    </w:p>
    <w:p>
      <w:pPr>
        <w:bidi w:val="1"/>
        <w:spacing w:after="140" w:line="300" w:lineRule="auto"/>
        <w:jc w:val="both"/>
      </w:pPr>
      <w:r>
        <w:rPr>
          <w:rFonts w:ascii="Arial" w:hAnsi="Arial" w:cs="Arial"/>
          <w:b w:val="0"/>
          <w:bCs w:val="0"/>
          <w:sz w:val="32"/>
          <w:szCs w:val="32"/>
          <w:rtl w:val="1"/>
          <w:lang w:val="ar-SA" w:bidi="ar-SA"/>
        </w:rPr>
        <w:t>يستحيل ارتفاعهما، لكنه يمكن اجتماعهما. إذن لاحظ غير أبيض وغير أسود. ما هو التالي في مانعة الخلو؟ غير أسود. ما هو نقيضه؟ أسود. نقيض غير الأسود أسود. الآن نقرأ والتفت للعبارة فهي سلسة إذا قرأتها بتأمل مع الأمثال.</w:t>
      </w:r>
    </w:p>
    <w:p>
      <w:pPr>
        <w:bidi w:val="1"/>
        <w:spacing w:after="140" w:line="300" w:lineRule="auto"/>
        <w:jc w:val="both"/>
      </w:pPr>
      <w:r>
        <w:rPr>
          <w:rFonts w:ascii="Arial" w:hAnsi="Arial" w:cs="Arial"/>
          <w:b w:val="0"/>
          <w:bCs w:val="0"/>
          <w:sz w:val="32"/>
          <w:szCs w:val="32"/>
          <w:rtl w:val="1"/>
          <w:lang w:val="ar-SA" w:bidi="ar-SA"/>
        </w:rPr>
        <w:t>قال: مانعة الخلو تتألف من نقيض المقدم. لاحظ المقدم في المتصلة أبيض، في المنفصلة غير أبيض، وعين التالي، التالي في المتصلة غير أسود، في المنفصلة غير أسود عينه. بعكس الأولى، الأولى أي مانعة الجمع، فإن الأولى عين المقدم نقيض التالي في مانعة الجمع. لماذا؟ قال لأن المقدم، ما هو المقدم؟</w:t>
      </w:r>
    </w:p>
    <w:p>
      <w:pPr>
        <w:bidi w:val="1"/>
        <w:spacing w:after="140" w:line="300" w:lineRule="auto"/>
        <w:jc w:val="both"/>
      </w:pPr>
      <w:r>
        <w:rPr>
          <w:rFonts w:ascii="Arial" w:hAnsi="Arial" w:cs="Arial"/>
          <w:b w:val="0"/>
          <w:bCs w:val="0"/>
          <w:sz w:val="32"/>
          <w:szCs w:val="32"/>
          <w:rtl w:val="1"/>
          <w:lang w:val="ar-SA" w:bidi="ar-SA"/>
        </w:rPr>
        <w:t>يا سيدنا مواجهة حصل الصفحة مواجهة حصل الصفحة سيدنا في التأليف رأيت التأليف من المنفصلات بس أنس التأليف من المنفصلات وشروطه شفته قبل المطلب اللي قبله تحويل المتصلة إلى منفصلة مكتوب الأولى مانعة الجان رأيت الأولى مانعة الجان الثانية أنا تكلمت الثانية مانعة الخلو، رايك؟ قال لأن المقدم، ما هو المقدم؟ شيخ مسلم، ما هو المقدم؟ غير أبيض، غير أبيض، غير الأبيض لما كان لا يجتمع مع نقيض التالي، مو مع التالي، مع نقيض التالي، ما هو التالي؟ التالي هو غير أسود. التالي غير أسود، نقيضه أسود، يعني نقيض التالي هو.</w:t>
      </w:r>
    </w:p>
    <w:p>
      <w:pPr>
        <w:bidi w:val="1"/>
        <w:spacing w:after="140" w:line="300" w:lineRule="auto"/>
        <w:jc w:val="both"/>
      </w:pPr>
      <w:r>
        <w:rPr>
          <w:rFonts w:ascii="Arial" w:hAnsi="Arial" w:cs="Arial"/>
          <w:b w:val="0"/>
          <w:bCs w:val="0"/>
          <w:sz w:val="32"/>
          <w:szCs w:val="32"/>
          <w:rtl w:val="1"/>
          <w:lang w:val="ar-SA" w:bidi="ar-SA"/>
        </w:rPr>
        <w:t>تكون العبارة هكذا، لأن المقدم وهو غير الأبيض، لما كان لا يجتمع مع نقيض التالي وهو الأسود، غير الأبيض لا يجتمع مع الأسود. غير الأبيض لا يجتمع مع الأسود. ليش؟ ليش يجتمع مع الأسود؟ لأن غير الأبيض الأحمر. لا، الأسود والأسود لابد، الاجتماع فرع الاثنينية. الاجتماع فرع الاثنينية.</w:t>
      </w:r>
    </w:p>
    <w:p>
      <w:pPr>
        <w:bidi w:val="1"/>
        <w:spacing w:after="140" w:line="300" w:lineRule="auto"/>
        <w:jc w:val="both"/>
      </w:pPr>
      <w:r>
        <w:rPr>
          <w:rFonts w:ascii="Arial" w:hAnsi="Arial" w:cs="Arial"/>
          <w:b w:val="0"/>
          <w:bCs w:val="0"/>
          <w:sz w:val="32"/>
          <w:szCs w:val="32"/>
          <w:rtl w:val="1"/>
          <w:lang w:val="ar-SA" w:bidi="ar-SA"/>
        </w:rPr>
        <w:t>يعني أسود أبيض، يعني غير الأبيض ما هو؟ الأحمر الأخضر، الأحمر والأخضر ما يجتمع مع الأسود. حتى الأسود يكون غير الأبيض. إي لكن أسود وأسود. لابد تفرض طرفين متغايرين حتى يقول اجتمعا أو لم يجتمعا، مو الشيء ونفسه. غير الأبيض لما كان لا يجتمع مع الأسود، فلا...</w:t>
      </w:r>
    </w:p>
    <w:p>
      <w:pPr>
        <w:bidi w:val="1"/>
        <w:spacing w:after="140" w:line="300" w:lineRule="auto"/>
        <w:jc w:val="both"/>
      </w:pPr>
      <w:r>
        <w:rPr>
          <w:rFonts w:ascii="Arial" w:hAnsi="Arial" w:cs="Arial"/>
          <w:b w:val="0"/>
          <w:bCs w:val="0"/>
          <w:sz w:val="32"/>
          <w:szCs w:val="32"/>
          <w:rtl w:val="1"/>
          <w:lang w:val="ar-SA" w:bidi="ar-SA"/>
        </w:rPr>
        <w:t>فلا يخلو الأمر من نقيض المقدم، المقدم ما هو؟ غير أبيض. نقيضه يكون أبيض. فلا يخلو الأمر من نقيض المقدم وهو أبيض. وعين التالي، ما هو عين التالي؟ غير أسود. غير أسود. لماذا لا يخلو؟ يقول وإلا لو خلا منهما. ما معنى خلا منهما؟ أي بير... يرتفعا معاً، يعني يرتفع الأبيض ويرتفع ماذا؟ غير الأسود. إذا ارتفع الأبيض ماذا الذي سوف يتحقق؟ غير الأبيض. إذا ارتفع الأبيض يتحقق غير الأبيض، وإذا ارتفع غير الأسود يتحقق الأسود، معناه اجتمع غير الأبيض مع الأسود. وقلنا يستحيل أن يجتمع...</w:t>
      </w:r>
    </w:p>
    <w:p>
      <w:pPr>
        <w:bidi w:val="1"/>
        <w:spacing w:after="140" w:line="300" w:lineRule="auto"/>
        <w:jc w:val="both"/>
      </w:pPr>
      <w:r>
        <w:rPr>
          <w:rFonts w:ascii="Arial" w:hAnsi="Arial" w:cs="Arial"/>
          <w:b w:val="0"/>
          <w:bCs w:val="0"/>
          <w:sz w:val="32"/>
          <w:szCs w:val="32"/>
          <w:rtl w:val="1"/>
          <w:lang w:val="ar-SA" w:bidi="ar-SA"/>
        </w:rPr>
        <w:t>غير الأبيض مع الأسود، كما قرأنا في العبارة القبلية. وإلا لو خلا منهما بأن يرتفعا معاً. فمعناه، بين قوسين نرجع لها بعدين. فمعناه أنه جاز اجتماع المقدم لأنه بارتفاع الأبيض، تحقق غير الأبيض وهو المقدم. المقدم هو غير أبيض. ونقيض التالي وبارتفاع غير الأسود. ما الذي...</w:t>
      </w:r>
    </w:p>
    <w:p>
      <w:pPr>
        <w:bidi w:val="1"/>
        <w:spacing w:after="140" w:line="300" w:lineRule="auto"/>
        <w:jc w:val="both"/>
      </w:pPr>
      <w:r>
        <w:rPr>
          <w:rFonts w:ascii="Arial" w:hAnsi="Arial" w:cs="Arial"/>
          <w:b w:val="0"/>
          <w:bCs w:val="0"/>
          <w:sz w:val="32"/>
          <w:szCs w:val="32"/>
          <w:rtl w:val="1"/>
          <w:lang w:val="ar-SA" w:bidi="ar-SA"/>
        </w:rPr>
        <w:t>الأسود الذي هو نقيض التالي لأن التالي غير أسود وهذا خلف، خلف ماذا؟ خلف أن المقدم لا يجتمع مع نقيض التالي، أن المقدم لا يجتمع مع نقيض التالي أي أن الأبيض أي أن غير الأبيض لا يجتمع مع الأسود، أساساً واضح ولأنه قال بين قوسين...</w:t>
      </w:r>
    </w:p>
    <w:p>
      <w:pPr>
        <w:bidi w:val="1"/>
        <w:spacing w:after="140" w:line="300" w:lineRule="auto"/>
        <w:jc w:val="both"/>
      </w:pPr>
      <w:r>
        <w:rPr>
          <w:rFonts w:ascii="Arial" w:hAnsi="Arial" w:cs="Arial"/>
          <w:b w:val="0"/>
          <w:bCs w:val="0"/>
          <w:sz w:val="32"/>
          <w:szCs w:val="32"/>
          <w:rtl w:val="1"/>
          <w:lang w:val="ar-SA" w:bidi="ar-SA"/>
        </w:rPr>
        <w:t>ارتفاع نقيض المقدم، ارتفاع نقيض المقدم أي ارتفاع الـ، نقيض المقدم ما هو؟ الأبيض، ارتفاع الأبيض بالمقدم أي بغير الـ الأبيض، يرتفع الأبيض بغير الأبيض، وارتفاع التالي، ما هو التالي؟ غير أسود، بنقيضه، وما هو نقيض غير الأسود؟ الأسود.</w:t>
      </w:r>
    </w:p>
    <w:p>
      <w:pPr>
        <w:bidi w:val="1"/>
        <w:spacing w:after="140" w:line="300" w:lineRule="auto"/>
        <w:jc w:val="both"/>
      </w:pPr>
      <w:r>
        <w:rPr>
          <w:rFonts w:ascii="Arial" w:hAnsi="Arial" w:cs="Arial"/>
          <w:b w:val="0"/>
          <w:bCs w:val="0"/>
          <w:sz w:val="32"/>
          <w:szCs w:val="32"/>
          <w:rtl w:val="1"/>
          <w:lang w:val="ar-SA" w:bidi="ar-SA"/>
        </w:rPr>
        <w:t>ففي المثال المتقدم لابد أن تصدق إلى آخره. التأليف اتضحت الآن. هو هذه صياغته مفهومة شيخنا. التأليف من المنفصلات وشروطه تقدم وتقدم طريقة أخذ النتيجة. نحن طرحنا مثالاً على قياس اقتراني شرطي مؤلف من حقيقيتين ومؤلف من مانعتي جمع. بقي مثال من...</w:t>
      </w:r>
    </w:p>
    <w:p>
      <w:pPr>
        <w:bidi w:val="1"/>
        <w:spacing w:after="140" w:line="300" w:lineRule="auto"/>
        <w:jc w:val="both"/>
      </w:pPr>
      <w:r>
        <w:rPr>
          <w:rFonts w:ascii="Arial" w:hAnsi="Arial" w:cs="Arial"/>
          <w:b w:val="0"/>
          <w:bCs w:val="0"/>
          <w:sz w:val="32"/>
          <w:szCs w:val="32"/>
          <w:rtl w:val="1"/>
          <w:lang w:val="ar-SA" w:bidi="ar-SA"/>
        </w:rPr>
        <w:t>من مانعة جمع ومانعة خلو ومن مانعتي خلو. من مانعة جمع ومن مانعة خلو المثال التالي ولاجل التمرين نختبر بعض الامثله. لو أن حاكماً جيء له بمتهم في قتل وعلى ثوبه بقعة حمراء. ادعى المتهم أنها حبر، فأول شيء يصنعه الحاكم لأجل التوصل إلى إبطال دعوى المتهم أو تأييده أن يقول: لاحظ...</w:t>
      </w:r>
    </w:p>
    <w:p>
      <w:pPr>
        <w:bidi w:val="1"/>
        <w:spacing w:after="140" w:line="300" w:lineRule="auto"/>
        <w:jc w:val="both"/>
      </w:pPr>
      <w:r>
        <w:rPr>
          <w:rFonts w:ascii="Arial" w:hAnsi="Arial" w:cs="Arial"/>
          <w:b w:val="0"/>
          <w:bCs w:val="0"/>
          <w:sz w:val="32"/>
          <w:szCs w:val="32"/>
          <w:rtl w:val="1"/>
          <w:lang w:val="ar-SA" w:bidi="ar-SA"/>
        </w:rPr>
        <w:t>هذه البقعة إما دم أو حبر، هذه مانعة جامع. يستحيل مانعة الجمع. يستحيل اجتماعهما الدم والحبر على موضع واحد، لكنه يمكن ارتفاع الدم والحبر، كأن يكون عليه بقعة ماء مثلاً، لا هي دم ولا هي حبر. وهي إما دم أو...</w:t>
      </w:r>
    </w:p>
    <w:p>
      <w:pPr>
        <w:bidi w:val="1"/>
        <w:spacing w:after="140" w:line="300" w:lineRule="auto"/>
        <w:jc w:val="both"/>
      </w:pPr>
      <w:r>
        <w:rPr>
          <w:rFonts w:ascii="Arial" w:hAnsi="Arial" w:cs="Arial"/>
          <w:b w:val="0"/>
          <w:bCs w:val="0"/>
          <w:sz w:val="32"/>
          <w:szCs w:val="32"/>
          <w:rtl w:val="1"/>
          <w:lang w:val="ar-SA" w:bidi="ar-SA"/>
        </w:rPr>
        <w:t>لا تزول بالغسل. هذه مانعة خلو. الطريقة ما هي؟ نحول مانعة الجمع إلى متصلتين ومانعة الخلو إلى متصلتين. كيف نحول مانعة الجمع إلى متصلتين؟ قلنا بأن نجعل المقدم هو عين أحد الطرفين والتالي نقيض الطرف الآخر. مانعة الخلو على العكس. مقدمها نقيض أحد الطرفين وتاليها عين الطرف الآخر.</w:t>
      </w:r>
    </w:p>
    <w:p>
      <w:pPr>
        <w:bidi w:val="1"/>
        <w:spacing w:after="140" w:line="300" w:lineRule="auto"/>
        <w:jc w:val="both"/>
      </w:pPr>
      <w:r>
        <w:rPr>
          <w:rFonts w:ascii="Arial" w:hAnsi="Arial" w:cs="Arial"/>
          <w:b w:val="0"/>
          <w:bCs w:val="0"/>
          <w:sz w:val="32"/>
          <w:szCs w:val="32"/>
          <w:rtl w:val="1"/>
          <w:lang w:val="ar-SA" w:bidi="ar-SA"/>
        </w:rPr>
        <w:t>فتحول مانعة الجمع إلى المتصلتين. نقول كلما كانت البقعة دما، لاحظ أخذ عين المقدم. فهي ليست بحبر. وأخذ نقيض التالي. وكلما كانت حبرا، حبرا أخذ عين التالي. فهي ليست بدم ونقيض المقدم. وتحول...</w:t>
      </w:r>
    </w:p>
    <w:p>
      <w:pPr>
        <w:bidi w:val="1"/>
        <w:spacing w:after="140" w:line="300" w:lineRule="auto"/>
        <w:jc w:val="both"/>
      </w:pPr>
      <w:r>
        <w:rPr>
          <w:rFonts w:ascii="Arial" w:hAnsi="Arial" w:cs="Arial"/>
          <w:b w:val="0"/>
          <w:bCs w:val="0"/>
          <w:sz w:val="32"/>
          <w:szCs w:val="32"/>
          <w:rtl w:val="1"/>
          <w:lang w:val="ar-SA" w:bidi="ar-SA"/>
        </w:rPr>
        <w:t>كلما لم تكن البقعة دماً، هنا أخذ نقيض المقدم، فلا تزول بالغسل، وأخذ عين التالي. وكلما زالت البقعة بالغسل، هنا أخذ نقيض التالي، فهي دم عين المقدم. الآن نقوم بعملية المقارنة.</w:t>
      </w:r>
    </w:p>
    <w:p>
      <w:pPr>
        <w:bidi w:val="1"/>
        <w:spacing w:after="140" w:line="300" w:lineRule="auto"/>
        <w:jc w:val="both"/>
      </w:pPr>
      <w:r>
        <w:rPr>
          <w:rFonts w:ascii="Arial" w:hAnsi="Arial" w:cs="Arial"/>
          <w:b w:val="0"/>
          <w:bCs w:val="0"/>
          <w:sz w:val="32"/>
          <w:szCs w:val="32"/>
          <w:rtl w:val="1"/>
          <w:lang w:val="ar-SA" w:bidi="ar-SA"/>
        </w:rPr>
        <w:t>نقارن الصورة الأولى مع الثالثة والرابعة، والصورة الثانية مع الثالثة والرابعة. كلها صحيحة، سيتأملوا في المثال، ما أريد ناقش في الأمثلة تطول. كل الأمثلة صحيحة، أنا راجعتها بدقة. وبمقارنة المتصلتين، لأنه افرض أن الحبر لا يزول بالغسل، مع هذا الفرض. كما قلنا، الحبر لا يزول بالدم. نعم. كيف الدم؟ وبمقارنة...</w:t>
      </w:r>
    </w:p>
    <w:p>
      <w:pPr>
        <w:bidi w:val="1"/>
        <w:spacing w:after="140" w:line="300" w:lineRule="auto"/>
        <w:jc w:val="both"/>
      </w:pPr>
      <w:r>
        <w:rPr>
          <w:rFonts w:ascii="Arial" w:hAnsi="Arial" w:cs="Arial"/>
          <w:b w:val="0"/>
          <w:bCs w:val="0"/>
          <w:sz w:val="32"/>
          <w:szCs w:val="32"/>
          <w:rtl w:val="1"/>
          <w:lang w:val="ar-SA" w:bidi="ar-SA"/>
        </w:rPr>
        <w:t>متصلتين، خذ إذا ما صلح هذا المثال في ذهنك، خذ تستطيع أن تضع مثالاً لمانع الجمع ومانع الخدوع. وبمقارنة المتصلتين الأولى والثانية بالمتصلتين الثالثة والرابعة تحدث أربع صور. وهي الأولى، الأولى والثالثة، الأولى والرابعة، الثانية والثالثة، الثانية والرابعة. اثنتان منهما لا يتكرر...</w:t>
      </w:r>
    </w:p>
    <w:p>
      <w:pPr>
        <w:bidi w:val="1"/>
        <w:spacing w:after="140" w:line="300" w:lineRule="auto"/>
        <w:jc w:val="both"/>
      </w:pPr>
      <w:r>
        <w:rPr>
          <w:rFonts w:ascii="Arial" w:hAnsi="Arial" w:cs="Arial"/>
          <w:b w:val="0"/>
          <w:bCs w:val="0"/>
          <w:sz w:val="32"/>
          <w:szCs w:val="32"/>
          <w:rtl w:val="1"/>
          <w:lang w:val="ar-SA" w:bidi="ar-SA"/>
        </w:rPr>
        <w:t>فيهما حد أوسط، يعني لا تستطيع أن تؤلف بينهما قياس، منهما قياس. وهما المؤلفتان من مقارنة الأولى مع ثالثة. لاحظ الأولى مع الثالثة، لا يوجد هناك حد أوسط متكرر بينهما. ومن رقم ومن ومن مقارنة الثانية مع الرابعة، لا يوجد حد أوسط متكرر. أما المؤلفة من الأولى والرابعة...</w:t>
      </w:r>
    </w:p>
    <w:p>
      <w:pPr>
        <w:bidi w:val="1"/>
        <w:spacing w:after="140" w:line="300" w:lineRule="auto"/>
        <w:jc w:val="both"/>
      </w:pPr>
      <w:r>
        <w:rPr>
          <w:rFonts w:ascii="Arial" w:hAnsi="Arial" w:cs="Arial"/>
          <w:b w:val="0"/>
          <w:bCs w:val="0"/>
          <w:sz w:val="32"/>
          <w:szCs w:val="32"/>
          <w:rtl w:val="1"/>
          <w:lang w:val="ar-SA" w:bidi="ar-SA"/>
        </w:rPr>
        <w:t>لاحظ الأولى والرابعة فهي من الشكل الأول. متى؟ إذا جعلناها صغرى، أما إذا جعلناها كبرى يكون من الشكل الرابع. فينتج ما يلي. لاحظ معي، الرابعة ما هي؟ كلما زالت البقعة بالغسل فهي دم. والأولى ما هي؟ كلما كانت البقعة دما فهي ليست بحبر. أين الحد الأول؟</w:t>
      </w:r>
    </w:p>
    <w:p>
      <w:pPr>
        <w:bidi w:val="1"/>
        <w:spacing w:after="140" w:line="300" w:lineRule="auto"/>
        <w:jc w:val="both"/>
      </w:pPr>
      <w:r>
        <w:rPr>
          <w:rFonts w:ascii="Arial" w:hAnsi="Arial" w:cs="Arial"/>
          <w:b w:val="0"/>
          <w:bCs w:val="0"/>
          <w:sz w:val="32"/>
          <w:szCs w:val="32"/>
          <w:rtl w:val="1"/>
          <w:lang w:val="ar-SA" w:bidi="ar-SA"/>
        </w:rPr>
        <w:t>كلمة دم وقع تالي في الصغرى ومقدم في الكبرى ينتج كلما كانت البقعة تزول بالغسل فليست بحبر. استنتجنا هذه النتيجة بإمكاننا أن نحول أن نحول المتصل إلى منفصلتين ويمكن تحويلها...</w:t>
      </w:r>
    </w:p>
    <w:p>
      <w:pPr>
        <w:bidi w:val="1"/>
        <w:spacing w:after="140" w:line="300" w:lineRule="auto"/>
        <w:jc w:val="both"/>
      </w:pPr>
      <w:r>
        <w:rPr>
          <w:rFonts w:ascii="Arial" w:hAnsi="Arial" w:cs="Arial"/>
          <w:b w:val="0"/>
          <w:bCs w:val="0"/>
          <w:sz w:val="32"/>
          <w:szCs w:val="32"/>
          <w:rtl w:val="1"/>
          <w:lang w:val="ar-SA" w:bidi="ar-SA"/>
        </w:rPr>
        <w:t>هذه النتيجة المتصلة إلى منفصلتين. طبعا قلنا المتصلة تحول إلى مانعة الجمع بأن يكون المقدم بأن يكون المقدم هو عين أحد الطرفين والتالي نقيض الطرف الآخر. قال إما أن تزول البقعة بالغسل، لاحظوا هنا عين المقدم. وإما أن تكون حبران، هنا نقيضك...</w:t>
      </w:r>
    </w:p>
    <w:p>
      <w:pPr>
        <w:bidi w:val="1"/>
        <w:spacing w:after="140" w:line="300" w:lineRule="auto"/>
        <w:jc w:val="both"/>
      </w:pPr>
      <w:r>
        <w:rPr>
          <w:rFonts w:ascii="Arial" w:hAnsi="Arial" w:cs="Arial"/>
          <w:b w:val="0"/>
          <w:bCs w:val="0"/>
          <w:sz w:val="32"/>
          <w:szCs w:val="32"/>
          <w:rtl w:val="1"/>
          <w:lang w:val="ar-SA" w:bidi="ar-SA"/>
        </w:rPr>
        <w:t>التالي ليست حبر هنا تكون حبرا. مانعة الخلو على العكس كما قرأناها قبل قليل. نقول إما أن لا تزول بالغسل. نأخذ نقيض المقدم وعين التالي أو ليست بحبر. وأما المؤلفة من الثانية والثالثة فهي من الشكل الأول أيضا. ينتج ما يلي. لاحظ الثانية والثالثة. الثانية هي كلما كانت حبرا فهي ليست بحبر.</w:t>
      </w:r>
    </w:p>
    <w:p>
      <w:pPr>
        <w:bidi w:val="1"/>
        <w:spacing w:after="140" w:line="300" w:lineRule="auto"/>
        <w:jc w:val="both"/>
      </w:pPr>
      <w:r>
        <w:rPr>
          <w:rFonts w:ascii="Arial" w:hAnsi="Arial" w:cs="Arial"/>
          <w:b w:val="0"/>
          <w:bCs w:val="0"/>
          <w:sz w:val="32"/>
          <w:szCs w:val="32"/>
          <w:rtl w:val="1"/>
          <w:lang w:val="ar-SA" w:bidi="ar-SA"/>
        </w:rPr>
        <w:t>وكلما لم تكن البقعة دما فلا تزول بالغسل. الصغرى ما هي الثانية والكبرى هي الثالثة. ينتج كلما كانت البقعة حبرا فلا تزول بالغسل. لأنهم الظاهر ما عندهم مواد كيمياوية سابقا لإزالة الحبر. الآن تزول. ويمكن تحويل ويل إلا أن يراد بالغسل بدون إضافة...</w:t>
      </w:r>
    </w:p>
    <w:p>
      <w:pPr>
        <w:bidi w:val="1"/>
        <w:spacing w:after="140" w:line="300" w:lineRule="auto"/>
        <w:jc w:val="both"/>
      </w:pPr>
      <w:r>
        <w:rPr>
          <w:rFonts w:ascii="Arial" w:hAnsi="Arial" w:cs="Arial"/>
          <w:b w:val="0"/>
          <w:bCs w:val="0"/>
          <w:sz w:val="32"/>
          <w:szCs w:val="32"/>
          <w:rtl w:val="1"/>
          <w:lang w:val="ar-SA" w:bidi="ar-SA"/>
        </w:rPr>
        <w:t>مواد كيمياويه. ويمكن تحويل هذه النتيجه الى منفصلتين، اما ان تكون البقعه حبرا واما ان تزول بالغاسل واما ان لا تكون حبرا او لا تزول بالغسل. ولاحظ ان هاتين المنفصلتين عين المنفصلتين للنتيجه الاولى، وليس الفرق الا بتبديل الطرفين التالي والمقدم، وليس هذا ما يوجب الفرق في المنفصله، اذ لا تقدم طبيعي بين جزئيها كما تقدم مرارا، سواء...</w:t>
      </w:r>
    </w:p>
    <w:p>
      <w:pPr>
        <w:bidi w:val="1"/>
        <w:spacing w:after="140" w:line="300" w:lineRule="auto"/>
        <w:jc w:val="both"/>
      </w:pPr>
      <w:r>
        <w:rPr>
          <w:rFonts w:ascii="Arial" w:hAnsi="Arial" w:cs="Arial"/>
          <w:b w:val="0"/>
          <w:bCs w:val="0"/>
          <w:sz w:val="32"/>
          <w:szCs w:val="32"/>
          <w:rtl w:val="1"/>
          <w:lang w:val="ar-SA" w:bidi="ar-SA"/>
        </w:rPr>
        <w:t>قلت العدد إما زوج أو فرد أو العدد إما فرد أو زوج الكلام هو الكلام. بقي فقط مثال واحد وهو قياس مؤلف من مانعتي خلو لم يأتي به الشيخ المضفر. نحن أتينا وكتبناه على اللوح وهو أن نقول الجسم إما غير أبيض أو غير أسود هذه مانعة خلو هذا شيخنا.</w:t>
      </w:r>
    </w:p>
    <w:p>
      <w:pPr>
        <w:bidi w:val="1"/>
        <w:spacing w:after="140" w:line="300" w:lineRule="auto"/>
        <w:jc w:val="both"/>
      </w:pPr>
      <w:r>
        <w:rPr>
          <w:rFonts w:ascii="Arial" w:hAnsi="Arial" w:cs="Arial"/>
          <w:b w:val="0"/>
          <w:bCs w:val="0"/>
          <w:sz w:val="32"/>
          <w:szCs w:val="32"/>
          <w:rtl w:val="1"/>
          <w:lang w:val="ar-SA" w:bidi="ar-SA"/>
        </w:rPr>
        <w:t>الجسم إما غير أبيض أو غير أسود مانعة خلو يستحيل ارتفاعهما يمكن اجتماعهما المنفصلة الثانية الجسم إما غير أسود أو غير أحمر مانعة خلو نحول مانعة الخلو الأولى إلى متصلتين كيف ما هي قاعدة تحويل...</w:t>
      </w:r>
    </w:p>
    <w:p>
      <w:pPr>
        <w:bidi w:val="1"/>
        <w:spacing w:after="140" w:line="300" w:lineRule="auto"/>
        <w:jc w:val="both"/>
      </w:pPr>
      <w:r>
        <w:rPr>
          <w:rFonts w:ascii="Arial" w:hAnsi="Arial" w:cs="Arial"/>
          <w:b w:val="0"/>
          <w:bCs w:val="0"/>
          <w:sz w:val="32"/>
          <w:szCs w:val="32"/>
          <w:rtl w:val="1"/>
          <w:lang w:val="ar-SA" w:bidi="ar-SA"/>
        </w:rPr>
        <w:t>نحول مانعة الخلو الأولى وهي الجسم إما غير أبيض أو غير أسود إلى متصلتين. نقول كلما إذا كان الجسم أبيض فهو غير أسود. هذه رقم واحد سجل عليها. وكلما إذا كان الجسم أسود...</w:t>
      </w:r>
    </w:p>
    <w:p>
      <w:pPr>
        <w:bidi w:val="1"/>
        <w:spacing w:after="140" w:line="300" w:lineRule="auto"/>
        <w:jc w:val="both"/>
      </w:pPr>
      <w:r>
        <w:rPr>
          <w:rFonts w:ascii="Arial" w:hAnsi="Arial" w:cs="Arial"/>
          <w:b w:val="0"/>
          <w:bCs w:val="0"/>
          <w:sz w:val="32"/>
          <w:szCs w:val="32"/>
          <w:rtl w:val="1"/>
          <w:lang w:val="ar-SA" w:bidi="ar-SA"/>
        </w:rPr>
        <w:t>هذه رقم اثنين. الآن نحول نحول مانعة الخلو الثانية إلى متصلتين. مانعة الخلو الثانية ما هي؟ الجسم إما غير أسود أو غير أحمر. نحولها إلى متصلتين. وهما كلما إذا كان الجسم أسود فهو غير أحمر، هذه سجل عليها رقم ثلاثة، وكلما إذا كان الجسم أحمر...</w:t>
      </w:r>
    </w:p>
    <w:p>
      <w:pPr>
        <w:bidi w:val="1"/>
        <w:spacing w:after="140" w:line="300" w:lineRule="auto"/>
        <w:jc w:val="both"/>
      </w:pPr>
      <w:r>
        <w:rPr>
          <w:rFonts w:ascii="Arial" w:hAnsi="Arial" w:cs="Arial"/>
          <w:b w:val="0"/>
          <w:bCs w:val="0"/>
          <w:sz w:val="32"/>
          <w:szCs w:val="32"/>
          <w:rtl w:val="1"/>
          <w:lang w:val="ar-SA" w:bidi="ar-SA"/>
        </w:rPr>
        <w:t>بالمقارنة كم صورة تكون عندنا؟ أربع صور. الأولى مع الثا الأولى مع الثالثة والأولى مع الرابعة والثانية مع الثالثة والثانية مع الرابعة. الأولى مع الثالثة لا يتألف قياس لعدم تكرر الحد الأوسط. لاحظ الأولى مع الثالثة. كلما كان الجسم أبيض فهو غير أسود. وكلما كان الجسم أسود...</w:t>
      </w:r>
    </w:p>
    <w:p>
      <w:pPr>
        <w:bidi w:val="1"/>
        <w:spacing w:after="140" w:line="300" w:lineRule="auto"/>
        <w:jc w:val="both"/>
      </w:pPr>
      <w:r>
        <w:rPr>
          <w:rFonts w:ascii="Arial" w:hAnsi="Arial" w:cs="Arial"/>
          <w:b w:val="0"/>
          <w:bCs w:val="0"/>
          <w:sz w:val="32"/>
          <w:szCs w:val="32"/>
          <w:rtl w:val="1"/>
          <w:lang w:val="ar-SA" w:bidi="ar-SA"/>
        </w:rPr>
        <w:t>فهو غير أحمر، لا يوجد حد أوسط بينهما. أما الأولى مع الرابعة يتألف قياس من الشكل الثاني. لاحظ الأولى مع الرابعة، الأولى مع الرابعة. الأولى ما هي كلما كان الجسم أبيض فهو غير أسود. والرابعة كلما كان الجسم أحمر فهو غير أسود. نجد أن الحد الأوسط هو غير أسود وقد وقع محمولا في...</w:t>
      </w:r>
    </w:p>
    <w:p>
      <w:pPr>
        <w:bidi w:val="1"/>
        <w:spacing w:after="140" w:line="300" w:lineRule="auto"/>
        <w:jc w:val="both"/>
      </w:pPr>
      <w:r>
        <w:rPr>
          <w:rFonts w:ascii="Arial" w:hAnsi="Arial" w:cs="Arial"/>
          <w:b w:val="0"/>
          <w:bCs w:val="0"/>
          <w:sz w:val="32"/>
          <w:szCs w:val="32"/>
          <w:rtl w:val="1"/>
          <w:lang w:val="ar-SA" w:bidi="ar-SA"/>
        </w:rPr>
        <w:t>مقدمتين وهذا هو قياس من الشكل لكنه غير منتج لاننا لاننا اشترطنا في الشكل الثاني الاختلاف في الكيف ولا يوجد اختلاف في الكيف. والثانية والثانية والرابعة، الصورة الثانية مع الرابعة. الثانية ما هي؟ كلما كان الجسم اسود فهو غير ابيض، والرابعة كلما كان الجسم احمر فهو...</w:t>
      </w:r>
    </w:p>
    <w:p>
      <w:pPr>
        <w:bidi w:val="1"/>
        <w:spacing w:after="140" w:line="300" w:lineRule="auto"/>
        <w:jc w:val="both"/>
      </w:pPr>
      <w:r>
        <w:rPr>
          <w:rFonts w:ascii="Arial" w:hAnsi="Arial" w:cs="Arial"/>
          <w:b w:val="0"/>
          <w:bCs w:val="0"/>
          <w:sz w:val="32"/>
          <w:szCs w:val="32"/>
          <w:rtl w:val="1"/>
          <w:lang w:val="ar-SA" w:bidi="ar-SA"/>
        </w:rPr>
        <w:t>نقول لا يتالف منهما قياس لعدم تكرر الحد الاوسط. لم تبقى الا الصورة الاخيرة وهي الثانية مع الثالثة. يتالف منهما قياس من الشكل ثالث. لاحظ الثانية مع الثالثة. الثانية كلما كان الجسم اسودا فهو غير ابيض والثالثة كلما كان الجسم اسودا فهو غير احمر. اين الحد المشترك؟</w:t>
      </w:r>
    </w:p>
    <w:p>
      <w:pPr>
        <w:bidi w:val="1"/>
        <w:spacing w:after="140" w:line="300" w:lineRule="auto"/>
        <w:jc w:val="both"/>
      </w:pPr>
      <w:r>
        <w:rPr>
          <w:rFonts w:ascii="Arial" w:hAnsi="Arial" w:cs="Arial"/>
          <w:b w:val="0"/>
          <w:bCs w:val="0"/>
          <w:sz w:val="32"/>
          <w:szCs w:val="32"/>
          <w:rtl w:val="1"/>
          <w:lang w:val="ar-SA" w:bidi="ar-SA"/>
        </w:rPr>
        <w:t>أسود وقد وقع موضوعا في المقدمتين، وقع مقدما في المقدمتين، وهذا هو الشكل الثالث. موجبتين كليتين ينتج موجبة جزئية، الشكل الثالث نتائجه دائما جزئية. ينتج لنا، قد يكون إذا كان الجسم غير أبيض فهو غير أحمر. قد يكون إذا كان...</w:t>
      </w:r>
    </w:p>
    <w:p>
      <w:pPr>
        <w:bidi w:val="1"/>
        <w:spacing w:after="140" w:line="300" w:lineRule="auto"/>
        <w:jc w:val="both"/>
      </w:pPr>
      <w:r>
        <w:rPr>
          <w:rFonts w:ascii="Arial" w:hAnsi="Arial" w:cs="Arial"/>
          <w:b w:val="0"/>
          <w:bCs w:val="0"/>
          <w:sz w:val="32"/>
          <w:szCs w:val="32"/>
          <w:rtl w:val="1"/>
          <w:lang w:val="ar-SA" w:bidi="ar-SA"/>
        </w:rPr>
        <w:t>إذا كان الجسم غير أبيض فهو غير أحمر، كما إذا كان أخضرا، إذا كان أخضر فهو غير أبيض وغير أحمر. بإمكانك أن تحول هذه المتصلة إلى مانعة خلو. تحول هذه المتصلة إلى مانعة خلو. طبعا تحول إلى مانعة خلو بالطريقة التي...</w:t>
      </w:r>
    </w:p>
    <w:p>
      <w:pPr>
        <w:bidi w:val="1"/>
        <w:spacing w:after="140" w:line="300" w:lineRule="auto"/>
        <w:jc w:val="both"/>
      </w:pPr>
      <w:r>
        <w:rPr>
          <w:rFonts w:ascii="Arial" w:hAnsi="Arial" w:cs="Arial"/>
          <w:b w:val="0"/>
          <w:bCs w:val="0"/>
          <w:sz w:val="32"/>
          <w:szCs w:val="32"/>
          <w:rtl w:val="1"/>
          <w:lang w:val="ar-SA" w:bidi="ar-SA"/>
        </w:rPr>
        <w:t>قراناها. هذا قياس مؤلف من منفصلتين بنحو مانعتي خلو. فضربنا لكم مثالا للحقيقيتين ولمانعتي الجمع ولمانعتي الخلو ولمانعت خلو ومانعت جمع. فاعتقد اننا طرحنا الامثله على مستوى جميع الاحتمالات والصور. وبه تم الكلام في القياس...</w:t>
      </w:r>
    </w:p>
    <w:p>
      <w:pPr>
        <w:bidi w:val="1"/>
        <w:spacing w:after="140" w:line="300" w:lineRule="auto"/>
        <w:jc w:val="both"/>
      </w:pPr>
      <w:r>
        <w:rPr>
          <w:rFonts w:ascii="Arial" w:hAnsi="Arial" w:cs="Arial"/>
          <w:b w:val="0"/>
          <w:bCs w:val="0"/>
          <w:sz w:val="32"/>
          <w:szCs w:val="32"/>
          <w:rtl w:val="1"/>
          <w:lang w:val="ar-SA" w:bidi="ar-SA"/>
        </w:rPr>
        <w:t>الاقتراني المؤلف من المنفصلات. نشرع في القسم الثالث، وعندنا اقسام خمسه، الان في الثالث. وهو القياس الاقتراني الشرطي الذي الف من متصله ومنفصله. ما ماذا نفعل في مثل هذا القياس؟ الطريقه سهله. المتصله تبقى على حالها بدون تغيير. اما المنفصله نحولها الى...</w:t>
      </w:r>
    </w:p>
    <w:p>
      <w:pPr>
        <w:bidi w:val="1"/>
        <w:spacing w:after="140" w:line="300" w:lineRule="auto"/>
        <w:jc w:val="both"/>
      </w:pPr>
      <w:r>
        <w:rPr>
          <w:rFonts w:ascii="Arial" w:hAnsi="Arial" w:cs="Arial"/>
          <w:b w:val="0"/>
          <w:bCs w:val="0"/>
          <w:sz w:val="32"/>
          <w:szCs w:val="32"/>
          <w:rtl w:val="1"/>
          <w:lang w:val="ar-SA" w:bidi="ar-SA"/>
        </w:rPr>
        <w:t>متصة، فيحدث أن نؤلف قياساً شرطياً مؤلفاً من متصلتين. بالمقارنة قد تكون النتيجة أكثر من واحدة، هو لا يضر. أصنافه وهذا النوع أيضاً ينقسم إلى الأقسام الثلاثة، ما هي الأقسام الثلاثة؟ وهو أن يكون الحد الأوسط جزءاً تاماً في المقدمتين، أو جزءاً ناقصاً في المقدمتين، أو جزءاً تاماً في إحدى المقدمتين.</w:t>
      </w:r>
    </w:p>
    <w:p>
      <w:pPr>
        <w:bidi w:val="1"/>
        <w:spacing w:after="140" w:line="300" w:lineRule="auto"/>
        <w:jc w:val="both"/>
      </w:pPr>
      <w:r>
        <w:rPr>
          <w:rFonts w:ascii="Arial" w:hAnsi="Arial" w:cs="Arial"/>
          <w:b w:val="0"/>
          <w:bCs w:val="0"/>
          <w:sz w:val="32"/>
          <w:szCs w:val="32"/>
          <w:rtl w:val="1"/>
          <w:lang w:val="ar-SA" w:bidi="ar-SA"/>
        </w:rPr>
        <w:t>جزءا غير تام في المقدمة الاخرى، ونحن حسب الفرض انما نبحث عن القسم الاول منه، وهو ما كان الحد المشترك والاوسط في جزء تام من المقدمتين، واصناف هذا القسم اربعه، لان المتصله، لاننا نحن نتكلم في القياس الذي مؤلف من متصله ومنفصله. والمتصله اما ان تفرض انها صغرى واما ان تفرض انها صغرى،</w:t>
      </w:r>
    </w:p>
    <w:p>
      <w:pPr>
        <w:bidi w:val="1"/>
        <w:spacing w:after="140" w:line="300" w:lineRule="auto"/>
        <w:jc w:val="both"/>
      </w:pPr>
      <w:r>
        <w:rPr>
          <w:rFonts w:ascii="Arial" w:hAnsi="Arial" w:cs="Arial"/>
          <w:b w:val="0"/>
          <w:bCs w:val="0"/>
          <w:sz w:val="32"/>
          <w:szCs w:val="32"/>
          <w:rtl w:val="1"/>
          <w:lang w:val="ar-SA" w:bidi="ar-SA"/>
        </w:rPr>
        <w:t>إذا فرضت أن المتصلة صغرى ما هي الكبرى؟ منفصلة، وإذا فرضت أن المتصلة كبرى الصغرى تكون منفصلة، لأن الكلام في القياس الذي إحدى مقدماته متصلة والأخرى منفصلة، وعلى التقديرين إما أن يكون الحد المشترك مقدمها مقدم المتصلة أو تال المتصلة...</w:t>
      </w:r>
    </w:p>
    <w:p>
      <w:pPr>
        <w:bidi w:val="1"/>
        <w:spacing w:after="140" w:line="300" w:lineRule="auto"/>
        <w:jc w:val="both"/>
      </w:pPr>
      <w:r>
        <w:rPr>
          <w:rFonts w:ascii="Arial" w:hAnsi="Arial" w:cs="Arial"/>
          <w:b w:val="0"/>
          <w:bCs w:val="0"/>
          <w:sz w:val="32"/>
          <w:szCs w:val="32"/>
          <w:rtl w:val="1"/>
          <w:lang w:val="ar-SA" w:bidi="ar-SA"/>
        </w:rPr>
        <w:t>فتكون أربع صور، الصورة الأولى أن يكون الحد المشترك، أن يكون الحد المشترك هو مقدم في المتصلة ومقدم في المنفصلة. نعم؟ متصلة كبرى.</w:t>
      </w:r>
    </w:p>
    <w:p>
      <w:pPr>
        <w:bidi w:val="1"/>
        <w:spacing w:after="140" w:line="300" w:lineRule="auto"/>
        <w:jc w:val="both"/>
      </w:pPr>
      <w:r>
        <w:rPr>
          <w:rFonts w:ascii="Arial" w:hAnsi="Arial" w:cs="Arial"/>
          <w:b w:val="0"/>
          <w:bCs w:val="0"/>
          <w:sz w:val="32"/>
          <w:szCs w:val="32"/>
          <w:rtl w:val="1"/>
          <w:lang w:val="ar-SA" w:bidi="ar-SA"/>
        </w:rPr>
        <w:t>وثالث المنفصلة والمنفصلة صغرى صغرى، فهذه أربع صور، يعني صغرى المتصلة مقدم أو صغرى المتصلة تالي أو كبرى المتصلة مقدم أو كبرى المتصلة تالي، هذه أربع صور. فهذه أربعة، أما أما المنفصلة فلا فرق فيها بين أن يكون الحد المشترك مقدمها أو تاليها إذ لم تياس بهذا المقدم.</w:t>
      </w:r>
    </w:p>
    <w:p>
      <w:pPr>
        <w:bidi w:val="1"/>
        <w:spacing w:after="140" w:line="300" w:lineRule="auto"/>
        <w:jc w:val="both"/>
      </w:pPr>
      <w:r>
        <w:rPr>
          <w:rFonts w:ascii="Arial" w:hAnsi="Arial" w:cs="Arial"/>
          <w:b w:val="0"/>
          <w:bCs w:val="0"/>
          <w:sz w:val="32"/>
          <w:szCs w:val="32"/>
          <w:rtl w:val="1"/>
          <w:lang w:val="ar-SA" w:bidi="ar-SA"/>
        </w:rPr>
        <w:t>بالطبع بين جزعيها سواء جعلت التالي مقدما او المقدم تاليا. شروطه وطريقه اخذ النتيجه. قلنا المنفصله نردها ونحولها الى متصله. هذا هو الشرط الاساسي، بعضهم اضاف شرطا اخر، سوف ياتي التعليق عليه. قال لا يلتئم الانتاج من المتصله والمنفصله الا برد برد اي بتحويل. بتحويل المنفصله...</w:t>
      </w:r>
    </w:p>
    <w:p>
      <w:pPr>
        <w:bidi w:val="1"/>
        <w:spacing w:after="140" w:line="300" w:lineRule="auto"/>
        <w:jc w:val="both"/>
      </w:pPr>
      <w:r>
        <w:rPr>
          <w:rFonts w:ascii="Arial" w:hAnsi="Arial" w:cs="Arial"/>
          <w:b w:val="0"/>
          <w:bCs w:val="0"/>
          <w:sz w:val="32"/>
          <w:szCs w:val="32"/>
          <w:rtl w:val="1"/>
          <w:lang w:val="ar-SA" w:bidi="ar-SA"/>
        </w:rPr>
        <w:t>إلى متصلة فيتألف القياس حينئذ من متصلتين، إذا ألف من متصلتين نطبق عليهم قواعد التأليف من المتصلتين، ننظر على أي شكل من الأشكال الأربعة ونطبق عليهما شروط الأشكال الأربعة، إذا ألف على الشكل الأول نطبق شروط الشكل الأول، إذا ألف على الشكل الثاني نطبق شروط الشكل الثالث...</w:t>
      </w:r>
    </w:p>
    <w:p>
      <w:pPr>
        <w:bidi w:val="1"/>
        <w:spacing w:after="140" w:line="300" w:lineRule="auto"/>
        <w:jc w:val="both"/>
      </w:pPr>
      <w:r>
        <w:rPr>
          <w:rFonts w:ascii="Arial" w:hAnsi="Arial" w:cs="Arial"/>
          <w:b w:val="0"/>
          <w:bCs w:val="0"/>
          <w:sz w:val="32"/>
          <w:szCs w:val="32"/>
          <w:rtl w:val="1"/>
          <w:lang w:val="ar-SA" w:bidi="ar-SA"/>
        </w:rPr>
        <w:t>فيرجع إلى النوع الأول وهو المؤلف من متصلتين في شروطه وإنتاجاته، وما هي شروطه؟ هو أن يشتمل على أحد الأشكال الأربعة ويكون حاويا لشروط ذلك الشكل، فإن أمكن فإن أمكن إرجاع المنفصلة إلى متصلة فإن أمكن بإرجاع المنفصلة إلى متصلة...</w:t>
      </w:r>
    </w:p>
    <w:p>
      <w:pPr>
        <w:bidi w:val="1"/>
        <w:spacing w:after="140" w:line="300" w:lineRule="auto"/>
        <w:jc w:val="both"/>
      </w:pPr>
      <w:r>
        <w:rPr>
          <w:rFonts w:ascii="Arial" w:hAnsi="Arial" w:cs="Arial"/>
          <w:b w:val="0"/>
          <w:bCs w:val="0"/>
          <w:sz w:val="32"/>
          <w:szCs w:val="32"/>
          <w:rtl w:val="1"/>
          <w:lang w:val="ar-SA" w:bidi="ar-SA"/>
        </w:rPr>
        <w:t>إلى المتصلة تأليف قياس منتج منتج من قياس منتج من أحد الأشكال الأربعة حاوياً على الشروط فذاك يعني فتمت فبها ونعمت وإلا كان عقيماً عقيماً يعني غير منتج وبعضهم اشترط وبعضهم أي بعض المناطق اشترط فيه فيه أي في المؤلف من المتصلة والمنفصلة...</w:t>
      </w:r>
    </w:p>
    <w:p>
      <w:pPr>
        <w:bidi w:val="1"/>
        <w:spacing w:after="140" w:line="300" w:lineRule="auto"/>
        <w:jc w:val="both"/>
      </w:pPr>
      <w:r>
        <w:rPr>
          <w:rFonts w:ascii="Arial" w:hAnsi="Arial" w:cs="Arial"/>
          <w:b w:val="0"/>
          <w:bCs w:val="0"/>
          <w:sz w:val="32"/>
          <w:szCs w:val="32"/>
          <w:rtl w:val="1"/>
          <w:lang w:val="ar-SA" w:bidi="ar-SA"/>
        </w:rPr>
        <w:t>ما هو الشرط؟ قال يجب ان لا تكون المنفصلة سالبة، وبعبارة أخرى يجب ان تكون المنفصلة منفصلة موجبة، لماذا لا تكون سالبة؟ الشيخ المضفر يقول: لا تكون سالبة لأنها لأن المنفصلة لو كانت سالبة، والمنفصلة السالبة قلنا تحول إلى متصلة سالبة جزئية.</w:t>
      </w:r>
    </w:p>
    <w:p>
      <w:pPr>
        <w:bidi w:val="1"/>
        <w:spacing w:after="140" w:line="300" w:lineRule="auto"/>
        <w:jc w:val="both"/>
      </w:pPr>
      <w:r>
        <w:rPr>
          <w:rFonts w:ascii="Arial" w:hAnsi="Arial" w:cs="Arial"/>
          <w:b w:val="0"/>
          <w:bCs w:val="0"/>
          <w:sz w:val="32"/>
          <w:szCs w:val="32"/>
          <w:rtl w:val="1"/>
          <w:lang w:val="ar-SA" w:bidi="ar-SA"/>
        </w:rPr>
        <w:t>دائما المنفصلة إذا كانت سالبة تكون تكون سالبة متصلة. إذا إذا كانت المتصلة سالبة، نحن لو راجعنا ضروب الشكل الأول المنتجة، وضروب الشكل الثاني، وضروب الشكل الثالث، وضروب الشكل الرابع، لا نجد إلا ضربين يتألفا من...</w:t>
      </w:r>
    </w:p>
    <w:p>
      <w:pPr>
        <w:bidi w:val="1"/>
        <w:spacing w:after="140" w:line="300" w:lineRule="auto"/>
        <w:jc w:val="both"/>
      </w:pPr>
      <w:r>
        <w:rPr>
          <w:rFonts w:ascii="Arial" w:hAnsi="Arial" w:cs="Arial"/>
          <w:b w:val="0"/>
          <w:bCs w:val="0"/>
          <w:sz w:val="32"/>
          <w:szCs w:val="32"/>
          <w:rtl w:val="1"/>
          <w:lang w:val="ar-SA" w:bidi="ar-SA"/>
        </w:rPr>
        <w:t>موجبه كليا ومن سالبه جزئيه. فقط الضرب الخامس من الشكل الثالث الذي هو عباره عن موجبه كليا وسالبه جزئيه. والضرب الرابع من الشكل الثاني الذي هو عباره عن سالبه جزئيه وموجبه كليا. وبعباره اخرى يقول الشيخ المضفر: اذا كانت المنفصله سالبه سوف يكون تحقق الانتاج نادرا. يعني لابد ان يجتمع على احد هذه...</w:t>
      </w:r>
    </w:p>
    <w:p>
      <w:pPr>
        <w:bidi w:val="1"/>
        <w:spacing w:after="140" w:line="300" w:lineRule="auto"/>
        <w:jc w:val="both"/>
      </w:pPr>
      <w:r>
        <w:rPr>
          <w:rFonts w:ascii="Arial" w:hAnsi="Arial" w:cs="Arial"/>
          <w:b w:val="0"/>
          <w:bCs w:val="0"/>
          <w:sz w:val="32"/>
          <w:szCs w:val="32"/>
          <w:rtl w:val="1"/>
          <w:lang w:val="ar-SA" w:bidi="ar-SA"/>
        </w:rPr>
        <w:t>ضربين، خلافا لو كانت المنفصلة موجبة، سوف تكون المتصلة موجبة، فسوف يكون القياس مؤلف من موجبتين، وإذا كان من موجبتين يكون على أكثر من ضرب، من ضروب الشكل الأول أو من ضروب الشكل الثاني أو من ضروب الشكل الثالث أو الرابع. ولهذا قال وبعضهم اشترط فيه ألا تكون المنفصلة سالبة، وهذا الشرط صحيح صحيح إلى حد...</w:t>
      </w:r>
    </w:p>
    <w:p>
      <w:pPr>
        <w:bidi w:val="1"/>
        <w:spacing w:after="140" w:line="300" w:lineRule="auto"/>
        <w:jc w:val="both"/>
      </w:pPr>
      <w:r>
        <w:rPr>
          <w:rFonts w:ascii="Arial" w:hAnsi="Arial" w:cs="Arial"/>
          <w:b w:val="0"/>
          <w:bCs w:val="0"/>
          <w:sz w:val="32"/>
          <w:szCs w:val="32"/>
          <w:rtl w:val="1"/>
          <w:lang w:val="ar-SA" w:bidi="ar-SA"/>
        </w:rPr>
        <w:t>صحيح بلحاق انه اذا كانت سالبه المنفصله السالبه تحول الى متصله سالبة سوف يكون الضرب نادرا ان يقع لان المنفصله السالبه انما تحول الى متصله سالبة جزئيه وكما قرانا في تحويل المنفصله الى سالبه والسالبه الجزئيه ليس لها...</w:t>
      </w:r>
    </w:p>
    <w:p>
      <w:pPr>
        <w:bidi w:val="1"/>
        <w:spacing w:after="140" w:line="300" w:lineRule="auto"/>
        <w:jc w:val="both"/>
      </w:pPr>
      <w:r>
        <w:rPr>
          <w:rFonts w:ascii="Arial" w:hAnsi="Arial" w:cs="Arial"/>
          <w:b w:val="0"/>
          <w:bCs w:val="0"/>
          <w:sz w:val="32"/>
          <w:szCs w:val="32"/>
          <w:rtl w:val="1"/>
          <w:lang w:val="ar-SA" w:bidi="ar-SA"/>
        </w:rPr>
        <w:t>موقع في الانتاج في جميع الاشكال، ها مو لا اله وتسكت، الا في الضرب الخامس من الشكل الثالث المؤلف من موجبة كلية وسالبة جزئية، والضرب الرابع من الشكل الثاني المؤلف من سالبة جزئية وموجبة كلية، وهذان الضربان نادران، قليلا ما يتحققان. وعليه فالمنفصلة السالبة إذا أمكن بتحويلها إلى متصلة...</w:t>
      </w:r>
    </w:p>
    <w:p>
      <w:pPr>
        <w:bidi w:val="1"/>
        <w:spacing w:after="140" w:line="300" w:lineRule="auto"/>
        <w:jc w:val="both"/>
      </w:pPr>
      <w:r>
        <w:rPr>
          <w:rFonts w:ascii="Arial" w:hAnsi="Arial" w:cs="Arial"/>
          <w:b w:val="0"/>
          <w:bCs w:val="0"/>
          <w:sz w:val="32"/>
          <w:szCs w:val="32"/>
          <w:rtl w:val="1"/>
          <w:lang w:val="ar-SA" w:bidi="ar-SA"/>
        </w:rPr>
        <w:t>سالبة جزئية أن تؤلف مع المتصلة المذكورة، أن تؤلف مع المتصلة المذكورة في الأصل أحد الضربين المذكورين، أي الضرب الخامس من الشكل الثالث والضرب الرابع من الشكل الثاني، فإن القياس يكون منتجاً، فليس هذا الشرط صحيحاً على إطلاقه، نقول يعني لا تستطيع أن تقول لا إذا كانت المنفصلة سالبة لا ينتج، نقول لا قد قد ينتج...</w:t>
      </w:r>
    </w:p>
    <w:p>
      <w:pPr>
        <w:bidi w:val="1"/>
        <w:spacing w:after="140" w:line="300" w:lineRule="auto"/>
        <w:jc w:val="both"/>
      </w:pPr>
      <w:r>
        <w:rPr>
          <w:rFonts w:ascii="Arial" w:hAnsi="Arial" w:cs="Arial"/>
          <w:b w:val="0"/>
          <w:bCs w:val="0"/>
          <w:sz w:val="32"/>
          <w:szCs w:val="32"/>
          <w:rtl w:val="1"/>
          <w:lang w:val="ar-SA" w:bidi="ar-SA"/>
        </w:rPr>
        <w:t>وهو إذا كان بنحو الضرب الخامس من الشكل الثالث أو الضرب الرابع من الشكل الثاني. مثلا إذا قلنا لاحظ ليس البت إما أن يكون هذا إنسانا أو فرثا هذا مانعة خلو سالبة، لاحظ منفصلة سالبة. والمتصلة وكلما كان هذا إنسانا كان حيوانا متصلة موجبة. قال فإنهما لا ينتجان. طبعا هنا المانعة الخلو سوف...</w:t>
      </w:r>
    </w:p>
    <w:p>
      <w:pPr>
        <w:bidi w:val="1"/>
        <w:spacing w:after="140" w:line="300" w:lineRule="auto"/>
        <w:jc w:val="both"/>
      </w:pPr>
      <w:r>
        <w:rPr>
          <w:rFonts w:ascii="Arial" w:hAnsi="Arial" w:cs="Arial"/>
          <w:b w:val="0"/>
          <w:bCs w:val="0"/>
          <w:sz w:val="32"/>
          <w:szCs w:val="32"/>
          <w:rtl w:val="1"/>
          <w:lang w:val="ar-SA" w:bidi="ar-SA"/>
        </w:rPr>
        <w:t>نحولها إلى متصلة، وبما أنها ثالبة سوف تحول إلى سالبة جزئيات. قلنا مانعة الخلو كيف نحولها؟ المقدم يكون عفوا، مقدمها هو نقيض المقدم المتصلة، وتاليها هو عين تالي المنفصلة. فإنهما لا ينتجان لأنهم...</w:t>
      </w:r>
    </w:p>
    <w:p>
      <w:pPr>
        <w:bidi w:val="1"/>
        <w:spacing w:after="140" w:line="300" w:lineRule="auto"/>
        <w:jc w:val="both"/>
      </w:pPr>
      <w:r>
        <w:rPr>
          <w:rFonts w:ascii="Arial" w:hAnsi="Arial" w:cs="Arial"/>
          <w:b w:val="0"/>
          <w:bCs w:val="0"/>
          <w:sz w:val="32"/>
          <w:szCs w:val="32"/>
          <w:rtl w:val="1"/>
          <w:lang w:val="ar-SA" w:bidi="ar-SA"/>
        </w:rPr>
        <w:t>إذا حولنا المنفصلة إلى متصلة لا تؤلف مع المتصلة المفروضة شكلا منتجا، إذ أن هذه المنفصلة مانعة خلو تحول إلى متصلتين، الأولى قد لا يكون، قد لا يكون سالبة جزئيا، قد لا يكون إذا لم يكن هذا إنسانا، لاحظ المقدم في مانعة الخلو المنفصلة هذا إنسان، هنا جعل نقيض لم يكن إنسان، فهو فرس، الثانية قد لا يكون سالبة...</w:t>
      </w:r>
    </w:p>
    <w:p>
      <w:pPr>
        <w:bidi w:val="1"/>
        <w:spacing w:after="140" w:line="300" w:lineRule="auto"/>
        <w:jc w:val="both"/>
      </w:pPr>
      <w:r>
        <w:rPr>
          <w:rFonts w:ascii="Arial" w:hAnsi="Arial" w:cs="Arial"/>
          <w:b w:val="0"/>
          <w:bCs w:val="0"/>
          <w:sz w:val="32"/>
          <w:szCs w:val="32"/>
          <w:rtl w:val="1"/>
          <w:lang w:val="ar-SA" w:bidi="ar-SA"/>
        </w:rPr>
        <w:t>إذا لم يكن هذا فرثا فهو إنسان. لو قارنت الأولى مع المتصلة، وهي كلما كان هذا إنسانا كان حيوانا. وقارنت الثانية معها، فلو قرنا المتصلة الأولى بالمتصلة الأصلية، ما هي المتصلة الأصلية؟ كلما كان هذا إنسانا كان حيوانا. قال لا يتكرر فيهما حد أوسط. لاحظ...</w:t>
      </w:r>
    </w:p>
    <w:p>
      <w:pPr>
        <w:bidi w:val="1"/>
        <w:spacing w:after="140" w:line="300" w:lineRule="auto"/>
        <w:jc w:val="both"/>
      </w:pPr>
      <w:r>
        <w:rPr>
          <w:rFonts w:ascii="Arial" w:hAnsi="Arial" w:cs="Arial"/>
          <w:b w:val="0"/>
          <w:bCs w:val="0"/>
          <w:sz w:val="32"/>
          <w:szCs w:val="32"/>
          <w:rtl w:val="1"/>
          <w:lang w:val="ar-SA" w:bidi="ar-SA"/>
        </w:rPr>
        <w:t>كلما كان هذا انسان كان حيوان. قد لا يكون اذا لم يكن هذا انسان فهو فرس. لا يوجد حد اوسط متكرر. لان المتصله الاصليه هذا انسان. المتصله الاولى لم يكن انسان. ولو قرنا المتصله الثانيه بالاصليه كان من الشكل الاول أو الرابع. طبعا...</w:t>
      </w:r>
    </w:p>
    <w:p>
      <w:pPr>
        <w:bidi w:val="1"/>
        <w:spacing w:after="140" w:line="300" w:lineRule="auto"/>
        <w:jc w:val="both"/>
      </w:pPr>
      <w:r>
        <w:rPr>
          <w:rFonts w:ascii="Arial" w:hAnsi="Arial" w:cs="Arial"/>
          <w:b w:val="0"/>
          <w:bCs w:val="0"/>
          <w:sz w:val="32"/>
          <w:szCs w:val="32"/>
          <w:rtl w:val="1"/>
          <w:lang w:val="ar-SA" w:bidi="ar-SA"/>
        </w:rPr>
        <w:t>متى يكون من الشكل الأول؟ إذا جعلنا رقم اثنين هي الصغرى والمتصلة الأصلية هي الكبرى. يكون من الشكل الرابع إذا جعلنا المتصلة الأصلية هي الكبرى، عفوا، هي الصغرى ورقم اثنين هي الكبرى. يكون من الشكل الرابع. قال لا ينتج، لاحظ لو كان من الشكل الراء الأول، الشرط الأول ماذا اشترطنا فيه؟</w:t>
      </w:r>
    </w:p>
    <w:p>
      <w:pPr>
        <w:bidi w:val="1"/>
        <w:spacing w:after="140" w:line="300" w:lineRule="auto"/>
        <w:jc w:val="both"/>
      </w:pPr>
      <w:r>
        <w:rPr>
          <w:rFonts w:ascii="Arial" w:hAnsi="Arial" w:cs="Arial"/>
          <w:b w:val="0"/>
          <w:bCs w:val="0"/>
          <w:sz w:val="32"/>
          <w:szCs w:val="32"/>
          <w:rtl w:val="1"/>
          <w:lang w:val="ar-SA" w:bidi="ar-SA"/>
        </w:rPr>
        <w:t>ايجاب الصغرى وكلية الكبرى، هنا الصغرى تكون سالبة، الصغرى تكون سالبة ونحن اشترطنا ايجابص، إذا يتالف قياس من الشكل الأول، لكنه لا ينتج لاختلال الشرط الأول وهو ايجابص صغرى، وهنا الصغرى وهي رقم اثنين سالبة جزئية. نعم والشكل الرابع لا تنتج...</w:t>
      </w:r>
    </w:p>
    <w:p>
      <w:pPr>
        <w:bidi w:val="1"/>
        <w:spacing w:after="140" w:line="300" w:lineRule="auto"/>
        <w:jc w:val="both"/>
      </w:pPr>
      <w:r>
        <w:rPr>
          <w:rFonts w:ascii="Arial" w:hAnsi="Arial" w:cs="Arial"/>
          <w:b w:val="0"/>
          <w:bCs w:val="0"/>
          <w:sz w:val="32"/>
          <w:szCs w:val="32"/>
          <w:rtl w:val="1"/>
          <w:lang w:val="ar-SA" w:bidi="ar-SA"/>
        </w:rPr>
        <w:t>للسالفة الجزئية فيهما. قال ولو أردنا أن نبدل من المتصلة الأصلية قولنا كلما كان هذا ناطقا كان إنسانا. فإنها تؤلف مع المتصلة رقم اثنين. الضرب الرابع من الشكل الثاني. الضرب الرابع من الشكل الثاني. وهو إذا جعلت...</w:t>
      </w:r>
    </w:p>
    <w:p>
      <w:pPr>
        <w:bidi w:val="1"/>
        <w:spacing w:after="140" w:line="300" w:lineRule="auto"/>
        <w:jc w:val="both"/>
      </w:pPr>
      <w:r>
        <w:rPr>
          <w:rFonts w:ascii="Arial" w:hAnsi="Arial" w:cs="Arial"/>
          <w:b w:val="0"/>
          <w:bCs w:val="0"/>
          <w:sz w:val="32"/>
          <w:szCs w:val="32"/>
          <w:rtl w:val="1"/>
          <w:lang w:val="ar-SA" w:bidi="ar-SA"/>
        </w:rPr>
        <w:t>الضرب الرابع من الشكل الثاني، نقول المقدمة الأولى كلما كان هذا ناطقا كان إنسانا، المقدمة الثانية ما هي؟ قد لا يكون إذا لم يكن هذا فرسا فهو إنسان، أين الحد المشترك؟ إنسان وقع تاليا في المقدمتين محمولا في المقدمتين، وهنا تحقق اختلاف الكيف لأن الأولى موجبة والثانية سالبة.</w:t>
      </w:r>
    </w:p>
    <w:p>
      <w:pPr>
        <w:bidi w:val="1"/>
        <w:spacing w:after="140" w:line="300" w:lineRule="auto"/>
        <w:jc w:val="both"/>
      </w:pPr>
      <w:r>
        <w:rPr>
          <w:rFonts w:ascii="Arial" w:hAnsi="Arial" w:cs="Arial"/>
          <w:b w:val="0"/>
          <w:bCs w:val="0"/>
          <w:sz w:val="32"/>
          <w:szCs w:val="32"/>
          <w:rtl w:val="1"/>
          <w:lang w:val="ar-SA" w:bidi="ar-SA"/>
        </w:rPr>
        <w:t>نعم؟ اجعلها صغرى اجعل تلك كبرى. ينتج قد لا يكون اذا لم يكن هذا فرسا فهو ناطق. المؤلف من الحمليه والمتصله. المؤلف من الحمليه الحملية تبقى على حالها والمتصله ماذا نفعل بها؟</w:t>
      </w:r>
    </w:p>
    <w:p>
      <w:pPr>
        <w:bidi w:val="1"/>
        <w:spacing w:after="140" w:line="300" w:lineRule="auto"/>
        <w:jc w:val="both"/>
      </w:pPr>
      <w:r>
        <w:rPr>
          <w:rFonts w:ascii="Arial" w:hAnsi="Arial" w:cs="Arial"/>
          <w:b w:val="0"/>
          <w:bCs w:val="0"/>
          <w:sz w:val="32"/>
          <w:szCs w:val="32"/>
          <w:rtl w:val="1"/>
          <w:lang w:val="ar-SA" w:bidi="ar-SA"/>
        </w:rPr>
        <w:t>المتصلة ماذا؟ لا نحولها تبقى على حالها. لكن من الواضح ان هذا القسم سوف يندرج تحت اي تحت اي قسم من الاقسام الثلاثة. تحت اذا القسم الذي يكون مشتركا تاما في احدى المقدمتين غير تام في المقدمة الاخرى، لماذا؟</w:t>
      </w:r>
    </w:p>
    <w:p>
      <w:pPr>
        <w:bidi w:val="1"/>
        <w:spacing w:after="140" w:line="300" w:lineRule="auto"/>
        <w:jc w:val="both"/>
      </w:pPr>
      <w:r>
        <w:rPr>
          <w:rFonts w:ascii="Arial" w:hAnsi="Arial" w:cs="Arial"/>
          <w:b w:val="0"/>
          <w:bCs w:val="0"/>
          <w:sz w:val="32"/>
          <w:szCs w:val="32"/>
          <w:rtl w:val="1"/>
          <w:lang w:val="ar-SA" w:bidi="ar-SA"/>
        </w:rPr>
        <w:t>الحملية في الحقيقة والواقع عبارة عن طرفين فقط. إذا قلنا مثلا في الحملية الإنسان ناطق، قضية حملية. المقدم لها أو قل موضوعها هو الإنسان كاملا ومحمولها هو كلمة ناطق. إذا من المستحيل أن تقول أن أن الحد الأوسط هو جزء من موضوع الحملية.</w:t>
      </w:r>
    </w:p>
    <w:p>
      <w:pPr>
        <w:pStyle w:val="Heading2"/>
        <w:bidi w:val="1"/>
        <w:spacing w:after="140" w:line="300" w:lineRule="auto"/>
        <w:jc w:val="right"/>
      </w:pPr>
      <w:r>
        <w:rPr>
          <w:rFonts w:ascii="Arial" w:hAnsi="Arial" w:cs="Arial"/>
          <w:b w:val="1"/>
          <w:bCs w:val="1"/>
          <w:color w:val="1756A9"/>
          <w:sz w:val="36"/>
          <w:szCs w:val="36"/>
          <w:rtl w:val="1"/>
          <w:lang w:val="ar-SA" w:bidi="ar-SA"/>
        </w:rPr>
        <w:t>الحملية والمتصلة</w:t>
      </w:r>
    </w:p>
    <w:p>
      <w:pPr>
        <w:bidi w:val="1"/>
        <w:spacing w:after="140" w:line="300" w:lineRule="auto"/>
        <w:jc w:val="both"/>
      </w:pPr>
      <w:r>
        <w:rPr>
          <w:rFonts w:ascii="Arial" w:hAnsi="Arial" w:cs="Arial"/>
          <w:b w:val="0"/>
          <w:bCs w:val="0"/>
          <w:sz w:val="32"/>
          <w:szCs w:val="32"/>
          <w:rtl w:val="1"/>
          <w:lang w:val="ar-SA" w:bidi="ar-SA"/>
        </w:rPr>
        <w:t>يعني كلمة الف ونون هذه هو الحد المشترك، لا لابد أن يكون إما كل الموضوع، إما كل المحمول. أما في ال في المتصلة تتكون من قضيتين. لابد لما كان هناك مفرد الحد الأوسط في الحملية، لابد أن يكون مفردا. ومعناه أنه سوف يكون جزء من تال المتصلة أو جزء من مقدم...</w:t>
      </w:r>
    </w:p>
    <w:p>
      <w:pPr>
        <w:bidi w:val="1"/>
        <w:spacing w:after="140" w:line="300" w:lineRule="auto"/>
        <w:jc w:val="both"/>
      </w:pPr>
      <w:r>
        <w:rPr>
          <w:rFonts w:ascii="Arial" w:hAnsi="Arial" w:cs="Arial"/>
          <w:b w:val="0"/>
          <w:bCs w:val="0"/>
          <w:sz w:val="32"/>
          <w:szCs w:val="32"/>
          <w:rtl w:val="1"/>
          <w:lang w:val="ar-SA" w:bidi="ar-SA"/>
        </w:rPr>
        <w:t>وهذا معناه انه سوف يكون من القسم الثاني وهو ما كان الحد الاوسط جزءا غير مشترك في كلا المقدمات، عفوا من القسم الثالث وهو جزء تام من الحمليه لان الحمليه لابد ان يكون الحد الاوسط اما كل الموضوع اما كل المحمول، لا يمكن ان يقال هو حرفين من الموضوع. لا يمكن اما كلمه انسان او كلمه ناطق باكمله.</w:t>
      </w:r>
    </w:p>
    <w:p>
      <w:pPr>
        <w:bidi w:val="1"/>
        <w:spacing w:after="140" w:line="300" w:lineRule="auto"/>
        <w:jc w:val="both"/>
      </w:pPr>
      <w:r>
        <w:rPr>
          <w:rFonts w:ascii="Arial" w:hAnsi="Arial" w:cs="Arial"/>
          <w:b w:val="0"/>
          <w:bCs w:val="0"/>
          <w:sz w:val="32"/>
          <w:szCs w:val="32"/>
          <w:rtl w:val="1"/>
          <w:lang w:val="ar-SA" w:bidi="ar-SA"/>
        </w:rPr>
        <w:t>إذا كان مفرد، إذا لا يمكن أن يكون المشترك هو كل القضية في التالي أو في المقدمة، لابد أن يكون جزءها، فيكون إذا جزء تام في الحملية، جزء غير تام في الشرطية. وهذا هو القسم الثالث. أصنافه يجب في هذا النوع أن يكون الإشتراك في جزء تام من الحملية، غير تام من المتصلة. لماذا يجب غير تام من المتصلة؟ لأن...</w:t>
      </w:r>
    </w:p>
    <w:p>
      <w:pPr>
        <w:bidi w:val="1"/>
        <w:spacing w:after="140" w:line="300" w:lineRule="auto"/>
        <w:jc w:val="both"/>
      </w:pPr>
      <w:r>
        <w:rPr>
          <w:rFonts w:ascii="Arial" w:hAnsi="Arial" w:cs="Arial"/>
          <w:b w:val="0"/>
          <w:bCs w:val="0"/>
          <w:sz w:val="32"/>
          <w:szCs w:val="32"/>
          <w:rtl w:val="1"/>
          <w:lang w:val="ar-SA" w:bidi="ar-SA"/>
        </w:rPr>
        <w:t>أن الجزء المشترك في الحملية مفرد، فلو كان تاما من المتصلة سوف يكون قضية، والقضية لا تشارك ال المركب، لا يمكن أن يشترك مع تمام مفرد. كما تقدمت الإشارة كما تقدمت الإشارة إليه، فله قسم واحد لأن جزء الحملية، جزء الحملية يعني إما الموضوع إما المحمول مفرد، وجزء الشرقية وهو إما التالي أو ال...</w:t>
      </w:r>
    </w:p>
    <w:p>
      <w:pPr>
        <w:bidi w:val="1"/>
        <w:spacing w:after="140" w:line="300" w:lineRule="auto"/>
        <w:jc w:val="both"/>
      </w:pPr>
      <w:r>
        <w:rPr>
          <w:rFonts w:ascii="Arial" w:hAnsi="Arial" w:cs="Arial"/>
          <w:b w:val="0"/>
          <w:bCs w:val="0"/>
          <w:sz w:val="32"/>
          <w:szCs w:val="32"/>
          <w:rtl w:val="1"/>
          <w:lang w:val="ar-SA" w:bidi="ar-SA"/>
        </w:rPr>
        <w:t>مقدم قضية بالاصل، لأن الشرقية تنحل إلى قضيتين بالاصل، إلى حمليتين، فلا يصح فرض أن يكون الجزء المشترك تاماً فيهما. لماذا لا يصح أن يكون تاماً فيهما؟ لأنه لا يمكن أن يكون الجزء المشترك هو المفرد والمركب، المفرد والقضية، ولا غير تام لنفس السبب، وهذا واضح، ولهذا النوع أربعة أصناف لأن المتصلة إما صغرى أو كبرى.</w:t>
      </w:r>
    </w:p>
    <w:p>
      <w:pPr>
        <w:bidi w:val="1"/>
        <w:spacing w:after="140" w:line="300" w:lineRule="auto"/>
        <w:jc w:val="both"/>
      </w:pPr>
      <w:r>
        <w:rPr>
          <w:rFonts w:ascii="Arial" w:hAnsi="Arial" w:cs="Arial"/>
          <w:b w:val="0"/>
          <w:bCs w:val="0"/>
          <w:sz w:val="32"/>
          <w:szCs w:val="32"/>
          <w:rtl w:val="1"/>
          <w:lang w:val="ar-SA" w:bidi="ar-SA"/>
        </w:rPr>
        <w:t>وعلى التقديرين فالشركة إما في الشركة يعني الحد الأوسط المشترك، إما في مقدم المتصلة أو في تال المتصلة. فهذه أربعة، والقريب منها إلى الطبع صنفان، وهما ما كانت الشركة أي الحد الأوسط فيهما، فيهما أي في المتصلة والحملية في تال المتصلة. سواء كانت المتصلة وقعت صغرى أو وقعت كبرى. طريقة أخذ...</w:t>
      </w:r>
    </w:p>
    <w:p>
      <w:pPr>
        <w:bidi w:val="1"/>
        <w:spacing w:after="140" w:line="300" w:lineRule="auto"/>
        <w:jc w:val="both"/>
      </w:pPr>
      <w:r>
        <w:rPr>
          <w:rFonts w:ascii="Arial" w:hAnsi="Arial" w:cs="Arial"/>
          <w:b w:val="0"/>
          <w:bCs w:val="0"/>
          <w:sz w:val="32"/>
          <w:szCs w:val="32"/>
          <w:rtl w:val="1"/>
          <w:lang w:val="ar-SA" w:bidi="ar-SA"/>
        </w:rPr>
        <w:t>النتيجة. طريقة أخذ النتيجة سلسة. نذكر المثال نحن مباشرة. المثال ما هو؟ لاحظ المتصلة الصغرى. كلما كان المعدن ذهباً كان نادراً. هذه متصلة صغرى. ما هو المقدم؟ كان المعدن ذهباً هذا مقدم بين قوسين. كان المعدن نادراً هذا هو تالي المتصلة. الحملية وقعت كبرى.</w:t>
      </w:r>
    </w:p>
    <w:p>
      <w:pPr>
        <w:bidi w:val="1"/>
        <w:spacing w:after="140" w:line="300" w:lineRule="auto"/>
        <w:jc w:val="both"/>
      </w:pPr>
      <w:r>
        <w:rPr>
          <w:rFonts w:ascii="Arial" w:hAnsi="Arial" w:cs="Arial"/>
          <w:b w:val="0"/>
          <w:bCs w:val="0"/>
          <w:sz w:val="32"/>
          <w:szCs w:val="32"/>
          <w:rtl w:val="1"/>
          <w:lang w:val="ar-SA" w:bidi="ar-SA"/>
        </w:rPr>
        <w:t>كل نادر ثمين. كيف نستخرج النتيجة؟ نستخرج النتيجة اننا لو لاحظنا، لاحظ معي، لو لاحظنا تالي المتصلة، ما هو تالي المتصلة؟ كان المعدن نادرا. مع الحملية، مع كل الحملية، كل نادر ثمين. تألف قياس من الشكل الأول.</w:t>
      </w:r>
    </w:p>
    <w:p>
      <w:pPr>
        <w:bidi w:val="1"/>
        <w:spacing w:after="140" w:line="300" w:lineRule="auto"/>
        <w:jc w:val="both"/>
      </w:pPr>
      <w:r>
        <w:rPr>
          <w:rFonts w:ascii="Arial" w:hAnsi="Arial" w:cs="Arial"/>
          <w:b w:val="0"/>
          <w:bCs w:val="0"/>
          <w:sz w:val="32"/>
          <w:szCs w:val="32"/>
          <w:rtl w:val="1"/>
          <w:lang w:val="ar-SA" w:bidi="ar-SA"/>
        </w:rPr>
        <w:t>نقول، نقول، كان المعدن نادرا، وكل نادر ثمين، إذا كان المعدن ثمينا، قياس من الشكل الأول. هذه النتيجة وهي كان المعدن ثمينا، نجعلها تاليا في شرطية متصلة، ما هو مقدمها؟</w:t>
      </w:r>
    </w:p>
    <w:p>
      <w:pPr>
        <w:bidi w:val="1"/>
        <w:spacing w:after="140" w:line="300" w:lineRule="auto"/>
        <w:jc w:val="both"/>
      </w:pPr>
      <w:r>
        <w:rPr>
          <w:rFonts w:ascii="Arial" w:hAnsi="Arial" w:cs="Arial"/>
          <w:b w:val="0"/>
          <w:bCs w:val="0"/>
          <w:sz w:val="32"/>
          <w:szCs w:val="32"/>
          <w:rtl w:val="1"/>
          <w:lang w:val="ar-SA" w:bidi="ar-SA"/>
        </w:rPr>
        <w:t>مقدمها هو هو الجزء الذي لا يوجد فيه اشتراك، جهته اشتراك. وحسب المثال هو ما وقع هنا مقدما، نقول كلما كان المعدن ذهبا كان المعدن ثمينا. لاحظ قال ولاخذ النتيجه في جميع هذه الاصناف الاربعه تتبع ما يلي. واحد ان نقارن الحمليه وهي كل نوع...</w:t>
      </w:r>
    </w:p>
    <w:p>
      <w:pPr>
        <w:bidi w:val="1"/>
        <w:spacing w:after="140" w:line="300" w:lineRule="auto"/>
        <w:jc w:val="both"/>
      </w:pPr>
      <w:r>
        <w:rPr>
          <w:rFonts w:ascii="Arial" w:hAnsi="Arial" w:cs="Arial"/>
          <w:b w:val="0"/>
          <w:bCs w:val="0"/>
          <w:sz w:val="32"/>
          <w:szCs w:val="32"/>
          <w:rtl w:val="1"/>
          <w:lang w:val="ar-SA" w:bidi="ar-SA"/>
        </w:rPr>
        <w:t>مع طرف المتصلة، لكن أي طرف؟ هل هو المقدم أو التالي؟ قال التي وقعت فيه الشركة، الذي فيه الحد الأوسط. وهو هنا وقع تالياً، فنؤلف منهما قياساً حملياً من أحد الأشكال الأربعة، حاوياً على شروط الشكل لينتج قضية الحملية. وهنا تألف قياس حملي من الشكل الأول. ثانياً، نأخذ نتيجة...</w:t>
      </w:r>
    </w:p>
    <w:p>
      <w:pPr>
        <w:bidi w:val="1"/>
        <w:spacing w:after="140" w:line="300" w:lineRule="auto"/>
        <w:jc w:val="both"/>
      </w:pPr>
      <w:r>
        <w:rPr>
          <w:rFonts w:ascii="Arial" w:hAnsi="Arial" w:cs="Arial"/>
          <w:b w:val="0"/>
          <w:bCs w:val="0"/>
          <w:sz w:val="32"/>
          <w:szCs w:val="32"/>
          <w:rtl w:val="1"/>
          <w:lang w:val="ar-SA" w:bidi="ar-SA"/>
        </w:rPr>
        <w:t>التاليف السابق، النتيجة نأخذها وهي الحملية الناتجة، فنجعلها مع طرف المتصل، أي طرف؟ هل هو التالي أو المقدم؟ قال الطرف الذي ليس فيه الشركة، الطرف الآخر الخالي من الاشتراك، وهو كان المعدن ذهباً المقدم، لنؤلف منهما النتيجة متصلة، أحد طرفيها نفس طرف المتصل الخالي من الاشتراك.</w:t>
      </w:r>
    </w:p>
    <w:p>
      <w:pPr>
        <w:bidi w:val="1"/>
        <w:spacing w:after="140" w:line="300" w:lineRule="auto"/>
        <w:jc w:val="both"/>
      </w:pPr>
      <w:r>
        <w:rPr>
          <w:rFonts w:ascii="Arial" w:hAnsi="Arial" w:cs="Arial"/>
          <w:b w:val="0"/>
          <w:bCs w:val="0"/>
          <w:sz w:val="32"/>
          <w:szCs w:val="32"/>
          <w:rtl w:val="1"/>
          <w:lang w:val="ar-SA" w:bidi="ar-SA"/>
        </w:rPr>
        <w:t>سواء كان مقدما او تاليا، فيجعل ايضا مقدما او تاليا، والطرف الثاني الحمليه الناتجه من التاليف السابق. مثال ذلك كلما كان المعدن ذهبا، كان نادرا وكل نادر ثمين، اذا كلما كان المعدن ذهبا كان ثمينا، فقد الفنا قياسا حمليا من تالي المتصله، تالي المتصله اي كان نادرا. ونفس الحمليه وكل نادر ثمين، انت...</w:t>
      </w:r>
    </w:p>
    <w:p>
      <w:pPr>
        <w:bidi w:val="1"/>
        <w:spacing w:after="140" w:line="300" w:lineRule="auto"/>
        <w:jc w:val="both"/>
      </w:pPr>
      <w:r>
        <w:rPr>
          <w:rFonts w:ascii="Arial" w:hAnsi="Arial" w:cs="Arial"/>
          <w:b w:val="0"/>
          <w:bCs w:val="0"/>
          <w:sz w:val="32"/>
          <w:szCs w:val="32"/>
          <w:rtl w:val="1"/>
          <w:lang w:val="ar-SA" w:bidi="ar-SA"/>
        </w:rPr>
        <w:t>من الشكل الاول كان المعدن ثمينا والشروط قد انطبقت. ايجاب الصغرى كلية الكبرى، ثم نجعل هذه النتيجة تاليا، النتيجة وهي كان المعدن ثمينا للنتيجة المتصلة. مقدمها مقدم المتصلة الاولى، لماذا اخذ مقدم المتصلة الاولى؟ لانه هو الطرف الذي لم تقع فيه شركة، وهو طرفها الذي لم تقع فيه الشركة.</w:t>
      </w:r>
    </w:p>
    <w:p>
      <w:pPr>
        <w:bidi w:val="1"/>
        <w:spacing w:after="140" w:line="300" w:lineRule="auto"/>
        <w:jc w:val="both"/>
      </w:pPr>
      <w:r>
        <w:rPr>
          <w:rFonts w:ascii="Arial" w:hAnsi="Arial" w:cs="Arial"/>
          <w:b w:val="0"/>
          <w:bCs w:val="0"/>
          <w:sz w:val="32"/>
          <w:szCs w:val="32"/>
          <w:rtl w:val="1"/>
          <w:lang w:val="ar-SA" w:bidi="ar-SA"/>
        </w:rPr>
        <w:t>مثال ثاني: لا أحد من الأحرار بذليل. وكلما كانت الحكومة ظالمة، فكل موجود في البلد ذليل. لاحظ هنا الأولى حملية، لا أحد من الأحرار بذليل. سالبة حملية، حملية سالبة. وكلما كانت الحكومة ظالمة، فكل موجود في البلد ذليل. إذا كلما كانت الحكومة ظالمة، فلا أحد من الأحرار بذليل...</w:t>
      </w:r>
    </w:p>
    <w:p>
      <w:pPr>
        <w:bidi w:val="1"/>
        <w:spacing w:after="140" w:line="300" w:lineRule="auto"/>
        <w:jc w:val="both"/>
      </w:pPr>
      <w:r>
        <w:rPr>
          <w:rFonts w:ascii="Arial" w:hAnsi="Arial" w:cs="Arial"/>
          <w:b w:val="0"/>
          <w:bCs w:val="0"/>
          <w:sz w:val="32"/>
          <w:szCs w:val="32"/>
          <w:rtl w:val="1"/>
          <w:lang w:val="ar-SA" w:bidi="ar-SA"/>
        </w:rPr>
        <w:t>بموجود في البلد. لاحظ ألف قياسا حملي من الحملية وهي لا أحد من الأحرار بدليل. وسالب متصلة وهو كل موجود في البلد ذليل. أنتج من الشكل الثاني لأن ما هو الحد الأوسط؟ كلمة ذليل وقد وقع محمولا في المقدمتين. وهنا يوجد اختلاف في الكيف لأن الصغرى سالبة الكبرى موجبة.</w:t>
      </w:r>
    </w:p>
    <w:p>
      <w:pPr>
        <w:bidi w:val="1"/>
        <w:spacing w:after="140" w:line="300" w:lineRule="auto"/>
        <w:jc w:val="both"/>
      </w:pPr>
      <w:r>
        <w:rPr>
          <w:rFonts w:ascii="Arial" w:hAnsi="Arial" w:cs="Arial"/>
          <w:b w:val="0"/>
          <w:bCs w:val="0"/>
          <w:sz w:val="32"/>
          <w:szCs w:val="32"/>
          <w:rtl w:val="1"/>
          <w:lang w:val="ar-SA" w:bidi="ar-SA"/>
        </w:rPr>
        <w:t>ينتج سالبة كلية لا أحد من الأحرار بموجود في البلد. هذا يجعل هذه النتيجة نجعلها تالي في شرطية ما هو مقدمها؟ مقدمها مقدمه مقدمه هو ال هو هو الجزء الذي لم يقع فيه شركة. ما هو الجزء الذي ليس فيه شركة؟ مقدم متصلة. وهو مقدم متصلة كلما كانت الحكومة ظالمة. جعلنا هذه النتيجة تاليا لمتصلة مقدمها...</w:t>
      </w:r>
    </w:p>
    <w:p>
      <w:pPr>
        <w:bidi w:val="1"/>
        <w:spacing w:after="140" w:line="300" w:lineRule="auto"/>
        <w:jc w:val="both"/>
      </w:pPr>
      <w:r>
        <w:rPr>
          <w:rFonts w:ascii="Arial" w:hAnsi="Arial" w:cs="Arial"/>
          <w:b w:val="0"/>
          <w:bCs w:val="0"/>
          <w:sz w:val="32"/>
          <w:szCs w:val="32"/>
          <w:rtl w:val="1"/>
          <w:lang w:val="ar-SA" w:bidi="ar-SA"/>
        </w:rPr>
        <w:t>مقدم المتصلة في الأصل، وهو طرفها الذي لم تقع فيه الشركة. أما شروطه، أما شروط إنتاج هذه الأصناف الأربعة، فلا نذكر منها إلا شروط إلا شروط إلا شروط القريب إلى الطبع منها، وهما الصنفان اللذان تقع الشرك فيهما في تال المتصلة، سواء كانت صغرى أو كبرى، كما مثلنا لهما وشرطهما أولاً،...</w:t>
      </w:r>
    </w:p>
    <w:p>
      <w:pPr>
        <w:bidi w:val="1"/>
        <w:spacing w:after="140" w:line="300" w:lineRule="auto"/>
        <w:jc w:val="both"/>
      </w:pPr>
      <w:r>
        <w:rPr>
          <w:rFonts w:ascii="Arial" w:hAnsi="Arial" w:cs="Arial"/>
          <w:b w:val="0"/>
          <w:bCs w:val="0"/>
          <w:sz w:val="32"/>
          <w:szCs w:val="32"/>
          <w:rtl w:val="1"/>
          <w:lang w:val="ar-SA" w:bidi="ar-SA"/>
        </w:rPr>
        <w:t>أن يتألف من الحملية وتالي المتصلة شكل يشتمل على شروطه المذكورة في القياس الحملي. يعني إذا ألفت من الشكل الأول تطبق شروط الشكل الأول. إذا ألفت من الشكل الثاني تطبق شروط الشكل الثاني وهكذا. ثانياً أن تكون المتصلة موجبة. فلو كانت المتصلة سالبة، لاحظ أمثلة الشيخ المضفر جعل كل المتصلة من المتصلة...</w:t>
      </w:r>
    </w:p>
    <w:p>
      <w:pPr>
        <w:bidi w:val="1"/>
        <w:spacing w:after="140" w:line="300" w:lineRule="auto"/>
        <w:jc w:val="both"/>
      </w:pPr>
      <w:r>
        <w:rPr>
          <w:rFonts w:ascii="Arial" w:hAnsi="Arial" w:cs="Arial"/>
          <w:b w:val="0"/>
          <w:bCs w:val="0"/>
          <w:sz w:val="32"/>
          <w:szCs w:val="32"/>
          <w:rtl w:val="1"/>
          <w:lang w:val="ar-SA" w:bidi="ar-SA"/>
        </w:rPr>
        <w:t>متصلات موجبات، فلو كانت المتصلة سالبة يجب أن تحول إلى موجبة لازمة لها، ما معنى لازمة لها؟ يعني في الصدق بنقد محمولها، لأننا قلنا نقد المحمول من ملحقات العكوس، إذا صدق الأصل صدقت منقوضة المحمول، وما قاعدة نقد المحمول؟ قلنا الاتحاد في الكنز...</w:t>
      </w:r>
    </w:p>
    <w:p>
      <w:pPr>
        <w:bidi w:val="1"/>
        <w:spacing w:after="140" w:line="300" w:lineRule="auto"/>
        <w:jc w:val="both"/>
      </w:pPr>
      <w:r>
        <w:rPr>
          <w:rFonts w:ascii="Arial" w:hAnsi="Arial" w:cs="Arial"/>
          <w:b w:val="0"/>
          <w:bCs w:val="0"/>
          <w:sz w:val="32"/>
          <w:szCs w:val="32"/>
          <w:rtl w:val="1"/>
          <w:lang w:val="ar-SA" w:bidi="ar-SA"/>
        </w:rPr>
        <w:t>الاختلاف في الكي. فالسالبه في منقوضه المحمول تحول إلى ماذا؟ السالبه تحول إلى ماذا؟ إلى موجبة، أي تحول إلى منقوضة المحمول، وحينئذ يتألف القياس الحملي من الحمليه في الأصل ونقيض تالٍ متصله مشتملاً على شروط الشكل الذي يكون منه، الشكل الأول، الثاني، الثالث، مثال، التفت معي. ليس البتة إذا كانت الدوره...</w:t>
      </w:r>
    </w:p>
    <w:p>
      <w:pPr>
        <w:bidi w:val="1"/>
        <w:spacing w:after="140" w:line="300" w:lineRule="auto"/>
        <w:jc w:val="both"/>
      </w:pPr>
      <w:r>
        <w:rPr>
          <w:rFonts w:ascii="Arial" w:hAnsi="Arial" w:cs="Arial"/>
          <w:b w:val="0"/>
          <w:bCs w:val="0"/>
          <w:sz w:val="32"/>
          <w:szCs w:val="32"/>
          <w:rtl w:val="1"/>
          <w:lang w:val="ar-SA" w:bidi="ar-SA"/>
        </w:rPr>
        <w:t>جائرة فبعض الناس أحرار. هنا متصلة ماذا؟ سالبة. وكل سعيد حر. حملية موجبة. هنا المتصلة السالبة الكلية. نأتي بمنقوضة محمولها. السالبة الكلية ما هو نقض محمولها؟ موجبة كلية. قلنا الاتحاد في الكم الاختلاف في الكيف. ماذا سوف تكون؟ سوف تكون...</w:t>
      </w:r>
    </w:p>
    <w:p>
      <w:pPr>
        <w:bidi w:val="1"/>
        <w:spacing w:after="140" w:line="300" w:lineRule="auto"/>
        <w:jc w:val="both"/>
      </w:pPr>
      <w:r>
        <w:rPr>
          <w:rFonts w:ascii="Arial" w:hAnsi="Arial" w:cs="Arial"/>
          <w:b w:val="0"/>
          <w:bCs w:val="0"/>
          <w:sz w:val="32"/>
          <w:szCs w:val="32"/>
          <w:rtl w:val="1"/>
          <w:lang w:val="ar-SA" w:bidi="ar-SA"/>
        </w:rPr>
        <w:t>موجبة كليا كلما إذا كانت الدولة جائرة كلما إذا كانت الدولة جائرة فلا شيء من الناس بأحرار لاحظنا نقضنا المحمول وهو هناك كان بعض الناس أحرار نقضناه وجعلناه لا شيء من الناس بأحرار لا نبدل الطرفين فقط ننقض جانب المحمول فإن المحمول...</w:t>
      </w:r>
    </w:p>
    <w:p>
      <w:pPr>
        <w:bidi w:val="1"/>
        <w:spacing w:after="140" w:line="300" w:lineRule="auto"/>
        <w:jc w:val="both"/>
      </w:pPr>
      <w:r>
        <w:rPr>
          <w:rFonts w:ascii="Arial" w:hAnsi="Arial" w:cs="Arial"/>
          <w:b w:val="0"/>
          <w:bCs w:val="0"/>
          <w:sz w:val="32"/>
          <w:szCs w:val="32"/>
          <w:rtl w:val="1"/>
          <w:lang w:val="ar-SA" w:bidi="ar-SA"/>
        </w:rPr>
        <w:t>المتصلة السالبة تحول إلى منقوضة محمولها موجبة كلية هكذا كلما كانت الدولة جائرة فلا شيء من الناس بأحرار أصبحت عندنا متصلة موجبة صادقة أو كاذبة؟ سيدنا صادقة لأن الأصل صادق وبضمها وبضم المتصلة الموجبة إلى الحملية ينتج قياسا من الشكل ثاني...</w:t>
      </w:r>
    </w:p>
    <w:p>
      <w:pPr>
        <w:bidi w:val="1"/>
        <w:spacing w:after="140" w:line="300" w:lineRule="auto"/>
        <w:jc w:val="both"/>
      </w:pPr>
      <w:r>
        <w:rPr>
          <w:rFonts w:ascii="Arial" w:hAnsi="Arial" w:cs="Arial"/>
          <w:b w:val="0"/>
          <w:bCs w:val="0"/>
          <w:sz w:val="32"/>
          <w:szCs w:val="32"/>
          <w:rtl w:val="1"/>
          <w:lang w:val="ar-SA" w:bidi="ar-SA"/>
        </w:rPr>
        <w:t>على نحو ما تقدم في اخذ النتيجه، هكذا كلما كانت الدولة جائرة فلا شيء من الناس بسعداء، لأن الحد الأوسط كلمة أحرار، ووقع كلمة حر محمولا في المقدمتين، وهذا هو الشكل الثاني، وقد اختلف وقد اختلف الكيف، لأن الصغرى كل سعيد حر. لا الصغرى...</w:t>
      </w:r>
    </w:p>
    <w:p>
      <w:pPr>
        <w:bidi w:val="1"/>
        <w:spacing w:after="140" w:line="300" w:lineRule="auto"/>
        <w:jc w:val="both"/>
      </w:pPr>
      <w:r>
        <w:rPr>
          <w:rFonts w:ascii="Arial" w:hAnsi="Arial" w:cs="Arial"/>
          <w:b w:val="0"/>
          <w:bCs w:val="0"/>
          <w:sz w:val="32"/>
          <w:szCs w:val="32"/>
          <w:rtl w:val="1"/>
          <w:lang w:val="ar-SA" w:bidi="ar-SA"/>
        </w:rPr>
        <w:t>لا شيء من الناس بأحرار والكبرى كل سعيد حر، قياس حملي من الشكل الثاني. ينتج لا شيء من الناس بسعداء، نعم لا شيء من الناس بسعداء. نجعل هذه النتيجة تاليا مقدمها هو هو الطرف الذي لم تقع فيه شركة، وهو كلما كانت الدولة جائرة. تنبيه لهذا النوع...</w:t>
      </w:r>
    </w:p>
    <w:p>
      <w:pPr>
        <w:bidi w:val="1"/>
        <w:spacing w:after="140" w:line="300" w:lineRule="auto"/>
        <w:jc w:val="both"/>
      </w:pPr>
      <w:r>
        <w:rPr>
          <w:rFonts w:ascii="Arial" w:hAnsi="Arial" w:cs="Arial"/>
          <w:b w:val="0"/>
          <w:bCs w:val="0"/>
          <w:sz w:val="32"/>
          <w:szCs w:val="32"/>
          <w:rtl w:val="1"/>
          <w:lang w:val="ar-SA" w:bidi="ar-SA"/>
        </w:rPr>
        <w:t>وهو المؤلف من الحملية والمتصلة أهمية كبيرة في الاستدلال، لا سيما أن قياس الخلف أو الخلف بقراءة أخرى إلا أن شيخ المظفر بناء على كتابه تقرأ بالخلف بالضم ينحل إلى أحد صنفيه المطبوعين، ما معنى المطبوعين؟ يعني اللذان يوافقان الطاطع، وليكن هذا على بالك فإنه سيأتي كيف ينحل قياس الخلف إليه أي إلى القياس المؤلف من الحملية...</w:t>
      </w:r>
    </w:p>
    <w:p>
      <w:pPr>
        <w:pStyle w:val="Heading2"/>
        <w:bidi w:val="1"/>
        <w:spacing w:after="140" w:line="300" w:lineRule="auto"/>
        <w:jc w:val="right"/>
      </w:pPr>
      <w:r>
        <w:rPr>
          <w:rFonts w:ascii="Arial" w:hAnsi="Arial" w:cs="Arial"/>
          <w:b w:val="1"/>
          <w:bCs w:val="1"/>
          <w:color w:val="1756A9"/>
          <w:sz w:val="36"/>
          <w:szCs w:val="36"/>
          <w:rtl w:val="1"/>
          <w:lang w:val="ar-SA" w:bidi="ar-SA"/>
        </w:rPr>
        <w:t>الحملية والمنفصلة</w:t>
      </w:r>
    </w:p>
    <w:p>
      <w:pPr>
        <w:bidi w:val="1"/>
        <w:spacing w:after="140" w:line="300" w:lineRule="auto"/>
        <w:jc w:val="both"/>
      </w:pPr>
      <w:r>
        <w:rPr>
          <w:rFonts w:ascii="Arial" w:hAnsi="Arial" w:cs="Arial"/>
          <w:b w:val="0"/>
          <w:bCs w:val="0"/>
          <w:sz w:val="32"/>
          <w:szCs w:val="32"/>
          <w:rtl w:val="1"/>
          <w:lang w:val="ar-SA" w:bidi="ar-SA"/>
        </w:rPr>
        <w:t>القسم الأخير هو القياس الذي ألف من حملية ومنفصلة وهذا النوع كسابقه يجب أن يكون الاشتراك فيه في جزء تام من الحملية غير تام من المنفصلة وقد تقدم وجهه وما هو وجهه؟ أن الحملية هو تمام إما الموضوع أو تمام...</w:t>
      </w:r>
    </w:p>
    <w:p>
      <w:pPr>
        <w:bidi w:val="1"/>
        <w:spacing w:after="140" w:line="300" w:lineRule="auto"/>
        <w:jc w:val="both"/>
      </w:pPr>
      <w:r>
        <w:rPr>
          <w:rFonts w:ascii="Arial" w:hAnsi="Arial" w:cs="Arial"/>
          <w:b w:val="0"/>
          <w:bCs w:val="0"/>
          <w:sz w:val="32"/>
          <w:szCs w:val="32"/>
          <w:rtl w:val="1"/>
          <w:lang w:val="ar-SA" w:bidi="ar-SA"/>
        </w:rPr>
        <w:t>محمول والمنفصلة والمنفصلة لا يمكن أن تكون طبعا قال في جزء تام من الحملية غير تام في المنفصلة لأن المنفصلة أيضا قضية شرطية والقضية الشرطية تنحل إلى قضيتين فلا بد أن نأخذ جزءا من تلك القضيتين غير أن الشركة فيه أي في هذا القسم للحملية قد تكون مع جميع أجزاء المنفصلة...</w:t>
      </w:r>
    </w:p>
    <w:p>
      <w:pPr>
        <w:bidi w:val="1"/>
        <w:spacing w:after="140" w:line="300" w:lineRule="auto"/>
        <w:jc w:val="both"/>
      </w:pPr>
      <w:r>
        <w:rPr>
          <w:rFonts w:ascii="Arial" w:hAnsi="Arial" w:cs="Arial"/>
          <w:b w:val="0"/>
          <w:bCs w:val="0"/>
          <w:sz w:val="32"/>
          <w:szCs w:val="32"/>
          <w:rtl w:val="1"/>
          <w:lang w:val="ar-SA" w:bidi="ar-SA"/>
        </w:rPr>
        <w:t>وهو القريب إلى الطبع، وقد تكون مع بعضها وعلى التقديرين تقع الحملية، إما صغرى أو كبرى، فهذه أربعة أصناف، مثال ذلك. الثلاثة عدد، لاحظ حملية. العدد إما زوج أو فرد. هنا أين الحد المشترك؟ الحد المشترك تجد كلمة عدد. النتيجة الثلاثة إما زوج أو فرد...</w:t>
      </w:r>
    </w:p>
    <w:p>
      <w:pPr>
        <w:bidi w:val="1"/>
        <w:spacing w:after="140" w:line="300" w:lineRule="auto"/>
        <w:jc w:val="both"/>
      </w:pPr>
      <w:r>
        <w:rPr>
          <w:rFonts w:ascii="Arial" w:hAnsi="Arial" w:cs="Arial"/>
          <w:b w:val="0"/>
          <w:bCs w:val="0"/>
          <w:sz w:val="32"/>
          <w:szCs w:val="32"/>
          <w:rtl w:val="1"/>
          <w:lang w:val="ar-SA" w:bidi="ar-SA"/>
        </w:rPr>
        <w:t>زوج أو فرد. وهذا المثال من الصنف الأول، وهو القريب إلى الطبع، لماذا؟ ما هو الصنف الأول؟ قال المؤلف من حملية صغرى، لاحظ الحملية الصغرى هي الثلاثة عدد. مع كون الشركة مع جميع أجزاء ال منفصلة، لأن المنفصلة في المثال بتقدير دائما إما العدد زوج وإما العدد فرد. فاشتركت مع عددية الزوج ومع عددية الزوج...</w:t>
      </w:r>
    </w:p>
    <w:p>
      <w:pPr>
        <w:bidi w:val="1"/>
        <w:spacing w:after="140" w:line="300" w:lineRule="auto"/>
        <w:jc w:val="both"/>
      </w:pPr>
      <w:r>
        <w:rPr>
          <w:rFonts w:ascii="Arial" w:hAnsi="Arial" w:cs="Arial"/>
          <w:b w:val="0"/>
          <w:bCs w:val="0"/>
          <w:sz w:val="32"/>
          <w:szCs w:val="32"/>
          <w:rtl w:val="1"/>
          <w:lang w:val="ar-SA" w:bidi="ar-SA"/>
        </w:rPr>
        <w:t>فكلمة العدد المشتركة بين المقدمتين الحملية والمنفصلة موجودة في جزئي المنفصلة معا. هي العدد، يعني لاحظ رقم اثنين المنفصلة ما هي؟ العدد إما عدد زوجي أو عدد فردي. فكلمة العدد اشتركت في مقدم المنفصلة وفي وفي تاليها. واضح شيخ مسلم؟</w:t>
      </w:r>
    </w:p>
    <w:p>
      <w:pPr>
        <w:bidi w:val="1"/>
        <w:spacing w:after="140" w:line="300" w:lineRule="auto"/>
        <w:jc w:val="both"/>
      </w:pPr>
      <w:r>
        <w:rPr>
          <w:rFonts w:ascii="Arial" w:hAnsi="Arial" w:cs="Arial"/>
          <w:b w:val="0"/>
          <w:bCs w:val="0"/>
          <w:sz w:val="32"/>
          <w:szCs w:val="32"/>
          <w:rtl w:val="1"/>
          <w:lang w:val="ar-SA" w:bidi="ar-SA"/>
        </w:rPr>
        <w:t>أما أخذ النتيجة في المثال فقد رأيت أن أسقطنا الحد المشترك وهو كلمة عدد، يعني لم يقل لك تحول المنفصلة إلى إلى متصلة، وأخذنا جزء الحملي الباقي مكانه في النتيجة التي هي منفصلة أيضا، وهو على منهاج الشكل الأول في الحمل. وهكذا نصنع في أخذ نتائج هذا النوع، ونكتفي بهذا المقدار من البيان عن عن هذا النوع خاصة...</w:t>
      </w:r>
    </w:p>
    <w:p>
      <w:pPr>
        <w:bidi w:val="1"/>
        <w:spacing w:after="140" w:line="300" w:lineRule="auto"/>
        <w:jc w:val="both"/>
      </w:pPr>
      <w:r>
        <w:rPr>
          <w:rFonts w:ascii="Arial" w:hAnsi="Arial" w:cs="Arial"/>
          <w:b w:val="0"/>
          <w:bCs w:val="0"/>
          <w:sz w:val="32"/>
          <w:szCs w:val="32"/>
          <w:rtl w:val="1"/>
          <w:lang w:val="ar-SA" w:bidi="ar-SA"/>
        </w:rPr>
        <w:t>قد أطلنا في بحث الاقترانات الشرطية على خلاف المعهود في كتب المنطق المعتاد تدريسها، كمثلا كتاب الشمسية أو مثلا القواعد الجلية أو الجوهر النضيد، نظرا إلى كثرة فائدتها والحاجة إليها، أما الآن ما هي المعهودة في وقتنا هذا كتب المنطق التي تدرس؟ خلاصة المنطق...</w:t>
      </w:r>
    </w:p>
    <w:p>
      <w:pPr>
        <w:bidi w:val="1"/>
        <w:spacing w:after="140" w:line="300" w:lineRule="auto"/>
        <w:jc w:val="both"/>
      </w:pPr>
      <w:r>
        <w:rPr>
          <w:rFonts w:ascii="Arial" w:hAnsi="Arial" w:cs="Arial"/>
          <w:b w:val="0"/>
          <w:bCs w:val="0"/>
          <w:sz w:val="32"/>
          <w:szCs w:val="32"/>
          <w:rtl w:val="1"/>
          <w:lang w:val="ar-SA" w:bidi="ar-SA"/>
        </w:rPr>
        <w:t>كان المعهود سابقا الشمسيه الحاشيه القواعد الجليه الجوهر النظير اما في وقتنا هذا خلاصه المنطق او مذكره المنطق ومذكره المنطق اختصت بها الجامعه. نظرا الى كثره فائدتها والحاجه والحاجه اليها فان اكثر البراهين العلميه تبتني على الاقترانات الشرقيه وان كنا تركنا كثيرا من الابحاث التي لا يسعها هذا المختصر...</w:t>
      </w:r>
    </w:p>
    <w:p>
      <w:pPr>
        <w:bidi w:val="1"/>
        <w:spacing w:after="140" w:line="300" w:lineRule="auto"/>
        <w:jc w:val="both"/>
      </w:pPr>
      <w:r>
        <w:rPr>
          <w:rFonts w:ascii="Arial" w:hAnsi="Arial" w:cs="Arial"/>
          <w:b w:val="0"/>
          <w:bCs w:val="0"/>
          <w:sz w:val="32"/>
          <w:szCs w:val="32"/>
          <w:rtl w:val="1"/>
          <w:lang w:val="ar-SA" w:bidi="ar-SA"/>
        </w:rPr>
        <w:t>واقتصرنا على اهم الاقسام التي هي اشد علوقا بالطبع بالطبع الاقرب الى الطاقه، لهذا تم الكلام في القياس الاقتراني شرطي، ياتي الكلام ان شاء الله في القياس الاستثنائي،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