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خلاصة الدرس 40</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خلاصة مباحث الاستقراء والتمثيل وحجيتهما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تناول الدرس مبحث الاستقراء بأنواعه المختلفة ومقدار إفادته لليقين أو الظن، مبيناً أن الاستقراء المجرد عن التعليل لا يفيد إلا الظ,ن بينما الاستقراء المبني على استكشاف علة المحمول أو القائم على بديهيات العقل يفيد اليقين القطعي. كما بحث حجية القياس والتمثيل مفرقاً بين التمثيل البسيط الذي لا يفيد إلا الاحتمال والظن غير المعتبر لعدم إحراز العلة وبين القياس المنصوص أو المستنبط العلة الذي يعتمد عليه لإثبات الأحكام الشرعية عند ثبوت علتها الجامعة بين الأصل والفرع.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