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خلاصة الدرس 41</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خلاصة مباحث الاستدلال والحجة في المنطق</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يدور الدرس حول مباحث الاستدلال والحجة بوصفها الغاية القصوى للمنطقي والمقصد الأساس الذي يتبعه في الوصول إلى المطالب المجهولة. وقد قسّم المصنف الاستدلال إلى قسمين: استدلال مباشر (ويتمثل في التناقض، والعكس المستوي، وعكس النقيض) واستدلال غير مباشر (ويتمثل في القياس، والاستقراء، والتمثيل). ويُعَد القياس هو العمدة بين طرق الاستدلال لأنه يفيد اليقين بخلاف الاستقراء الناقص والتمثيل اللذين قد لا يفيدان اليقين إلا ما رجع منهما إلى القياس التام.</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وقد عرّف المناطقة القياس بتعريف الشيخ المظفر بأنه: "قول مؤلف من قضايا متى سلم لزم عنه لذاته قول آخر"، وتم تفصيل مفردات هذا التعريف بدقة، مع بيان أن القياس يعتمد على مقدمات صحيحة ومسلم بها لإنتاج نتائج يقينية صائبة مطابقة للواقع.</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كما بين الدرس أن الطرق الثلاثة للاستدلال (القياس، والاستقراء، والتمثيل) وإن اشتركت في غاية الكشف عن المجهول التصديقي، إلا أن القياس يتميز باعتماده على القواعد العامة المسلم بصحتها للانتقال إلى النتائج الحتمية، في حين يعتمد الاستقراء على تتبع الجزئيات، ويعتمد التمثيل على سراية الحكم بين المتشابهين.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