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درسنا هو على متن كشف المراد للعلامة الحلي رحمة الله عليه وهو شرح لمتن المحقق الكبير ناصر الدين الطوسي رحمة الله عليه المعروف بالتجريد فكشف المراد هو شرح للتجريد قبل الدخول في اصل المتن والشرح اقدم مقدما تفيدنا في فهم مقدمة الشرح وكذلك مقدمة الماكنة المحققة التوصي رحمة الله عليه الله تعالى لما خلق الانسان اعطاه الوجود واعطاه اساسية تكوينية منها العقل منها الاختيار ومنها هذا الوجدان الذي به يحب ويبغض فهذه القدرات او الملكات اودعها الله تعالى الحكيم بالحكمة المطلقة في الوجود الانساني لغاية وهي معرفة الله تعالى والتكامل والحركة نحو الله تعالى حتى يعيش الانسان الحياة الطيبة يوم القيامة لما خلق الله تعالى هذا الانسان او دعا فيه هذه القدرات لغاية هي الحياة الطيبة وبطبيعة الحال يجب ان يجعل له مشروعا وهذا مقتضى عدله تعالى في حق هذا الانسان الذي يتمتع بهذه القدرات فيرسل له الرسل ويبعث الانبياء الانبياء والرسل يأتون بالمشروع الالهي الذي اذا وعي به الانسان واتبعه بحسن اختياره يصل الى الحياة الطيبة اذا عندنا اله وسيأتي التدليل على وجوده وعلى صفاته باخر الكتاب هذا الاله يتصف بالتوحيد وستأتي اقسام التوحيد بالتفصيل فعندنا باب التوحيد ثم اذا لطف الله تعالى على هذا الانسان بهذه القدرات بهذه الملكات وجعل له الرسل والانبياء ونواب الرسل والانبياء وهم الأئمة عليهم السلام هذا هو العدل. وضع الشيء في مكانه المناسب اعطاء للشيء ما يستحق هذا الانسان بهذه القدرات الجميلة من عقل واختيار ووجدان جميل متعلق بالله تعالى في اصل خلقته وهي الفطرة فيجب ان يعدل في حقه يضح في السياق سياق التكامل هذا السياق هو عبارة عن الزمت يأتي بها الدين الزامات عقدية الزامات اخلاقية الزامات التشريعية في هذا الكتاب كشف المراد نهتم فقط بالبعد العقدي لا علاقة لنا بالبعد الاخلاقي والتشريعي. الكتاب كتب لتقرير العقائد اذا عندنا اله متفرد بالالوهية. وهذا هو التوحيد فالتوحيد يعالج يعالج في هذا الكتاب ثم العدل وظع هذا الانسان صاحب هذه الملكات والقدرات في سياق التكامل لأن الإنسان بهذه البنية يستحق ذلك والله تعالى من باب حكمته المطلقة حكمته الخالدة يضع على الانسان في السياق وضع الانسان في السياق حتى يصل الى الحياة الطيبة يعني اعطاء للإنسان ما يستحق وهو العدل من مصادق العدل النبوة والامامة اصحاب المشروع الإلهي هناك المشروع الإلهي العقدي والأخلاقي والتشريعي يتجسد بتمامه هم الصراط المستقيم فعندنا التوحيد وعندنا العدل عندنا النبوة من مصاديق العدل وعندنا الامامة كذلك وهي امتداد لعنوان النبوة وهي من مصاديق العدل كذلك ثم عندنا الحياة الطيبة يعني المعاد توصلنا الى اصول الدين التوحيد بعد ما نثبت بالدليل وجود الله تعالى ثم نوحده بجميع اقسام التوحيد فيتعين التوحيد كاصل اساس في النسق العقدي الاسلامي ثم العدل ثم مصادق العدل مصادق العدل ثلاثة نبوة امامة ومعد التوحيد يتجلى في قوس الخلق ويتجلى كذلك في قوس العود الى الله تعالى بقوس الهداية. عندنا قوس الخلق الله تعالى يعطي للإنسان الوجود ويعطي هذه القدرات ربنا الذي اعطى كل شيء خلقه. هذا هو قوس الخلق ثم هدأ يرجعه الى كمالاته اللائقة به يربيه يوصله الى غايته هذا قوس التكامل قوس العود قوس الرجوع قوس العروج سميه كما تشاء. مصطلحات استعارية فقط استعارات تفهمية فقط فالنبوة والامامة والنهاية يعني الغاية المعاد كلها من مصاديق العدل الالهي اذا اذا اردنا ان نختزل اصول الدين نقول الذات الالهية بوصف التوحيد وفعل الذات الالهية هذا الفعل يتجلى في النبوة يعني ارسال الرسل وجعل الانبياء وجعل الائمة والمعهد نهاية العروج الانساني نحو الله تعالى حتى يعيش الانسان الحياة الطيبة فهذه هي اصول الدين توحيد عدل نبوة امامة ومهد كشف المراد الذي هو شرح التجريد للمحقق الطوسي فيلسوف الكبير بيان لهذه الاصول المنهجية المتبعة بهذا الكتاب بشرحه وبمتنه وشرحه منهجية مرة تعتمد على العقل المحض لان العقل اذا ترقى يصل الى القوانين الالهية وهذه القوانين الالهية ماذا تمثل في حقيقتها? حكمة الهية فاذا قلنا هنا العقل لا يعني العقل الجزئي ابدا. العقل الجزئي ليس حجة العقل الجزئي ليس حجة العقل الجزئي اذا ترقى وتماهى في الحكمة الالهية وادرك السنن العقلية والسنن الكونية والسنن الالهية صار عقلا معياريا وهذا هو العقل الذي يطلق عليه عنوان الحجية ولهذا يقول الامام البقر عليه السلام ان لله على الناس حجتين حجة ظاهرهم الاولياء الانبياء والائمة وحجة باطنة هو العقل كيف يكون العقل الجزئي? يعني عقلي انا وعقلك انت محدود ملفوف بالشهوات والاخطاء يكون حجة غير معقول اذا الحجة ذلك العقل المعياري متى يكون الانسان على مستوى هذا العقل اذا ترقى امير المؤمنين يقول عليه السلام كم من عقل اسير تحت هوى الامير اذا تخلص هذا العقل الجزئي من الاهواء وترقى الى مستوى الحكمة الالهية الخالدة حينها يكون حجة باطنة يصل الى سنن الله تعالى سواء كانت هذه السنن قوانين عقلية او قوانين كونية افاقية انفسية فهذا منهج اتبعه المحقق التونسي في ماتينه و تبناه العلامة الحلي في شرحه وعندنا كذلك النصوص نعتمد على النصوص الدينية في تبيين مفردات العقيدة خاصة المفردات الجزئية ليس الكلية. الكلية يتكفل بها العقل تلك الحجة الباطنة. اما الجزئيات التي لا يطالها العقل ولا يدركها العقل. هناك الحجية العقل الظاهر الانبياء يعني النصوص الوحيانية ومرة نعتمد على الشهود الشهود العقلي الشهود العقلي يعني تتعامل مع الواقع ومع الحقيقة مباشرة ثم يأتي التحليل والتركيب هذه الامور كلها سنضيئها حين التطبيق المتني اذا وصلنا الى التطبيق المتني هذه الامور نضيئها بطريقة رائعة وجميلة يستأنس لها الطالب العزيز هذه هي المنهجية المتبعة في اصل المتن وفي شرح المتن وهذه هي الأصول التي تبين في كلياتها وتفاصيلها في هذا المتن كشف المراد كشف المراد جيد والان نسأل هذا السؤال العقيدة ما هي? لان هذا الكتاب هو فلسفة العقيدة تبيين للعقيدة بطريقة علمية العقيدة ما هي العقيدة هي ان يلتزم الانسان بعقله وقلبه بمجموعة من الامور تتصل بي والله تعالى وهذا هو الدين في بعده العقدي فالانسان بعقله وقلبه متصل بالله تعالى وهذا الاتصال بين الانسان والله تعالى. مثلا انا اؤمن بالتوحيد في الالوهية يعني المرتبة الالهية لها مصداق واحد هو الله تعالى ما عندنا الهان عندنا المرتبة الالوهية كم مصداق لها? مصداق واحد. هذا التوحيد في الالوهية. وسيأتي بيانه بالتفصيل انا الان اتعقل هذه المسألة بالدليل والدليل دائما يكون دليلا عقليا ما عندنا دليل نقلي وهذه المسألة ابينها جيدا وان تتعجب كيف ما عندنا دليل نقلي الدليل دائما يكون عقليا. فاذا جئت انت بنص</w:t>
      </w:r>
    </w:p>
    <w:p>
      <w:r>
        <w:t>نص قرآن او رواية ودللت على مسألة عقدية من من خلال هذه الاية او الرواية حتما هناك ملاك عقلي قد يلتفت اليه الانسان وقد لا يلتفت مثال ذلك القرآن يقول في اثبات التوحيد الربوبي والتدبير في قوس الصعود التوحيد الربوبي يقع في قفص الصعود يعني في قفص الهداية اخراج الشيء من القوة الى الكمال. دائما في قوس الهداية الاية ماذا تقول? تقول لو كان فيهما الهة الا الله لفسدتا السماوات والارض تفسد تخرب هذا قياس قياس استثنائي شرطية متصلة ثم يأتي بطلان التالي من يدرينا ان السماوات والارض لم تخرب والقرآن يشير ارجع البصر هل ترى من فتور؟ يعني تأمل بالشهود في الايات الافاقية في نظام الوجود هل تجد انشقاقا تفككا فسادا ابدا ينقلب اليك البصر وهو حسير متعجب في النظم والدقة الان بعظهم يقول هذا دليل نقلي على التوحيد في الربوبية او التوحيد في التدبير. لا هذا دليل عقلي بلسان قرآني هناك فارق بين الدليل واللسان الدليل دليل عقلي اللسان لسان قرآني لماذا? ما هو ما هو السر بكون هذه الاية القرآنية دليل عقلي الله تعالى يقول لك تأمل في الايات الافاقية والايات الانفسية لا تجد انشقاقا لا تجد فسادا فانت الان تشاهد بعقلك اما العقل الشهودي الذي يدرك الواقعية مباشرة بدون واسطة تأملية واما بالتأمل بالتأمل. الان انا اعاين الشمس مباشرة هذا الشهود شو تحسي وشهود عقلي وهذه الادوات سنبينها ان شاء الله اذا دخلنا الى اصل المتن وشرح المتن اذا انا اشاهد بالحس الشمس عقلي يقول انها موجودة شهود عقلي وارى ان هذه الشمس تشرق وتغرب لا فساد في منظومتها اتقان وهذا الاتقان دائم فادركت بالعقل عدم الفساد ثم ارجع الى القياس الى الشرطية لو كان فيه ماء الهة الا الله الالوهية التدبيرية لا فسدت العقل يقول انا بالشهود لم ارى الفساد اذا احكم كذلك باليقين ان تعدد الالهة التدبيرية محال فالله تعالى يتفرد بالتوحيد في الربوبية. فهو الرب الوحيد الذي يربي مفردات الوجود دليل عقلي الا ان اللسان لسان قرآني وقد يكون اللسان روائيا نصا روائيا هذه الامور يجب ان يدركها الطالب العزيز لان هذا الدرس نحاول قدر المستطاع ان ندرس بنحو الاجتهاد بمعنى ان الطالب العزيز اذا سمع هذه الدروس وفهمها جيدا يصير مجتهدا في العقيدة وما احوجنا الى الاجتهاد في العقيدة في هذا العصر مع هذا الالحاد المنتشر وهذه الشبهات التي في كل يوم تأتينا من خلال هذه الادوات ما يسمى بالتواصل الاجتماعي اذا هذا الكتاب كشف المراد يقارب موضوعات العقيدة موضوعات العقيدة تدرج تحت عناوين كليا العنوان الأول هو التوحيد هناك نعالج موظوع الذات الالهية بعد اثبات وجودها ثم نعالج التوحيد باقسامه المتعددة توحيد الاحد الواحد الصفات الخالق الربوبي التشريعي الالوهي العبودي كلها تأتي بالتفصيل ما يسمى بنصاب لا اله الا الله ثم العنوان الثاني هو العدل بمعنى ان الله تعالى في خلقه حكيم بالحكمة المطلقة يضع كله موجود في رتبته الوجودية ويعطيه ما يستحق من كمالات سواء كان هذا الوجود ماديا او من سلخ الحيوانات او من سلخ الوجودات التي تعقل وتتكامل كالانسان والملائكة كذلك يعطيها مرتبتها الوجودية ويعطيها الوظيفة المقدسة. الملائكة لا تتكامل. الانسان هو الذي يتكامل العنوان الثالث هو النبوة من مصادق العدل واسطة بين الانسان الذي يتكامل والله تعالى الصراط المستقيم ثم الامام بوصفها النيابة عن النبوة وبوصفها استمرارا للنبوة كذلك عنوان اساسي في النسق العقدي يسمى الامامة توحيد عدل نبوة امامة الغاية ما هي المعاد المعاد بالفتح وليس بالكسر المعاد وهي الحياة الطيبة يعني عود الانسان الى الله تعالى هذه الاصول الكلية وتحتها موضوعات متعددة يقاربها كشف المراد وهو شرح للتجريد المحقق الطوسي المحقق التونسي عالم كبير تتلمذ عليه العلامة الحلي في العقائد وفي الفلسفة ونعلم الحين معروف مرجعية شيعية كبيرة معروف بكتبه الفقهية وب جهاده وبكتبه العقدية وو فنحن الان مع شخصيات كبيرة او مع شخصيتين كبيرتين المحقق التونسي صاحب الكتب الكلامية المتعددة والعلامة الحلي كذلك معروف ومشهور فنقرأ الافتتاحية ولا اطيل عليكم ثم ندخل في اصل المتن في الجلسة القادمة ان شاء الله يقول المحقق التونسي يقول بسم الله الرحمان الرحيم. الحمد لله القاهر سلطانه العظيم شأنه الواضح الواضح برهانه يبدأ بالتوحيد الكلام عن الله تعالى والحمد لله هذا رمز لي التوحيد. الحمد لله القاهر سلطانه العظيم شأنه الواضح برهانه العامي احسانه الاحسان هنا باب العدل باب العدل العدل والإحسان الذي ايد العبادة بمعرفته ايد لطف لان العدل هو لطف لمعرفته اعطاهم الوجود وهذه القدرات من عقل وارادة ووجدان ثم جعل لهم السبيل اما السبيل التكويني التأمل في الايات الافاقية والانفسية واما السبيل التشريعي والاخلاقي بارسال الانبياء وهداهم الى حجته هذه الهداية. الهداية هنا ينطوي تحتها النبوة والامامة جيد اعطاء الوجود وهذه القدرات والهداية والحجج لماذا? لم تعلي لي بالغاية ليفوزوا بجزيل الثواب. اشارة الى الميعاد ليفوزوا بجزيل الثواب العظيم المخلد المعاد والخلود ويخلص من العقاب الاليم السرمد. لان المعاد يتجلى الجزاء الحسن وبالجزاء القبيح. يعني العقاب وصلى الله على اكمل نفس الانسانية. اشارة الى النبوة وازكى طيبة عنصرية محمد المصطفى صلى الله عليه واله وعلى عترته الابرار اشارة الى الامامة وذريته الاخيار وسلم تسليما. فانطوى في هذه الاطلالة اه وبين باختصار الاصول الاصول الخمسة التوحيد والعدل والنبوة والامامة والمعاد ثم يأتي العلامة الحلي اما بعد فان كمال الانسان انما هو بحصول المعارف الالهية ببركة العقل وادراك الكمالات الربانية هذا كله في قوس التكامل اذ بصفة العلم يمتاز عن عجم الحيوانات طبعا الانسان يتميز بالادراك والعقل. وبالتالي يتكامل نحو الله تعالى اما الحيوان لا يتحرك بالغريزة ولا يتكامل ولهذا لا يؤسس حضارات نعم ويفضل يعني الانسان على الجمادات. الجمادات اتعس من الحيوانات ولا معلوم قد تقول هذا العلم متعلقه ما هو يعلم بماذا يعلم بماذا يعلم بالله تعالى الشرف العلوم ولا معلوم اشرف من واجب الوجود تعالى. هنا اضاءة صغيرة. ويجب الوجود مصطلح فلسفي الموضوع العقدي هو الله تعالى. وهذه سنشير اليها بالتفصيل حين التذليل على وجوب الله تعالى. فالعلم به اكمل من كل مقصود. وانما يتم بعي بعلم الكلام وعلم العقائد نعم فانه المتكفل يعني هذا العلم بحصول هذه المرام يعني الغاية فوجب على كل مكلف من اشخاص الناس الاجتهاد في ازالة الالتباس لاجتهاد يعني عدم التقليد في العقائد بالنظر الصحيح في البراهين وطلب الحق بالتعيين ووجب على كل عارف من العلماء ارشاد المتعلمين وتسليك الناظرين يعني العالم والمتعلم. وقد كنا صرفنا مدة من العمر في وضع كتب متعددة في هذه العلوم الجليلة واحراز هذه الفضيلة. يعني كان الاعلام الحلي قد الف في علم الكلام والعقيدة كتبا وقد كنا صرفنا مدة من العمر في وضع كتب متعددة في هذه العلوم الجليلة واحراز هذه الفضيلة. فضيلة العلم بالعقائد. والان</w:t>
      </w:r>
    </w:p>
    <w:p>
      <w:r>
        <w:t>حيث وفقنا الله تعالى ينسب التوفيق لله تعالى ليس لنفسه. وهذا من ادب الايمان للاستفادة من مولانا الافضل للعالم الاكمل نصير الملة والحق والدين محمد بن محمد بن الحسن الطوسي ناصر الدين الطوسي قدس الله تعالى روحه الزكية في العلوم الالهية والمعارف العقلية. يعني درس عنده المعارف الالهية من علم الكلام والفلسفة ووجدناه راكبا يعني وجدنا المحقق الطوسي راكب النهج التحقيق محقق كبير سالكا جدد التدقيق معرضا عن سبيل المغالبة لا يجادل كصفة المتكلمين في ذلك الزمان. تاركا طريق المغالطة لا يغالط وانما يتبع الحقيقة تتبعن مطارح اقدامه في نقضه وابرامه ولما عرج الى جوار الرحمن يعني توفى رحمة الله عليه ونزل بساحة الرضوان وجدنا كتابه الموسوم بتجريد الاعتقاد وهو المتن قد بلغ فيه يعني المحقق التونسي اقصى المراد يعني كتاب تحقيقي عميق وجمع جل مسائل الكلام على ابلغ نظام. كما ذكر في خطبته كما ذكر المحقق في خطبة واشار في ديباجته يعني اطلالته. الا انه الاشكال انه موجز مغلق. الا انه اوجز الفاظه في غاية في الغاية وبلغ في ايراد المعاني الى طرف النهاية حتى كلا يعني عجزة عن ادراكه المحصلون وعجز عن فهم معانيه الطالبون فوضعن هذا الكتاب الموسوم بكشف المراد. يعني شرحنا التجديد وسميناه كشف المراد في شرح تجهيز الاعتقاد. موضحا هذا الكتاب لما استبهم من معضلات التجريد كاشفا عن مشكلات التجريد راجيا من الله تعالى هذا الامل التوفيق دائما ومع الله هذا هو التوحيد. راج من الله تعالى جزيل الثواب وحسن المآب الاخرة يعني حسن العاقبة انه اكرم المسؤولين عليه توكلت وبه نستعين. ونحن كذلك نتوكل على الله تعالى في بيان كشف المراد والتجريد. نعم. قال بسم الله الرحمن الرحيم. اما بعد. هنا الدخول في اصل التجريد حمد واجب الوجود على نعمائه والصلاة على سيد انبيائه محمد المصطفى وعلى اكرم امنائه. يعني الائمة عليهم السلام فاني مجيب الى ما سئلت من تحريم سائل الكلام. طلبوا منه تحرير مسائل الكلام وترتيبها على ابلغ نظام مشير الى غرر فوائد الاعتقاد. ونكت مسائل الاجتهاد اما قادني الدليل والبرهان والدليل اليه. وقوي اعتقادي عليه وسميته بتجريد الاعتقال. هذا المت للمحقق التونسي وقد اسأل العصمة والسداد الله التوفيق وان يجعله ذخرا ليوم المعاد ورتبته على مقاصد ان شاء الله في الحصة القادمة يعني الحصة الثانية ندخل في اصل المتن والشرح شرح العلامة ونبين مكنونه وعمقه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