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بدأنا في الالهيات بالمعنى الاعم كشف المراد كتاب عقدي مقسم الى قسمين القسم الأول هو الإلهيات بالمعنى الأعم والقسم الثاني هو الالهيات بالمعنى الاخص فنحتاج الى تبيين هذين العنوانين الالهيات بالمعنى الاخص تتناول احكام الوجود والإلهيات بالمعنى الأخص تتناول الله تعالى وصفاته وافعاله لماذا جيء بلهيات بالمعنى الأعم التي تتناول احكام الوجود والتي لا علاقة لها بالعقيدة وبعلم الكلام في هذا الكتاب السر هو ان الالهيات بالمعنى الاخص يعني اثبات الله تعالى وصفاته وافعاله تصادر على مجموعة من المفاهيم تبين في الالهيات بالمعنى العام. اصول تؤخذ هناك كوصول موظوعة يبنى عليها المسائل العقدية بدون هذه الاصول وهذه المصادرات لا نفهم تلك الموضوعات التي تتناول في الالهيات بالمعنى الاخص وهو علم الكلام او الالهيات اذا قسم الكتاب الى قسمين الالهيات بالمعنى الاعم والالهيات بالمعنى الاخص لهذا السبب نتناول في القسم الأول احكام الوجود نستفيد منها الالهيات بالمعنى بالاخص في القسم الثاني فتذكر هنا مجموعة من البحوث وتتناول كذلك في الحقل الفلسفي بشكل اوسع واعمق الفصل الأول يتناول الحكم الأول للوجود وهو ان الوجود في دائرة الادراك وفي دائرة الفهم مفهوم بدي ولهذا يقول المحقق التونسي رحمة الله عليه الفصل الأول في الوجود والعدم وتحديثهما. تحديدهما يعني تعريفهما بالثابت العين والمن في العين او الذي يمكن ان يخبر عنه ونقيضه عن الذي لا يمكن ان يخبروا عنه وبغير ذلك من التعريفات والتحديدات يشتمل على دور ظاهر هذا هو الحكم الأول للوجود انه حقيقة بديهية يدرك بالبدء فلا يمكن ان نوسط مفهوما ما لاضاءته لتوضيحه لتجليته اذا اول مسألة نعالجها بهذه الحصة وفي بداية الإلهيات بالمعنى الأخص في هذه المسألة مفهوم الوجود بديهي وكل المحاولات التي سعت لتحديده اي لتعريفه محاولات فاشلة مبتلاة بالدور تقع في الدور الدور يعني ان تأتي شيء تريد ان تجلي شيئا اخر به وهو نفس الشيء اهو الدور تعرف الف بالف او تعرف الف بباء وباء كذلك تعرف بالف ووقعن في الدور اما الصريح او المظمر المسألة هادي لا نقاش فيها ان مفهوم الوجود بديهي وهذه المحاولات الفاشلة المحقق التونسي يقول هذه من باب شرح الاسم تغيير اللفظ لان تغيير الرف قد يفيد احيانا اضاءة بالنسبة للشخص الذي توقف في ادراك مفهوم الوجوب الان نترك المتن جانبا نقارب المسألة علميا معرفيا ثم نعود الى المتن ونطبق ويتضح لنا ان شاء الله في جميع ابعاده اولا نحن في مسألة معرفية وليس مسألة وجودية الا انها قائمة على مسألة وجودية. لان في كل النصوص النصوص العلمية اما ان نتحرك في البعد الوجودي واما ان نتحرك في البعد المعرفي بالاصطلاح الحوزوي القديم اما في مقام الاثبات واما في مقام الثبوت بمقام الاثبات يعني الادراك والمعرفة هذا هو البعد البعد المعرفي واما ان نكون في مقام الثبوت وهذا هو البعد الوجودي. البعد خارجي خارج عن دائرة الشعور والادراك اذا نبدأ بهذه المسألة المعرفية  بقول الحوزاويين مبدأ انت وسط تصوري انا اشير الى بعض العبارات الحديثة حتى الحوزة والعزيز يحيط بهذه العبارات حديث قد يجمعه ظرف مع ناس لا يفهمون المجال التداولي الحوزوي يتكلمون بمجالهم مجالهم التداول الخاص فاذا قلت مثلا مبدأ تصوري لا يصل الى المعنى ما اذا قلت هذا مبدأ او مبدأ معرفي ينفتح عليك فنحن من حين الى حين نضيء هذه المصطلحات الحديثة ونبين ما يعادلها في مجال التداولي الحوثوي اذا هنا بدائرة مبدأ تصوري بالمجال التداوي الحوزاوي بعد معرفي باللسان الحديث المسألة ما هي المسألة هي مفهوم الوجود البديهي وليست مسألة تصديقية. نحن في دائرة التصورات المفاهيم نحن هنا في اطار المفاهيم مفهوم الوجود البديهي. اذا عندنا هنا كم مفردة عندنا المفردة الاولى مفهوم المفردة الثانية وجود المفردة الثالثة بديهي والمفردة الرابعة منطوية ساضيئها لاحقا نبدأ بالمفردة الاولى المفهوم مطلقا لا نتعامل بالمفهوم في دائرة مصادقه. مفهوم الوجود مفهوم الانسان. مفهوم المال مفهوم الملك لا لا نتكلم عن المفهوم وهو يسري بمصادقه المتعددة نتكلم عن المفهوم فقط المفهوم يعني افق الذئب بمجرد ان تقول مفهوم انت في افق الذهن يعني افق المشاعر افق الادراك مفهوم يعني ادراك اذا اذا ركزنا على البعد الوجودي اين يتواجد المفهوم فنقول افق الذهن لان الذهن هو الظرف المفاهيم ما عندنا مفاهيم في الواقع الخارجي الواقع الخارجي عندنا واقعيات ولها اثار فهناك فرق بين مفهوم النار والنار الخارجية النار الخارجية لها اثار لاحراق والاضاءة والحرارة مفهوم النار يعني النار في افق الذهن تنقلب مفهوما هناك لا حرارة ولا اضاءة ولا احتراق. لماذا? لان النار في افق الفهم. افق الذيل صارت مفهوما. صارت ادراكا اذن من حيث التواجد المفهوم يتواجد في افق الذهن وبعبارة اخرى الذهن يتعين به يتعين بمفهوم الوجود بمفهوم الإنسان بمفهوم الماء ذهب وهكذا هنا لا نتكلم عن سريان المفهوم في مصديقه نتكلم عن اصل المفهوم بينا ان ظرف تواجده هو الذهن لماذا? لان الدين يتعين بالمفاهيم اذن المفهوم هو تعين ذهني تعين ذهني اشارة الى البعد التواجدي ما معنى البعد التواجدي? يعني ما هو الظرف المفهوم? اين يتواجد المفهوم المفهوم يتواجد في الدين. لا معنى لان يكون المفهوم في الواقع الخارجي هذه مسألة بنيوية بنيوية صنع الله تعالى اذا المفهوم في افق الذيب تعين ذهني بمجرد ان تقول مفهوم ذهن يعني حكاية كاشفية خذ انت كمثال المرآة المرآة متى يصدق عليها انها مرآة اذا كشفت اذا لم تكشف ما وراء المرآة فهذه ليست مرآة هوية المرآة كاشفية ولهذا نرى الاشياء منعكسة في المرآة منعكسة يعني مكشوفة على مستوى المرآة. هل هذه الهويات الخارجية شجر بقر ماء تفاح ينعكس على المرآة هل هذه الهويات بحقيقتها في المرآة? لا هناك تكتسب هوية جديدة هوية مرآتية تكشف الواقع الخارجي. فالتفاحة في افق المرآة كصورة مرآتية لا هوية لها حقيقية وانما هي تحكي فقط تكشف اذا طبيعة المفهوم يكشف ما معنى يكشف? يعني يوصلك الى الواقع ما هو هذا الواقع? لا يهمنا الان الواقع له مراتب تجليات متعددة. المهم ما في الذهن من مفاهيم وقضايا لان الدين يتعين اما بالمفاهيم او بالقضايا ما في الذهن من مفاهيم وقضايا يكشف الواقع الخارجي. يعني يخرجك من افق الدين الى الواقع الخارجي وهذا الواقع الخارجي له تجليات متعددة. سريان لا حد له اذا عرفنا المفهوم ببعده الوجودي اين اين يتواجد في افق الدين? فنقول المفهوم تعين ذهني ثم اكتشفنا له خاصية المفهومية يعني الفهم يعني الكاشفية يحكي تعين ديني يحكي يحكي ماذا؟ الى الحكاية من مقولة الاضافة تخرجك الى شيء ما</w:t>
      </w:r>
    </w:p>
    <w:p>
      <w:r>
        <w:t>يحكي في محكي حاكي حكاية محكي ماذا يحكي المفهوم? مضمونا ما فالمفهوم كبعد معرفي لا يصلح الذهن من عنديته ابدا الذهن لا يمكن له ان يصنع الذئب لا يمكن له ان يصنع مفهوما بدون احتكاك بالواقع الخارجي هذه بنيوية اكتبوها عناية الهية بنية الانسان في بعده الادراكي هكذا. الذهن لا يصنع من عنديته شيئا من الاشياء حتى المفاهيم اه الوهمية بدون الخرج لا يتأتى للدين ان يصنعها. مثلا جبل من ذهب اذا لم يكن هناك في الواقع جبل ولم يكن في الواقع ذهب لا يمكن هذا التلفيق الوهمي ابدا نعم الدين له اخلاقية له ابتكار له فعالية له نشاط وسيأتي ان شاء الله بيانه بالتفصيل الا انه يصنع المفاهيم من عنديته ابدا. له نشاط جبار. نشاط عظيم. الا انه يرتكز على الواقع الخارجي اذا اذا قلنا يحكي ففيه محكي بقول الحوزويين متعلق الحكاية متعلق الحكاية هو مضمون المفهوم على مستوى الواقع الخارجي اقارب لك المسألة بمثال حتى تتجلى في ذهنك جيدا عندك تفاحة في مقابلك تعاينها بالشهود تراها بالشهود تفاحة حمراء وانت تتعامل مع هذه التفاحة الحمراء ذهنك يتعين بمفهوم الاحمرار مفهوم الاحمرار يحكي مظمونا على مستوى التفاحة مضمون منشأ هذا المفهوم. منشأ هذا المفهوم وهذه الصفة صفة الإحمرار في التفاحة على اللون الأحمر مضمون هذا المنشأ ما هو? هو اللون الاحمر طبعا هنا اتكلم عن المفهوم ليس الخيال والحس ثم هذا المفهوم يتخلص من احمرار التفاحة وينبسط على كل شيء يتصف بالاحمرار سمكة حمراء دم احمر الخجل لون احمر فينبسط هذه الكلية كما درستم ذلك في المنطق اذا عندنا مفهوم الاحمرار مفهوم الاحمرار تواجده اين? في افق الادراك في الذهن تعين ديني يحكي بمجرد ان نقول يحكي يعني يشير الى طبيعة العلم دائما له اشارة الى غيره. اشارة الى واقع خارجي يشير الى مضمون مضمون واين موجود? موجود في التفاحة. وهو اللون الاحمر يحكي مظمون منشأه منشأ هذا المفهوم هو هذا اللون في الواقعية الخارجية قد يكون في التفاحة قد يكون في سمكة حمراء قد يكون في شيء اخر لا يهم فيه مناشيء لهذا المفهوم نحكي هذا المظمون التفاحة لذيذة لها الشكل. لها طعم هذه كلها لا تهمني هنا فقط هذا المفهوم يحكي الاحمرار. لا يحكي الحيثيات الاخرى والصفات الاخرى طبيعة المفهوم يحكي فقط مضمون انه لا يزيد ولا ينقص لماذا? هذا بحث معرفي ومهم جدا ان المفاهيم تحكي فقط المظمون الذي نشأت منه نشأت منه يعني انا لما تعين في ذهن مفهوم الاحمرار من اين من عنديات الله ابدا اعاين واقعية خارجية تتصل بالاحمرار هناك استل هذا المفهوم كيف هذا المفهوم بحث ما عليه في خطير لا يهمنا الان اذا المفهوم تعين ذهني يحكي مضمون منشأه بالذات هنا اكتمل تعريف المفهوم تعين ذهني يشير الى البعد التواجدي اي في افق الضيق يحكي بعد معرفي بعد ادراكي بعد معرفي يعني فيه اضاءة فيه مرآتية يحكي ماذا? اشارة الى المتعلق المحكي الامر الذي يريد ان يوصلنا اليه معرفيا وهو مضمون منشأه مضمون يعني مضمون هو اللون الأحمر في التفاحة اللون الأحمر في السمكة وهكذا هو المظمون. مظمون المنشأ من شاهد المفهوم هو التفاحة بهذه الحالة حالة الاحمرار بهذه الصفة بالذات ما معناه? يعني ليس للانسان القدرة ان يعطي لهذا المفهوم اه المحكي الذي يريد بالذات هنا في مقابل بالجعل بالجعل وبالادعاء مفهوم الانسان لا يمكن ان تعطيه مضمونا خارجيا هو الماء او البقر او الملك. ابدا ليس بيدك هادي امور تكوينية المعاني امور تكوينية فانا اقول مفهوم الانسان اجعله يحكي البقر يحكي الماء يحكي التفاح ابدا ليس لك ذلك لا يمكن ليس خاضعا للجعل الذي يخضع للجعل هي الالفاظ. وليس المعاني المعاني معاني اه تكوينية تكوينية هذا في دائرة المدليل التصورية اما المدليل التفهيمية اذا دخلت الارادة الانسانية في المذلول التفهيمي والمذلول الجدي بقول الحوزاويين فهناك تلاعب بالالفاظ في دائرة الاستعارات والمجاز واسع هذا بحث اه لسان تداول بلاغ فالانسان يطبق مفهوم الحمار على شخص من الاشخاص على مصداق من مصادق الانسان يقول جاء الحمار يعني جاء البليد فهو هنا استعار مفهوم الحمار طبقه بالادعاء بارادته على مصداق من مصادق الانسان حتى يعطي خاصية للحمار لهذا الشخص وهي البلاد البلد هذه استعارات نحن نتكلم قبل ارادة الانسان المعنى هل يمكن ان نتدخل فيه ابدا اذا المعنى ذات للمفهوم اذا نلملم التعريف المفهوم ما هو تعين ذهني هذا بعد وجودي ما معنى بعد وجودي? اين يتواجد المفهوم في افق الذهن في دائرة المشاعر دائرة الادراك خاصيتهما هي مرآة يحكي مثل المرآة مثل المرآة المرآة تنعكس الاشياء فيها فانت تدرك الاشياء في المرآة. فالمرآة تحيلك الى الاشياء الخارجية ولهذا انت اذا كنت في مقابل المرآة وظهر شخص من ورائك ترى صورته المرآتية في المرآة فتلتفت الورق لماذا تلتفت الى الوراء? لماذا لا تتعامل مع صورة في المرآة لا هذا غباء الصورة في المرآة هويتها تحكي هذا الشخص الخارجي الذي هو وراءك. اذا خاصية المفهوم الحكاية يحكي ماذا? يحكي مضمون منشأه. المضمون الذي نشأ منه لان المفاهيم تنشى من الواقعيات الخارجية هذه الواقعية الخارجية تنطوي على مضامين متعددة على محتوى ما تحكي ذلك المحتوى ولا تحكي مضمونا اخر طبيعة المفاهيم متباينة بتمام الذات اكتب هنا قاعدة بنيوية هذه ليست قاعدة معرفية تحتاج الى دليل واستدلال لا قضايا البنيوية يعني بنيت لوجود هكذا بنيت الوجود هكذا اكتب هذه القاعدة البنيوية طبيعة المفاهيم كل المفاهيم كل المفاهيم متباينة في حكايتها قد تقول ما هو السر? السر واضح جدا. اذا اختلطت المفاهيم في حكايتها فلا نعرف الواقع مفهوم الاحمرار يحكي اللون الازرق يحكي الذهب يحكي الملك يحكي التعب يحكي السرور فهذا المفهوم كشكول فلا نفهم الواقع كما هو وفي التواصل المعرفي فيما بيننا لا يفهم احد احدا ابدا فهذه مسألة بنيوية سجلها انا اشير ان شاء الله في هذا الدرس درس درس الكتاب تدريس الكتاب. اشير الى الامور البنيوية واشير الى الامور البنائية والمبنى وحتى البيانية بيان وبني وبناء ومبنى. هذه الامور كلها اشير اليها حتى الطالب العزيز يتسع افقه ويفهم الامور بطريقة جيدة اذا قلنا المفهوم يحكي مضمونه ولا يحكي المضامين الاخرى. وبالتالي تكون كل المفاهيم متباينة في حكايتها. التباين التام هذا امر بنيوي بونيوي والعناية الإلهية جعلتنا هكذا حتى نفهم الواقع كما هو يأتي شخص ويدرك مضمونا ما في الوجود مثلا مضمون الحب ثم يخلطه بالبغض فمفهوم الحب يحكي مضمون الحب الذي هو حالة نفسانية في الانسان ويحكي كذلك البغض الذي هو حالة النفسانية في اللسان فهذا لا يمكن فهم الحب ولا يمكن فهم البغض. فالتواصل المعرفي لا يتم فهم الواقع لا يتوب اذا هذه بنية ان المفاهيم يجب ان تكون متباينة بتمام الذات</w:t>
      </w:r>
    </w:p>
    <w:p>
      <w:r>
        <w:t>الان وصلنا الى تعريف المفهوم ما هو؟ تعين ذهني. اشارة الى البعد الوجودي. يعني اين يتواجد المفهوم يحكي اشارة الى الحيثية المرآتية الايشارية الايحالية المعرفية الادراكية. سميها كما تشاء تعين ديني يحكي يحكي ماذا الحكاية دائما تخرجك من دائرتها الى الأمر الواقعي مضمون منشأه. لأن المنشأ قد يكون له مضامين متعددة التفاحة الحمراء اذا تعاملت معها في بعدها اللوني الاحمرار يشكل مفهوم الاحمرار. يعني الحمرة التفاحة لها فقط هذا المضمون? لا لذيذة جميلة ثقيلة وو ومن الحيثيات. مفهوم الاحمرار. يغظ الطرف عن جميع هذه المضامين قهريا بنيويا يوصلك الى مضمون منشأه يعني التفاحة يشير الى مضمون خاص بالتفاحة وهو اللون الاحمر بالذات يعني ليس بجعلي جاعل لا يمكن لاي شخص ان يتلاعب بالمعاني. يتلاعب بالألفاظ. لأن الألفاظ اعتبارية في اللغة العربية اللون الأحمر يعطيه لفظا الاحمر يعني الحمرة تحكي هذا المظمون. اللغة الفرنسية rouge تحكي المضمون نفسه لا تحكي الشيء الاخر. الالفاظ متعددة بالفالس الصلح وهكذا في اللغات المتعددة اذا لا يمكن للانسان ان يتلاعب بالمعاني يقول انا اجعل مفهوم الاحمرار يحكي اللون الازرق او يحكي اللذة او يحكي الحب او يحكي البغض ابدا ابدا هادي امور تكوينية هندسها الله تعالى هكذا. لا يتأتى لك ان تتلاعب بها. في الالفاظ نعم لان الالفاظ تواضعية تواضعية الانسان يعتبرها لاجل التواصل ويلصق المعنى بها حتى يتم التواصل والمعرفي اذن نلملم البحث ما معنى المفهوم مطلق المفهوم? لا تكلم عن مفهوم الوجود ولا مفهوم الانسان ولا مفهوم الاصالة ولا مفهوم الماهية ولا مفهوم الصلاة ولا مفهوم الامر والنهي ولا مفهوم الحسن والقبح فقط اتكلم عن اصل المفهوم  تعين ذهني اشارة الى البعد الوجودي اين يتواجد هذا المفهوم افق الذهن لا معنى لتواجد المفاهيم في الواقع الخارجي يحكي اشارة الى الخاصية الاشارية. يعني يشير الى ما هو خارج عن دائرة الدين نخرج الى الواقع الخارجي. والواقع الخارجي له مراتب متعددة ماذا يحكي? يحكي مضمونا النماء. في منشأ ما في منشأ ما الماء عذب المنشى هو الماء العذوبة حيثية للماء. مفهوم اه العذوبة يحكي هذه الحيثية في الماء الماء سيلان هذا السيلان في الماء يعني التحرك مفهوم يحكي مضمون في الماء وهو السيلان. الما هو منشأ هذا المفهوم ومظمون خاص وهو سيرة لأن الما عندو مضامين متعددة. رافع للعطش سيال عذب زلال وو يحكي مظمون المنشأ بالذات ليس بجعل جاعل لا يتدخل الانسان ويغير هذه المضامين ابدا يعني هذه المضامين مندكة في الواقع الخارجي من صنع خالقها وليس من صنع الانسان. نعم في المعنى الارادي والاستخدام بقول الحوزويين الارادة الاستخدامية الاولى والارادة الاستخدامية الثانية او الارادة التفيبية والارادة الجدية. هناك له ان يتلاعب كما يشاء في دائرة الاستعارة والمجاز وو الى ان هناك لا يمكن قل ان يغير المعنى وانما ينقل هذا المعنى في افق اخرى لاغراض عقلائية تخصه واما المعنى التصوري يبقى ثابتا. لانكم انتم درستم علم الاصول حتى نستخدم اللف في معنى ما نريده يمر بمراحل مرحلة الكمون اللفظ في القاموس ثم مرحلة الاستخدام. يعني تأتي الارادة الانسانية توظف هذا اللفظ واللفظ القاموسي في تواصل معرفي. اما ان يكون هذا التواصل المعرفي كتابا او حديثا او او لا يهم ندخله في بعد التصوري يعني نستخدم اللفظ فيما وضع له. يعني في المعنى التصوري من اين جاء هذا المعنى؟ هذا بحث اخر حتما جاء من الواقع الخارجي ثم ننتقل الى الارادة الانسانية الاستخدامية يأتي المعنى التفهيمي المعنى التصديقي الاول ثم يأتي المعنى الجدي يعني المعنى التصديقي الثاني فيمر اللفظ بمعاني متعددة. في البعد التصوري لا يمكن تغيير المعنى ابدا. في البعد التفهيمي الاول والبعد الجدي التصديق الاول والتصديق الثاني هناك لك ان تتلاعب بدائرة الاستعارات كما تشاء واللهم صلي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