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بسم الله الرحمن الرحيم وبه تعالى نستعين والصلاة والسلام على محمد واله الطيبين الطاهرين كان الكلام عن اصل المفهوم بهذه الجلساء نتكلم عن مفهوم الوجود فالكلام عن مفهوم الوجود فاذا فهمنا معنى المفهوم وطبقناه على مفهوم الوجود تأتي خصوصيات هذا المفهوم العام محددات هذا هذا المفهوم العام تنطبق على مفهوم الوجود اذا مفهوم الوجود من حيث ظرف التواجد وفوق الذهن هادي هي الخاصية الاولى. مفهوم وجود اين في الذهن لا معنى لكون المفهوم في الواقع الخارجي عالم المفاهيم هو عالم الذهن هذه هي الخاصية الاولى خاصية وجودية اين يتواجد مفهوم الوجود في افق الدين كيف يتواجد في افق الظل? سنبينها في هذه الجلسة يحكي يعني يشير لانه مفهوم الذهن اشارة ذهن مرآة يحكي يعني بعد ادراكي بعد معرفي بعد يحكي دائما الحكاية لها متعلق بقول الحوزاويين لها محكي لها اصل نشأ منها هذا المفهوم لان الدين يتعين اذا احتك بالواقع الخارجي سنبين هذه المسألة لانها بنيوية يحكي ماذا يحكي مظمون في هذه الواقعيات في المناشئ مثلا انا الآن امام انسان في الواقع الخارجي  طه الخارجي ما هو هذا المضمون الذي يحكيه مفهوم الوجود في طه الخارجي كإنسان التحقق اذا مفهوم الوجود ما هو التحقق التحقق يعني طاردية العدم طليدية العدم. طبعا اذا قلنا طريدة العدم استعارة تفهمية يعني حتى العلوم الفلسفة علم الكلام وو تستخدم الاستعارات التفهيمية لانها توظف اللسان ولا يمكن ان تنأى عن الاستعارات فالوجود يطرد العدم هنا استعارة تفهمية خلينا نبينها جيدا نفرظ انعدم له تحقق وهذا محال فقط بالادعاء ثم ياتي الوجود ويطرده فهل هذه هي واقعية ام استعارة? استعارة فقط للتفهيم لان العدم لا شيء حتى يتحقق ويأتي الوجود و يدفعه مثل القرآن الكريم يبين البطلان ككيان ثم يأتي الحق ويدمغه كلها استعارات تفهمية لان العدم لا شيء حتى يأتي الوجود يدفعه يطرده. لا ابدا يعني ان شاء الله الى التحقق اذا مفهوم الوجود يحكي التحقق ما معنى الوجود? يعني التحقق يعني انا فهمت مضمون الخارجيين هو التحقق. فاذا قلت الله موجود يعني الله متحقق الإنسان موجود يعني الإنسان متحقق الماء موجود يعني الماء متحقق يعني ليس في دائرة العدم هناك العدم مطرود من المتحقق وجود الله وجود الانسان وجود المال اذا هذا المفهوم الذي هو في افق الدين له بعد ادراك ايشار ايصال يوصلنا الى مضمون يحكي مضموما مضمونا في هذه المناشئ واقعيات الخارجية وهو التحقق بالذات لا يمكن لك ان تتدخل في مفهوم الوجود وتقول انا اجعله يحكي العدم ابدا الوجود يحكي التحقق لا يمكن لك ان تغير هذه الحكاية. هذا هو المعنى الذاتي اذا مفهوم الوجود يعني وعي بالوجود بالتحقق وهنا نسأل كيف تعين الدين بمفهوم الوجود حتى ننفتح على البدائل نفهم ما معنى البدء هنا اكتب سطر هنا مسألة بنيوية قلت لك انا ابين لك البنية والمبنى والبناء والبيان اذا كان هنا البيان في خلل اشير ان فيه خلل اذا كان في خلل بنيوي اشير ان فيه خلل بنيويوي اذا كان خلل في المبنى اشير في البناء اشير لمصلحة الطالب لان المؤسسة طلبت مني ان ادرس كشف المراد اجتهاديا يربي الطالب اه اجتهاديا يصير محققا في العقائد وفي علم الكلام هنا نحن امام مسألة بنيوية حاكمة على جميع العلوم لا يمكن لأي علم ان يتجاوزها مسألة بنيوية وخطيرة جدا ما هي ان الوجود متن الوجود ليس الدين بعد لم نصل الى الدين مثل الوجود الذي هو خارج عن الدين طبيعة هذا الوجود انه يدرك مسألة بنيوية طبيعة الوجود انه يدرك. ولهذا انت ترى في حياتك العرفية في حياتك العرفية طبيعية تتعامل مع الوجودات تدركها ام لا? تدركها لماذا? لان في طبيعتها لانها وجودات في طبيعتها قابلة للادراك هادي مسألة بنيوية التدليل عليها هراء وخرافة لانها بنيوية الامور البنيوية لا يمكن التدليل عليها لانها ليست من صنخ المعارف حتى يستدل عليها اذن طبيعة الوجود قابل للادراك. ما معنى قابل للادراك? يعني يظهر في افق المشاعر يتواجد في في افق المشاعر اذا تواجد في افق الانسان في مشاعر الانسان هناك يسمى ذهنا اذن الدين الذي هو ظرف المفاهيم وظرف العلو هو تعين من تعينات الوجود فالوجود اذا اراد ان يدرك يتعين ذهنك يتعين ذنوبك مثل المرآة تشتريها انت مغلفة دي ورق لاجل الغبار لاجل الجرح والخدش تشتريها مغلفة بغلاف ماء لا تحكي ابدا لماذا? لانها ليست في مقابل الوجود بمجرد ان تضعها على الحائط في بيتك في غرفتك في الصالون تأتي الانعكاسات ترى اشياء البيت اشياء للصالون منعكسة في المرآة. ما هو السبب? لان هي تعينت مرآة ببركة هذه الوجودات المتحققة في الصالون في في كراسي فيه منضدة فيه فيه تليفون فيه امور كثيرة تلفزيون شاشة كلها تنعكس في المرآة. لماذا? ما هو السبب اذا لان هذه الوجودات باعتبارها وجودات قابلة للادراك تنعكس في المرآة لو لم تكن قابلة للادراك ابدا لا تنعكس في الميراث اذا هذا الوجود الذي نعيشه ونعاينه بالشهود له قابلية ان يصير مدركا في مشاعر الانسان اذا اول تعين ذهني ان هذا الوجود يتعين في الدين يتعين بماذا? يتعين ادراك يعني يدرك يدرك يعني انا الان ادرك كل ما هو مقابل من الموجودات طبعا ما هي الشروط الموضوعية حتى يتحقق هذا الادراك هذه مسألة اخرى شروط موضوعية فقط مثلا الإنسان المحدود والضيق حتى يدرك الواقعية المحسوسة الخارجية يحتاج الى اضاءة يحتاج الى اه مساحة او مسافة محددة العين يكون تكون سليمة وو حتى يتعين الإدراك فهذا الوجود الخارجي يصير في افق الإدراك. وهناك يسمى اه معرفة ويسمى ادراكا شروط الموضوعية لا تهمني هنا لانني لست في صدد بيان المعرفة وخصوصية المعرفة. هذا بحث مهم جدا الا انه ليس اه بحثنا هنا اذن اول شيء يتعين في افق الذهن هو الوجود يعني انا الان اشاهد الوجود لان في مقابله  ثم تأتي فعالية تأملية ادراكية نشاط ذهني اريد ان افهم هذا الوجود في خصوصيته في احكامه  ياتي التأمل الفكر والادراك مفهوم الوجود هذا بعد المعاينة للوجود الخارجي بعد التعامل مع الوجود الخارجي. هذا التعامل مباشر الدين يأتي يصنع مفهوم الوجود هذا الصنع صنع ادعائي اعتباري لماذا? حتى يفهم هذا الوجود وهذا واحكام الوجود ثم ياتي و يبني المعرفة مفردة بعد مفردة اذا مفهوم الوجود بما انه يحكي مضمونا ما ماذا يحكي? يحكي ذلك الحضور الوجودي. ذاك الوجود حاضر عندي انا استدل علي ابدا حضور مباشر. هذا الحضور المباشر يسمى الشهود الشهود هو ادراك مباشر بدون توسط التأملات والفكر والمفاهيم مثلا الآن انا اضع يدي على هذه المنضدة اشعر بوجودها على الشعور بالوجود ادراك الوجود هنا وباشر الشهود</w:t>
      </w:r>
    </w:p>
    <w:p>
      <w:r>
        <w:t>الشهود يعني الادراك المباشر لا اوسط في هذا الادراك التأملات الذهنية ابدا لا الفكر ولا المفاهيم ولا يحزنون. انا الان في متن هذا الوجود هذا يسمى الشهود في هناك مرتبة من الشهود هذا بحث معرفي لا يهمني شهود حسي وشهود عقلي. انا اتكلم هنا عن الشهود العقلي انا الان اشاهد الان انا اشاهد الوجود ولهذا الصبي يشاهد الوجود وذهنه بعد لم ينضج تقول له ما هذا الشيء? لا يستطيع ان يقول هذا مفهوم الوجود وبديهي وو هذه الأمور لا يعرفها لماذا? لأن عقله بعد لم ينضج الا انه يشاهد الوجود لو وظعت امامه كمية من الموز يتحرك لتناولها ولاكلها هل يتحرك نحو المعدوم ام نحو الوجود? نحو الوجود اذا هو ايه? يدرك الوجود مباشرة اذن مفهوم الوجود لان خاصية المفهوم يحكي يحكي ذلك الاتصال بيني وبين الوجود المباشر المباشر. هذا المباشر هذا الشهود انا اشاهده وهو ينعكس. يكشف نفسه لي مباشرة بدون اي توسط اذا ركزنا على الوجود وهو ينكشف حتى تتشكل علاقة بيني وبينه علاقة شهودية اتصال وجودي اذا ركزنا على الوجود نقول بدأها واذا ركزنا على الانسان المدرك الذي يشاهد الوجود مباشرة نسميها الشهود. اذا الشهود هو البداهة الفرق بين اللحاظ والاعتبار. اذا ركزنا على الوجود الذي ينعكس في افقه اعني يكشف نفسه لي مباشرة هذه هي البداهة واذا انا تعاملت معه وشاهدته هذا هو الشهود حقيقة واحدة اذا نسبناها الى الانسان نقول شهود يشاهده واذا نسبناها الى الوجود نقول بدأها. جيد ما معنى يعني الاضاءة البهدلة يعني الاضاءة البداه يعني مضيء لنفسي ومظيء لغيره ضياء في نفسه ومضيء لغيره هذا هو الوجود هذا هو الوجود اذا كان الوجود مضيء ضياء في نفسه مضل لغيره يصطلح عليه النور يعني النور هو الوجود الوجود اذا كان ضياء في نفسه ومضيئا لغيره اذا مفهوم الوجود الذي هو تأملي بقول الحوزاويين علم حصولي ولعلم الحصول في افق ذهني يحكي دائما يحكي هذا الاتصال بيني وبين الوجود وهذا الاتصال شهودي لماذا صنعت بمفهوم الوجود? للتواصل المعرفي اذا قلت لك الله موجود في هذا التواصل المعرفي انت تفهم ان الله حقيقة خارجية حقيقة خارجية الإنسان موجود يعني الإنسان حقيقة خارجية حقيقة خارجية ولهذا انت في تعاملك مع الوجود مباشرة لا تستخدم المفاهيم. يعني اذا كانت امامك تفاحة لذيذة وتريد ان تأكلها تتمتع بها فتقول له تقول تخاطب التفاحة انتظري عندي مفهوم التفاحة. مفهوم التفاحة يحكيك يوصله اليك ثم انا اتناولك هذه لا هذا هراء. لماذا? لان انت لدائرة الوجود بالشهود مباشرة. هذه المفاهيم كلها تختفي. متى تأتي المفاهيم? حين التواصل مع نفسي فكريا مع نفسي اتواصل اتأمل افكر او اتواصل مع البني نوعي من يفهمني من البشر هناك تكن قيمة للعلم الحصولي ولهذا الملائكة ما عندهم علم حصولي. الله تعالى ما عنده علم حصولي لا معنى لي ان يكون للملائكة اه علم حصولي اذا اذا قلنا مفهوم الوجود بديهي يعني ما يحكيه مفهوم الوجود من مضمون وهو التحقق الكل يتعامل معه مباشرة الكل يشاهده الكل يشاهده اذا اردت ان تمزح مع ابنك ومع اخيك اه تقول انت تشاهدني يقول نعم انا موجود انت متأكد? يقول انت مجنون. لماذا? لان هناك فضاء الشهود وفضاء الشهود وفضاء البداهة لا معنى للتأمل هناك. هناك التأمل خرج موضوعا خرج تخصصا فمفهوم الوجود بديه هنا تبقى اضاءة جميلة جدا هل مفهوم الوجود بديهي اما يحكيه مفهوم الوجود لا المفهوم لا هو بديهي ولا هو لا بديهي لا احمر ولا اخضر لا ثقيل ولا خفيف ولا رقيق ولا غليظ كل المواصفات لا يتصف بها المفهوم. لماذا? لان لا هوية له. هويته فقط الحكاية اذا اخذت تفاحة في المرآة تقول هذه التفاحة لذيذة خطأ هذه التفاحة جميلة خطأ هذه التفاحة ثقيلة خطأ هذه التفاحة على المنضدة خطأ لماذا? لانها هي تخاطبك تقول ما احكيه انا له هذه المواصفات ما احكيه انا يعني التفاحة الخارجية التي انعكست في المرآة تفاح الخارجية الموجودة على السلة لا هذه المواصفات ما هي حمراء لذيذة ثقيلة جميلة وو اما انا انا لا انا هذه المواصفات اذا نسبت الي تنسب بالمجاز اذا مفهوم الوجود بديهي باعتبار المحكي وليس باعتبار نفسه. مفهوم موجود لا بديه ولا غير بديهي يقول لك ما احكيه انا هو البديهي. تشاهده بدون اي تأمل بدون اي فكر فانت اذا وضعت يدك الان على الكتاب انت الآن تدرس تجديد العقائد او كشف المراد تضع يدك على هذا الكتاب فانت الان في مرتبة الشهود اذا انتقلت من نفسك انتقل من نفسك شهود او اذا انتقلت من الكتاب بوصيه وجودا بداه اذن مفهوم الوجود ليس هو البديهي نحكيه هو البديهي صفة بحال متعلق بقول الحوزاويين اذا مفهوم الوجود بده ليس له. البداهة لما يحكيه مثل التفاحة المرآتية. تقول التفاحة المرآتية لذيذة الخطأ واذا قلت هذا فهو مجاز التفاحة اللذيذة ما تحكيه التفاحة المرآتية اذا يجب ان نفهم هذه المسائل مفهوم الوجود البديهي ما معنى بديهي? يعني انا في اتصال مباشر معه. اشاهده لا احتاج الى تومل فكري ولا تدبر فكري. جميل. مفهوم الوجود البديهي ام الوجود الخارجي? التحقق التحقق هو البديهي لماذا? لان حتى الطفل الصغير يشاهد التفاح امامه او قطعة موز امامه تحقق هذا الذي يتعامل معه يراه يشاهده بديهي امامه مع انه هو ما عنده مفهوم اصلا. لانه عقل له لم ينضج بعد هذه الاضاءة الاولى سجلها جيدا وهذه امور بنيوية بنيوية ليست استدلالية. تقول ما هو الدليل خرافة هادي امور بنيوية اضاعة فعلية جميلة جدا مفهوم الوجود بديه فهمناه الان يعني محكي هذا المفهوم يعني التحقق الذي يتصف به الله يتصف به الانسان هو البديهي هنا فيه اذمار في اذمار مفهوم الوجود بديه يعني المتعلق بذي يعني التحقق بدي لا المعلومية بديهة المعلومة بديه كيف يعني مفهوم الوجود معلوم بالبدء فازحنا البداهة من مرتبة المحمول خرجناها وجينا بالمعلومية اذا اذا قلنا مفهوم الوجود بديهي اظررنا شيئا مفهوم الوجود يحيلك الى مضمون وهو التحقق ذلك التحقق معلوم عندك كيف ومعلوم تأملي ام شهودي معلوم بالشهود وبالبده اذا عندنا هنا قظيتان القظية الاولى مفهوم الوجود بديه وعندنا قضية اخرى مفهوم الوجود معلوم اذا مقصود هذا الفصل او هذه المسألة مفهوم الوجود معلوم ثم تسأل معلوم تأملا ام معلوم بالشهود? يعني بالاتصال المباشر لا تقول معلوم بالاتصال مباشر فتمسي ينسي التركيب هكذا مفهوم الوجود معلوم بالبده يعني مفهوم الوجود الذي يحكي التحقق هذا التحقق اتعامل معه بالشهود يعني بالاتصال المباشر اذا كان هناك اتصال مباشر كانت هناك البدء هذه امور يجب ان يفهم الطالب جيدا وهي اساسيات تنفعه في جميع تخصصاته جيد اذا اذا تعاملنا مع الوجود الذي هو التحقق طردية العدم مباشرة هذه الحالة</w:t>
      </w:r>
    </w:p>
    <w:p>
      <w:r>
        <w:t>المباشرة هذا الاتصال المباشر نريد ان نجعله تأمليا فكريا حتى اتواصل مع نفسي واتواصل مع غيري واؤسس العلوم هناك يجب ان انقل هذه الحالة الشهودية والبديهية الى افق العلم الحصولي لعلم التأمل الى الفكر الذي يقبل التواصل فعندي مفهوم الوجود مفهوم الوجود من اين جاء? جاء من ذلك الاتصال بالوجود فتتشكل اول قضية حصولية بالحقيقة الانسانية الوجود وجوده الوجود وجود عندنا موضوع ومحمول قضية الوجود وجوده الوجود المحمول ذلك يحكي ذلك مفهوم الوجود لوجود الموضوعي ذلك المظمون الذي انا اتصل به مباشرة. فتمسي القضية الوجود وجود ابده البدية ابده البديهات الوجود وجود بمقابلها العدم عدم بل هي كذلك لأن مستلة من الوجود وجود تأتي بالإدعاء ترفض ترفع الوجود الموضوعي يرتفع الوجود المحمول ضع بالإدعاء في مكان الوجود الموضوعي العدم وضع بالإدعاء في مكان المحمول العدم تقول العدم عدمه باعتبار ان عدم العدم جاءت من رفع الوجود والوجود وجود جاء من دفع العدم والعدم فلا يجتمعان ولا يرتفعان تأتي اول قانون عقلي معيار بنيويوي لا يمكن التدليل عليه لانه ليس قضية ما يسمى باجتماع النقيضين والمحقق الطوسي العجيب انه يشير اليها في هذا الفصل بهذا الفصل اذا من اين جاءت هذه القضية الحصولية? الوجود وجود جاءت من اتصال المباشر بي الوجود الخارجي مطلق الوجود لا يتكلم عن الوجود الانساني الوجود البقري الوجود المائلة مطلق الوجود الان الوجود وجود الوجود الموضوعي يحكي هذا المتن مضمون الخارجي الوجود المحمول يشير الى وعي به اتصالي به الإتصال الشهودي اذا الوجود الوجود تقول قضية حصولية لك ذلك تقول اعمق من القضية الحصولية ما به ملاك القضايا الحصولية لك ذلك. وهذا الذي انا اتبناه بل وجود الوجود اعلى من القضايا الحصولية هي ملاك القضايا الحنصولية. هي ضابطة القضايا الحصولية لان هي ظياء وتظيء الامور الاخرى الوجود وجود ثم يأتي النشاط الفكري يرفع الوجود الموضوعي بالادعاء لا يرفع بالحقيقة لان الوجود لا يرفع ويرفع الوجود المحمول بالادعاء فيضع في مكان وجود الموضوع للعدم وفي مكان الوجود المحمول العدم فيقول العدم العدم نقيض القضية الاولى. الوجود وجود تناقض القضية الثانية الإدعائية العدم عدم العقل يرقى الى معيار الى معيار ينتمي الى الحكمة الالهية المطلقة. مبدأ التناقض مبدأ التناقض ما هو? الذي نتداوله في مجالنا التداول الحوزاوي اجتماع الناقضين محل. الوجود والعدم. لا يجتمعان ولا مرتفعا اذا هذه ام القضايا اس القضايا الوجود وجود يأتي في مقابلها تركيب اخر قضية اخرى العدم عدم الأول نقيض الثاني والثاني نقيض الأول نرقى الى معيار حاكم على العاقل وحاكم على الفكر وحاكم على المنطق احاكم على جميع العلوم وهو مبدأ التناقض اجتماع النقيضين الموحد وسأشير ان شاء الله وانا ابين هذه المسائل الى اخر الكتاب المعايير العقلية اذا اقتضى المتن ذلك اذا اقتضت المسألة ذلك ابين اذا فهمنا هذه القضية خلينا نطبق قليلا لان الوقت انتهى الفصل الاول في الوجود والعدم وتحديدهما تحديدهما يعني تعريفهما يعني الروح الى العلم الحصولي ونريد ان نحلل الوجود والعدم حتى نصل الى تعريف يحدد المفهوم مفهوم الوجود او مفهوم العدل وتحديدهما بالثابت العين والمنفي العين ثابت العين عن الوجود والمنفي العين يعني العدم هذا مبنى المتكلمين والذي يمكن ان يخبر عنه مبنى الفلاسفة وناقضه يعني الذي لا يمكن ان يخبر عنه هو العدم او بغير ذلك كما حاول البعض يشتمل تحليل مبتدأ يشتمل خبر على دور ظاهر واضح جدا لماذا? لانك اذا جئت الى عالم الشهود واردت ان تضيء الشهود الشهود هو اضاءة الشهود اضاءة يعني تضيء الاضاءة بنفسها وهذا هو الدور الدور ظهر المفروض هو يعنون اه يعنون الفصل مفهوم الوجود بديهي فهو دخل مباشرة الى المحاولات لتعريفه قال بعضهم عرفه بالثابت العين المتكلم. الثابت يعني الوجود العين يعني الوجود لا يمكن لا يمكن لان هذه ملاك جميع العلوم الوجود وجود الوجود على مستوى التحقق او على مستوى  الاتصال بهذا التحقق هذه بنيوية. قضية بنيوية. انا لا اسميها قضية حنصولية. قضية بنيوية. ملاك جميع العلوم بعض المحاولات اصلا فاشلة لا معنى لها. اقول على من حلي يفصل المت في هذا الفصل مسائل مهمة جليلة. صحيح هذه اولاها بهذا الفصل فهذا الفصل له مسائل ما هي مفهوم وجود بديهي مفهوم العبد بديه. وهي ان الوجود والعدم لا يمكن تحديدهما. لا يمكن مستحيل. لان الشهود شهود ليس من سلخ العلم الحصولي حتى تأتي وتعرفه هو اضاءة في نفسه واعلم ان جماعة من المتكلمين والحكماء يعني الفلاسفة حدوا يعني عرفوا الوجود والعدم اما المتكلمون فقالوا الموجود هو الثابت للعين. ما معنى الثابت? يعني التحقق. العين ما معنى? يعني التحقق والمعدومة هو المال في العين المال في العين عدم التحقق يعني العدم والحكماء قالوا الوجود هو الذي يمكن ان يخبر عنه. يمكن ان يخبر. الذي الذي اسم موصول يشير الى التحقق والاخبار يعني اخبار عن شيء يعني عن موجود وهذه الحدود والمعدوم هو الذي لا يمكن ان يخبر عنه. الى غير ذلك من حدود فاسدة لا فائدة في ذكرها. وهذه الحدود كلها باطلة باطلة يعني لا قيمة ما لاشتمالية تعليم لاشتمالها على الضوء الدور ان شاء الله سنبينه في الالهيات بالمعنى الاهم. فان الثابت مرادف للوجود والمنفي مرادف للمعدو ولفظة الذي الموصول انما يشار بها الى متحقق ثابت فيؤخذ الوجود في حد نفسه فيأتي الدور فاذا قلت ثابت العين كانك قلت الوجود الوجود اذا قلت الذي يخبر عنك كانك قلت الوجود هو الوجود الذي يخبر عنه. دوره يعني تبيين الشيء بنفسه وهو دور صريح ليس مضمرا نعم وهذه الامور ستتجلى لنا اكثر في مطاوي هذا المتن الواسع. قال بل المراد تعريف اللفظ اذ لا شيء اعرف من الوجود هنا يريد ان يوجه هذا الامر يقول الحكماء او المتكلمون كانوا في صدد شرح اللفظ وليس في صدد التعريف الاصطلاحي حتى نقع في الدور. هذا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