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كان البحث عن تعريف الوجود وما يقابل الوجود يعني العدم اذا ركزنا على العدم العدم لا هويتها له حتى تكون له حيثيات واوصف على اساسها نعرفه لهوية له اه يقال له اللا وجود اذا فقهنا معنى الوجود نفهم العدم لان العدم هو رفع الوجود الا وجود هل الوجود يعرف يدخل في قانون التعريف نقول اذا عرف في عرف بنفسه ونقع في الدور. لماذا لان الوجود هو النور الذي به نعلم كل الاشياء سواء الذوات او الصفات الوجود هو الضياء الذي به يتعين الذهن اولا وبه تتعين كل الواقعيات كل الواقعيات بدون استثناء حتى العدم لا يمكن فهمه الا في دائرة هذا الضياء المقدس التعريف ما هو فيه مسألة بنيوية ان الذوات لا يمكن الوصول الى كنهيها الى حقيقتها حتى نسعى الى تعريفها كيف نعرفها نأتي الى احكامها الى حيثياتها الى اعراضها القريبة اللوازم القريبة ثم نجمعها بطريقة مرتبة ترتيبا منطقيا يعني من الاعم الى الاخص يعني جنس وفصل قد نكون في حقائق تكوينية نعرفها بالجنس الحقيقي والفصل الحقيقي مرة نكون في الحقائق البسيطة حقائق تكوينية الا انها بسيطة لا يمكن ان يكون لها جنس وفصل نتحرك في اللوازم ونصنع لها جنسا وفصلا من باب الصناعة صناعيين فقط اذا التعريف ما هو? ناتي الى لوازم الشيء ونرتبه في البنية الذهنية الترتيب المنطقي من العام الى الخاص. مثلا الانسان كنه نفسه الناطقية ليست بيدنا كون ها الحقيقة وهي الوجود وجود الإنسان لا يمكن الوصول اليه مات الى لوازمه من لوازمه له حيز يعني له امتداد نقول جسم ثم له النمو ثم له الحركة والحساسية والادراك انا اقول جسم النام حساس متحرك بالارادة نختزل التعريف ونقول حيوان ناطق. هذه الامور كلها لوازم للانسان ناشئة من نفسه الناطقة المتعلقة بالبدن والا كونه الانسان لا يمكن الوصول اليه الوجود بوصفه هو الظياء الذي به نعلم كل شيء بدون هذا الضياء المقدس لا لا نحيط معرفيا باي شيء من الاشياء فكيف نأتي ونعرف الظياء ويحتاج الى ظياء اخر وهو الظياء ولهذا كلما عرفوا الوجود عرفوه بنفسه لان الضوء بين بنفسه مبين لغيره. يقول اقول في هذا الفصل يعني الفصل الاول في الوجود والعدم. مسائل مهمة جليلة هذه اولها وهي ان الوجود والعدم لا يمكن يعني يستحيل لا يمكن تحديدهما تحديدهما يعني تعالي فوهما. واعلم ان جماعة من المتكلمين والحكماء حدوا يعني عرفوا الوجود والعدم لماذا اقول عرفوا ولا اقول حدوا لان الحيثيات ليس لها حد. الحيثيات تعرف ولا تحد. الحد فقط للمركبات المركبات المادية لها صورة ومادة من الصورة نأخذ الجنس ومن المادة نأخذ من المادة ان اخذ الجنس ومن الصورة ان اخذ الفصل اما الحيثيات والاحكام لا تعرف بالجنس والفصل تعرف بما يجاورها من احكام ويلازمها من احكام اما المتكلمون فقالوا الموجود ما هو الثابت العين تسألهم الثابت ما معناه? اليس هو الوجود والعلم ما هي? اليس هي الوجود والمعدوم هو المنفي العين المنفي ما هو? هو كذلك العدم. يعني تعريف دوري بامتياز وهل الحكماء قالوا الموجود هو الذي ما عندك تقول ما عندك حق تقول الذي لان الذي هو الشيء الذي هو الشيء اانت انطلقت من الشيلة الذي هو الوجود. كانك قلت هكذا. الموجود هو الوجود هو الذي يمكن ان يخبر عنه نعم والمعدوم هو الذي لا يمكن ان يخبر عنه الى غير ذلك من حدودنا يعني من تحريفات تعريفات فاسدة لماذا? لنا دورية لا فائدة في ذكرها وهذه الحدود كلها باطلة لاشتمالها على الدور فان الثابت مرادف للموجود والمنفي مرادف للمعدوم ولفظة الذي انما يشار بها الى متحقق ثابت فيؤخذ الوجود في حد نفسه. يعني في تعريف نفسه. فلقى في الدور اذا الوجود ضياء يغمر النفس في بعدها الادراكي فبه تدرك حتى ذاتها وتدرك الاشياء ثم اذا اسسنا من هذا الظياء الذي يغمرنا قلت لكم الوجود هو يتعين ذهنا اذا تعين ذهنا ينقلب مرآة يكشف اه نفسه او نكشفه من خلال هذه المرئوية ونكشف حيثياته نعم فهذا الضياء الذي يغمرنا نصنع له مفهوم الوجود فنقول مفهوم الوجود بديهي قلنا هذه قضية معيارية وليست قضية ادراكية. القضية الادراكية مفهوم الوجود معلومون يعني ايه يندرج تحت المعلومية تحت المكشوفية. مفهوم الوجود يشير الى ماذا? لان المفاهيم كلها كاشفة تشير مرئاوية تشير الى ذلك الضياء الذي غمرنا نعم غامرنا يعني ذلك الوجود الاصيل متن الواقع غمرنا بظيائه فنحن نشاهده بالشهود وليس بالعلم الحصول ثم نصنع له مفهوما حصونيا مفهوم الوجود للتداول حتى اخاطبك واتواصل معك واقول مفهوم الوجود بديهي تفهمني انه شهودي اذا الوجود والعدم لا يقبلان التعريف الاصطلاحي. التعريف المنطقي ابدا قال بل المراد تعريف اللفظ تعريف اللفظ يعني تأتي بلفظ اجلى من اللفظ الاول فقط لا معنى بمعنى التعريف الحدي والتعريف الرسمي لا لا لا اذ لا شيء هذا هو التعليل. لماذا نلجأ الى تعريف اللفظي ولا حتى هذا التعريف اللفظي لا نحتاجه في الوجود. بديهي حتى الرضيع يتحرك نحو ثدي امه. لانه يفهم ان هذا الوجود الذي يعاينه الثدي امه حقيقة واقعية نعم فحتى هذا التعريف اللفظي لا نريده فقط في التعبير. اذ لا شيء تعليله. اذ لا شيء اعرف من الوجوب به نفقه الاشيابيين اعرف الاشياء هذه الكبرى ملاك بداهة الوجود فلا يمكن تعريفه التعريفات اللفظية ليست تعريفات لفظية. تأتي بلفظ اجلى من لفظ اخر فقط والا وليس بتعريف. اقول لما ابطل الماتن تحديد الوجود والعدم يعني تعريف الوجود ادم اشار الى وجه الاعتذار للقدماء من الحكماء والمتكلمين في ماذا? في تحديدهم للمفهوم الوجود بتعريفهم لمفهوم الوجود انه اوضح المفاهيم اعرف مفاهيم وقلت لكم من اين اتى اتى من الوجود الواقعي فالدين البشري الذي يدرك بالعلم الحصولي بشقيه التصور والتصديق لا يمكن ان يتعين هذا الدين الا اذا تعين الوجود الاصيل مرتبة من مراتب هذا الوجود وهو الوجود الديني نعم الوجودين يعني افق الذهن. افق الذهن فقال يعني الماتنون انهم ارادوا بذلك تعريف لفظ الوجود ولم يكونوا في صدد التعريف الاصطلاحي من جنس وفاصل ابدا خذها قاعدة بنيوية الحيثيات كلها بسيطة. صلى هوية لها. فتعرف باللوازم وليس بالجنس والفصل اذا وجدت تعريفا بالجنس والفصل للحيثيات اعرف ان هذا التعريف صناعي تأملي فقط وليس واقعيا لماذا? لان الحيثيات لها ولا فصل لها جيد تسأل المحقق التوصي لماذا نلجأ الى التعريف اللفظي يقول ومثل هذا التعريف يعني التعريف اللفظي وهو ليس بتعريف استبدال لفظ بلفظ سائغ مقبول في المعلومات الظرورية. المعلومات الضرورية يعني البديهية شهودية اذا مثول وجود شهودي ومفهوم العدم يتبع هذا المفهوم الشهودي اذا رفعناه بالادعاء نرفع الوجود بالادعاء يمكن رفع الوجود حقيقة الا مستحيل</w:t>
      </w:r>
    </w:p>
    <w:p>
      <w:r>
        <w:t>بالادعاء يمكن. يعني انت الان الكتاب امامك وجود الكتاب تعاينه فيمكن ان ترفعه تقول لا كتاب يعني لا وجود للكتاب بالادعاء يمكن الادعاء يمكن نلجأ الى هذه الالية لفهم العدم. والى العدم لا هوية له استقلالية في الخارج. فتكون له احكام من خلال هذه الاحكام نؤسس لتعريف يعرف ابدا جيد التعريف اللفظي ما هو؟ يقول اذ هو بمنزلة تبديلي لفظ بلفظ لماذا? يقول اوضح منه بلفظ تبديل لفظ بلفظ اوضح من من اجمل من السابق. يعني اللفظ الثاني الذي يجلي المفهوم افضل من اللفظ الاول  وان لم تستفد منه صورة غير معلومة عند التحديد هذا الكلام جميل جدا. اذا التعريف اللفظي يزيد نفراء معنويا يعني في باب المعنى? لا ابدا هو هو المعنى. نعم. ولهذا يقول وان لم تستفد منه يعني من التعريف اللفظي صورة غير ما هو معلوم عند التحديد. وانما كانت كذلك لانه لا شيء اعرف من الوجود. يعني وانما كان المفهوم الوجودي يعرف التعريف اللفظي الذي لا يزيد ثراء في المعنى لانه لا شيء اعرف من الوجود اذ لا معنى امن واعم المفاهيم اهم المفاهيم ويعني التحقق نعم قال والاستدلال بتوقف التصديق بالتلافي عليه او بتوقف الشيعة على نفسه او عدم تركب الوجود مع فرضه او ابطال الرسم باطلون هنا الفخ الرازي يأتي يريد يتفزلك والاستدلال بتوقف التصديق بالتنافي عليه. معنى انت لا يمكن ان تصدق بشيء الا اذا تصورت تصورت مفهوما الوجود فيجب ان تعلمه هذه المسألة نعم التصديق متفرع على التصوير لكن هذا لا يعني ان التصور كله آآ كله نظري لا قد يكون التصور اه بديهيا مثل مفهوم الوجود نعم اقول ذكر فخر الدين في ابطال تعريف الوجود وجهين والمصنف رحمه الله لم يرتظ بهما رفظهما. ونحن نقررهما ونذكر ما يمكن ان يكون وجه الخلل فيهما الأول ان التصديق بالتناسي بين الوجوب والعدم بديل هذه بيناها في معايير العقل قلنا من معايير العقل مبدأ التناقض. مبدأ التناقض ما معناه يعني الوجود لا يجتمع مع الادب دائرة الوجود تنفي دائرة العدم ودائرة العدم تنفي دائرة الوجود. لا يجتمعان ولا يرتفعان معيار قبل المعرفة نعم يقول الخرازي ان التصديق بالتناسي بين الوجود والعدم بديه يعني الفخ الرازي ينطلق من هذا المبنى ان مبنى التناقض قضية قضية نصدق بها قلنا لا مبدأ التناقض ليست قضية. مبنى التناقض ملاك القضايا يعني اذا تعينت قضية في ذهنك الف باء مبدأ التناقل تراعي بمجرد ان تقول الف ليس باد قل لا الف باء الف لا باء هذا لا يمكن لأنه الكاشفية تنتفي يجب ان تختار واحدة فقط اما الف باء واما الف لا باء. الاثنان معا لا حاكمية مبدأ التناقض على القضايا اذا هي ليست قضية. قضية معيارية سابقة على القضايا اعرفي نعم يظياء بهذا الضياء هذه المعايير العقلية هي ضياء حكمة الهية سرمدية حاكمة على الفكر البشري اذا اذا صدقنا ان الوجود لا يجتمع مع العدم فعندنا ماذا تصور للوجود وتصور للعدم اذ كل عاقل على الاطلاق يعلم بذا الضرورة انه لا يمكن اجتماع وجوده وعدمه نعم مبدأ التناقض واضحة جدا والتصديق متوقف على التصور. هذه قاعدة بنيوية كذلك وانت تأتي بمفردتين الموضوع لوحده والمحمول لوحده ثم تحكم تجمع بين الامرين يتشكل ما يسمى التصديق. اذا التصديق بدون مفردات المفردة الاولى في التعيين كموضوع والمفردة الثانية في تعيين كمحمول لا يمكن ان ينعقد التصديق. فالتصديق فرع التصور والتصديق متوقف على التصور يعني فرع التصور. وما يتوقف عليه البديهي اولى ان يكون بديهيا فيكون تصور رجل العدم بديهيا هذا هو الاستدلال الفخ الرازي. استدلال في موطن لا معنى للاستدلال لا ليس هكذا افهم هذه المسألة جيدا مر عندنا تصور بديهي وتصديق بديهي مر عندنا التصور نظري وتصديق نظري. مرة عندنا اه تصور بديهي وتصديق اه مرة لا مرة عندنا تصديق بديهي والتصور نظري لا ملازمة بين بداهة التصديق مع بداهة التصور ايها الفخر يعني جئت بقول الجزائريين جئت تسعى ضيعت التسعة نعم الثاني اه اذا هذه المحاولة من الفخر الرازي غير موفقة غير موفقة. ولهذا آآ يقول المحقق الطاوسي في المتل والاستدلال بتوقف التصديق بالتنافي عليه بالتنافي عليه يعني هو الاستدلال عليه بتوقف التصديق بالتنافي او بتوقف الشيء على نفسه او عدم تركب الوجود من الوجود بسيط او توقف شيء على نفسه يعني الدور او عدم تركب الوجود مع فرضه وجود بسيط فلا يمكن ان يعرف بالجنس والفصل يعرف ماذا? باللوازم او ابطال الراس باطنون الرسم من مصادق التعريف. انتم تعرفون ان التعريف ينقسم الى حد وراسم لحد بتمام المكونات حدهم تام ببعض المكونات الذاتية حد ناقص مرة نروح الى الرسم. الرسم تأتي اللوازم من خارج الذات نعم اذا كانت بجنس ولازم رسم او كانت بجنس وعرضي عام آآ اه ليس برسم تعريف بالعربي العام وهذا لا يفيد نعم اذن لا ملازمة ايها الفخر بين اه بداهة التصديق وبداهة التصور قد تكون المسألة بديهية. يعني التصديق بديه والانسان يبقى عالقا في التصورات بمجرد ان تبين له التصورات وتوضح له التصورات يفهم سريعا ان المسألة بديء هي مسألة بديهية بعض العقول البليدة اجتماع النقيضين لا يستوعبها. اذا بنينا على ان اجتماع الناقضين قضية ادراكية نعم فاين هي علاق? هي علاق في التصورات. اذا قد يكون التصديق بديهيا والتصور يكون نظرا اذا هذا الاستدلال نعم هذا الاستدلال اخص من المدعى نعم اخص من المدعى قد يكون عندنا تصور اه تصور اه بديهي والتصديق نظري يمكن والعكس التصديق بديل تصور النظري. مرة يكون تصور بديهي والتصديق بديهي لا اشكال في ذلك نعم اذا هذه المحاولة من الفقر غير موفقة. الاول ان التصديق بالتناسي بين الوجود والعدم. يعني نقول لوجود لا يجتمع مع العدد بديهي نعم بديهي يعني ضياء يغمر العقل الانساني حتى يؤسس للمعرفة. البديع يعني شهودي اذ كل عاقل على الاطلاق قيدها بالعاقل المجنون والبليد يخرج اذ كل عاقل على الاطلاق يعلم بالضرورة يعني بالشهود انه لا يمكن اجتماع وجوده وعدم وجود الانسان وعدم الانسان يعني العقل والتصديق قاعدة بنيوية. متوقف على التصور هادي قاعدة منوية ليست استدلالية نعم كل تصديق مسبوق بالتصور ثم يخرج النتيجة. وما يتوقف عليه البديه او لا بان يكون بديهيا او قل هذه كبرى وما يتوقف عليه البدي اولى ان يكون بديهي لا لا قد يكون ماذا نظريا التفريع يعني النتيجة. فيكون تصور الوجود وتصور العدم بديل. لا نعم في هذا في هذه المسألة الوجود بليه والعدم بديه. لكن القاعدة الكبراوية لا نقبلها وما يتوقف عليه البديهي او لا ان يكون بديهي الا قد يكون نظريا ايها الفاخر نعم اذا هذا المقطع من المد قال والاستدلال بتوقف التصديق بالتنافي عليه يعني الوجود لا يقبل العدم والعدم لا يقبل الوجود. حكمنا بهذا الحكم يعني اجتماع النقيضين محال. اذا لا يمكن الا اذا تصورنا الوجود في الرتبة السابقة. وتصورنا العدم في</w:t>
      </w:r>
    </w:p>
    <w:p>
      <w:r>
        <w:t>الحكمة السابقة وبما ان التصديق بديهي فالتصور على مستوى الوجود يكون بديهيا وعلى مستوى العالم يكون بديهيا. هذا كلام الفاخر نعم المحقق الطوسي لا يقبله نعم اه الجواب يأتي اه في كلامه وهذان الوجهان باطلان. هناك العلامة الحلي رحمة الله عليه يبطل كلام الفخر وانه صفسطة صدقوني سفسطة نعم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