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كان البحث في تعريف الوجود وفي تعريف العدم وقلنا الوجود ضياء به يتعين الذهن البشري وبه تتعين كل المفاهيم اذا اذا اردنا ان نعرفه يجب ان نخرج من دائرة هذا الضياء ونقع في الظلمة نقع في الظلمة يعني نقع في الظلمة لماذا? لان هذا الوجود هو الذي يضيء كل شيء بدون هذا الضياء اذا اعتبرناه مجهولا غامضا يحتاج الى تجلية فنأتي بالظلمة تعرفه الاشياء قبل تعريفها قبل مرور هذا الضوء عليها حتى تضاء في ظلم ببركة هذا الوجود هذا الضياء نعرف كل الاشياء من اين جاء من الوجود? هذا الوجود المطلق لا متناهي يضيئ كياننا اذن نحن نعيش بهذا الظياء بهذا الضياء المطلق اذا اردت نتكلم بلسان ديني نقول هذا الوجود المطلق هو الله تعالى نور السماوات والارض. هنا اتكلم علميا هنا نتكلم على الوجود ولا اتكلم دينيا اتكلم علميا الله هو الوجود. الوجود المطلق هو الذي يضيءني فانا اكتشف ذاتي ثم اكتشف الاشياء من خلال ذاتي في مستوى الادراك اذا انا اعيش ذلك الضياء بالشهود ثم نصنع له مفهوم الوجود للتواصل فقط المفاهيم تواصلية النقل والانتقال في باب المعرفة الفخر الرازي اراد ان يستدل على بداهة مفهوم الوجود وهذا خلط خلط بيداجوزي او قول خلط بنيوي نأتي الى ما هو ضياء ونريد ان نعرفه اولا هذا خلط بنيوي البنية ما معناها? يعني تركيبة الوجود ان الوجود يغمرك ضياء وانت تعيش في كنفه تعيش في ضيائه فكيف انت تأتي تعرف معناه؟ انت منفصل عنه اولا وانت بين واضح. ثانيا ثم تأتي وتضيء هذا الضياء المطلق هذا الضياء الجميل لا اله الا الله محمد رسول الله يعني انت الظلم بدنيا ضدية محاولتك لتعريفه تحتاج الى ادوات سابقة. مفاهيم سابقة. هذه المفاهيم هي الوجود بنحو هي ذلك الضياء انت قطعته قطعته شجرة قطعته ماء قطعته آآ تقدم تأخر عليه معلومة هذه كلها هي الوجود بنحو الوجود بنحو فانت اه تعرفه بنفسه. وهذا هو الدور والدور بنيويا لا يمكن نعم نحن عندنا مثل جزائري جميل يقول بخر له من لحيته يعني قطع من لحيته وعملوا البخور البخور آآ هكذا المسألة مثل هذا البستاني يشتغل في بستان لقصر صاحب القصر يخرج من القصر يذهب الى مصنعه الى تجارته فيأتي هذا البستاني بوردة يقطعها من البستان ويهديها صاحب القصر معنى البستان وما فيه كله لصاحب القصر فهكذا اذا سعينا الى تعريف الوجود نقع في المهزلة الاستدلال الفخري مهزلة في مهزلة. يقول نحن نصدق بعدم اجتماع الوجود والعدم. مبدأ التناقض وان هذه ليست قضية تصديقية هذه ما قبل القضايا الخلط البنيوي الأساسي والذي يقع فيه تقريبا الجميع يعتقدون ان مبدأ التناقض قضية ادراكية حاكية اجتماع الناقضين محال قضية موضوع محمول تحكي تحكي ماذا؟ تحكي ماذا? اذهب الى الواقع اذا كنت في في ادارة الوجود مرفوع اذا كنت في دائرة العدم مرفوع. ما هي الحكاية اذا هي ما قبل القضايا نسلم انها قضية ادراكية. الفقر يقول بديع سلمنا. بديهي يعني شهودية ضياء يقول اذا كانت كانت القضية بديهية يعني التصديق بديهي حتما التصور يكون بديهيا قل لا لا ملازمة بين ذلك. قد يكون التصديق بديهيا. والتصور يكون نظريا وبالعكس قد يكون التصور اه بديهيا والتصديق اه يكون نظريا هذه المحاولة الاولى الفخر الثاني الثاني ما هو? في كلام الماتن والاستدلال بتوقف التصديق بالتنافي علي بينه او يتوقف الشيء على نفسه هذا هو الاستدلال الدوري نعم الثاني ان تعريف الوجود يعني الفخر هنا يحاول ان تعريف الوجود لا يجوز ان يكون بنفسه نعم والا دار ولا باجزائه اولا الوجود ليس له اجزاء هذه ذهنية مهاوية الفخر يتحرك في البعد المهوي الوجود ليس له اجزاء لان الوجود حيثية حيثية التحقق والحيثيات كلها ذا هوية لها بسيطة كيف تعرف كيف تاكلها اجزاء اذا يدخلك في متاهات خاطئة تيخالط بنيويوي ثم يريد يبني ويستدل فانت غفلة منك تمشي في مبناه وفي استدلاله خطأ اصلا الوجود حيثية. ليس الوجود الواقعي. الوجود الواقعي لا يأتي الى الدين هنا نتكلم عن مفهوم الوجود لان التعريف للمفاهيم المفهوم لا يحكي ذلك المتن في كله. يحكي ذلك المتن بهم بما هو متحقق فقط حيثية التحقق يعني الموجودية هذه يجب ان نفهمها جيدا حيثية كلها بسيطة لماذا? لا هوية لها اصلا فكيف نعرفها? نأتي الى ما ما يلفها ما يجاورها ما يلازمها ما يصاحبها لماذا? لان الدين يعرف كلما كان الف كنبة كان جيم ناتي نعرف الف بباء وجيم وهذه هي الحيلة التعريفية غير هذا ما عندنا في التعريف نعم يقول لان تلك الاجزاء لان تلك الاجزاء ان كانت وجودات لازمة تعرف شي بنفسه يعني اذا كان مركبا وعرفت بنفس الدور. عرفته باجزائه لان وجودات تعريف كذلك بالشبه نفسه وان لم تكن وجودات يعني ماذا اذا لم تكن جثة يعني اعداء فعند اجتماعها ان لم يحصل امر زائد ولم يحصل لان العدم لا يعطي شيء كان الوجود محض ما ليس بوجود هذا خرف. يعني الوجود صار عدما وان حصل امر زائد هو الوجود يعني كيف هي ليست وجودات يعني اعدام تعطي الوجود كان التركيب في قابل الوجود او فاعله. لا اله الا الله محمد رسول الله انا نعطيكم نصيحة لله تعالى هادي نصيحة خودوها مني كتير من الامور تضيع وقت الطالب  لماذا? لانها ليست مهمة او ليست ليست مهمة او مهمة وليست مهمة. لا خلط خلط بنيويوي يعني انت تسألني تقول لي ما هي الطريق الى كربلاء وانا ادلك على طريق بغداد ويدلوك على طريق بغداد لا يمكن ان تصل الى كربلاء لا يمكن لانك تتحرك في دائرة النقيض نقيض الاتجاه فانت تتعب تمشي تمشي تتعب ولا تصل الى النهاية هذا الخلط البنيوي في العلوم كثير فيأخذ من وقت الطالب الكثير الكثير ونحن نعيش في عصر عصر السرعة والتخصصات متعددة بالله عليك انت الان كيف تجتهد في الفقه والاصول وتجتهد في العقيدة وفي التفسير وفي الفلسفة وو يعني نحتاج الى وقت كثير ومتسع لماذا انتم دخلونا في هذه المتاهات لا فائدة منها القاعدة البنيوية تقول الحيثيات سميها الاوصاف كما تشاء لا هوية لها اذا لا يمكن ان تكون لها اجزاء ولا يمكن تعريفها بالتعريف الحقيقي من الجنس والفصل تأتي الى ما يجاورها من حيثيات وتعرفها فقط اذا تأتي الى الوجود ايها الفخر وتقول اذا عرفنا الوجود بنفسه دور اذا عرفناه باجزائه من قال انه له اجزاء هل الحيثيات لها اجزاء? اذا من الاول نقول هذا خلط بنيوي فرض الاجزاء للحيثيات وهي بسيطة صل هوية لها</w:t>
      </w:r>
    </w:p>
    <w:p>
      <w:r>
        <w:t>لا هوية لها يعني جلوسي عنده هوية ام انا بنحو كذلك الوجود يعني التحقق هو الوجود المتن بنحو يعني العدم اذا لماذا انت تفرض لها اجزاء ثم تورطني معك وتضيع لوقتك ضيع لي وقتي لان تلك الاجزاء يعني اجزاء الوجود ان كانت وجودها لازمة لزم تعريف الشبه نفسه. تقدم الشيء على نفسي ثم تعرفش بنفسي وهذا دور. وان لم تكن وجودت في مقابل وجود ما هو? العدم ما عندنا بعد اخر وان لم تكن وجودات اولا اجزاء خطأ هذه الاجزاء كانت وجودات خطأ اذا لم تكن وجودات عدم خطأ كل هذه امور خطأ في خطأ وان لم تكن وجودات بين قوسين يعني اعداء. فعند اجتماعها كيف تجتمع ايه في الاعدام تجتمع؟ فعند اجتماعها ان لم يحصل امر زائد لا يحصل ابدا لان العدم لا يعطي شيئا كان الوجود محض ما ليس بوجود هذا خلف يعني صار الوجود هو العالم وان حصل امر زائد على اساس الاعدام ها يعني الاعدام اعطت الوجود عجيب نعم كان التركيب في قابل الوجود او في فاعله لا فيه. يعني التركيب ليس في الوجود في العلة القابلية والعلة الفاعلية. ولا بالامور الخارجة عنه لان الخارجي انما يصلح للتعريف لو كان مساويا للمعرض. لان الاعم لا يفيد التمييز. نعم تقول انسان حيوان لم تعرف الانسان. يجب ان تقول حيوان ناطق لان الاعم لا يفيد التمييز الذي هو اقل مراتب التعريف والاخص اخفى نعم تقول الانسان وهو ناطق لا ناطق اخص يعني خفي يعني حتى الملائكة ناطقة تدرك وقد حذر في المنطق او حذروا في المنطق او حذر المنطق اه حذر احسن وقد حذر في المنطق يعني في علم المنطق عن التعريف به. التعريف بالاخفى بالاخفاء. وكذلك التعريف بالاعم. لكن العلم بالمساواة يتوقف على العلم بالمهيئة الزم الدور نعم ايها الفخ الرازي والله يا الله! والله طلبا مساكين طلب مساكين يأتي لانه هو فارغ شغل مولانا بطال فيأتي ويضيع لنا وقتنا نحن الذي نعيش في القرن الواحد عشرين يعقل هذا انت قلت اذا كانت الاجزاء وجودت ونعرف بها الوجود يعني عرفنا الشيء بنفسه يعني لازم الدور هادي فرضية فهمناها تقول اذا لم تكن هذه الاجزاء وجودات لم يقل هي اعداء اخفاها حتى يريد يشوش اعداء والاعدام كيف تنتج الوجود ولهذا يقول فعند اجتماعها هي الاعدام لا تجتمع فرضا اجتمعت فعند اجتماع هذه الاجزاء التي هي اعداء. ان لم تحصل يحصل امر زائد لا يحصل كان الوجود محض ما ليس بوجود. يعني كان الوجود والعدم. هذا خلف. يعني مبدأ التناقل وان حصل امر زائد كيف? كيف بالله عليك بالاعدام يحصل الوجود. ضيع عنا انت وقتنا وتخربط علينا وتحتقر عقولنا نعم وان حصل امر زائد هو الوجود كيف من الاعدام تحصل الوجود الى الفخر؟ فهمها لي هادي فمالي ثم يدخلك في متاهات كان التركيب في قابل الوجود او في فاعل الوجود لا في التركيب كيف? انا لا ادري يعني كيف هذا التركيب من هذه الاجزاء التي هي اعدام؟ تكون في قابل الوجود لا سفيفة. لا في قابل الوجود لا في او في فاعله. كيف تكون في فاعله؟ لا فيه يعني هل الاجزاء تخرج عن المركب الذي فما الا الفخر. يعني عندك انت الأكسجين وعندك الهيدروجين. ها? هذه الأجزاء مجتمعة. والماء في في في جانب اجزاء الماء تكون مع الماء هي قوام الماء فكيف تكون هي في القابل وفي الفاعل الفاعل يعني الذي يعطي الوجود يعني الذي يحقق الوجود والقابل هو الذي يقبل الوجود. لا يدري والله او بالامور الخارجة عنه لان الخارجي انما يصلح التعريف لو كان مساوي للمعرف. هذه قاعدة منطقية لا. لان الاعم لا يفيد التمييز. تعرف الانسان بالحيوان. لا يفيد التمييز الذي هو اقل مراتب التعريف. يعني التمييز. والاخص اخفى. تقول انسان ناطق لم تأتي بشيء يجب ان تقول حيوان يعني الانسان من انواع الحيوان الناطق وقد حذر في المنطق يعني في تعريف المنطق على التعريف به. يعني بالاعم لانه لا يميز لا في تمييز وبالاخص لانه اخفى. لكن العلم بالمواساة يعني اذا جئنا الى المساواة يعني نأتي بتعريف يساوي المعرف يتوقف على العلم بالمهيئة يجب ان نعرف المعرف قبل تعريفه فيلزم الظهور هذا خربطة الفخر الرازي. ولم يبين ما معنى الفاعلية? وما معنى القابلية? وكيف تكون? يكون التركيب في العلة الفاعلية وفي العلة القابلية. وهل الوجود عنده عنده علة قابلية نعم هنا يأتي الاعلام الحلي وهذان الوجهان باطلان اما الاول يعني آآ التصديق البديهي يستدعي تصور البديهي. فلان التصديق البديهي لا يجب ان تكون تصوراته بديهة. هذا كلام لمن? كلام المحقق الطوبسي. يقول لا ملازمة بين التصديق البديهي والتصور البديهي. بينا هذه المسألة نعم اما الاول فلان التصديق البديهي لا يجب ان تكون تصوراته بديهية لما ثبت في المنطق يعني في علم المنطق من جواز خليني نروح حاشية واعود يخلطون دائما بين المنطق وعلم المنطق بين الاصول وعلم الاصول هذه المسألة يجب ان يتنور بها الطالب العزيز المنطق غير علم المنطق. المنطق تلك القواعيد القواعد التكوينية الحاكمة على العقل الانساني في مساره الفكري. في نشاطه الفكري قواعد عقلية سرمدية تنتمي الى الحكمة الالهية ثم اذا جئنا الى هذه القواعد ونظمناها وجعلنا لها موضوعا واخذعناها لمنهجية ثم تشكلت المسائل هناك ينقلب هناك نصل الى العلم علم المنطق اذن علم المنطق هو دراسة تلك القواعد مرتبة بهذا الترتيب النسقي. مسألة بعد مسألة باب الكليات الخمس باب التعريف باب القضايا باب الاقيسا باب البرهان باب المغالطات واضح هذا هو علم المنطق الذي ندرسه في الحوزة علم المنطق اما المنطق وتلك القواعد التي تنتمي الى الحكمة الالهية السرمدية. حتى الفلاح يمارسها حتى البائع في السوق يمارسها تأتي امرأة ليست خبيرة بالقماش تقول لهذا باع القماش هل هذا جيد? جودة في القماش. يقول مستورد يستعمل قياس الظمير ليغالطها. لان قياس الضمير ما هو قياس تخفى كبراه اما لبداهتها واما المغالطة. هنا يغالط لماذا? كل مستورد جيد منقر قد يكون صينيا رديئا اذا هذا البائع القماش في ذهنه هذه القاعدة هذا القياس قياس الضمير اذا لا نخلط بين المنطق وعلم المنطق المنطق قواعد مستقلة عنا حاكمة على عقلنا في نشاطه الفكري. ثم نأتي الى هذه القواعد نريد ان نحللها ونركبها ويتشكل نسق يسمى علم المنطق وكذلك الاصول فرق بين الاصول وعلم الاصول نعم ولهذا يقول وقد حذر في المنطقة يعني حذر في علم المنطق عن التعريف به هذي بيناها نعم يقول فلان التصديق البديهي لا يجب ان تكون تصوراته بديهة. لما ثبت في المنطق يعني في علم المنطق من جواز توقف البديهي من التصديقات من بيانية على التصور الكسب. تصور الكسب يكتب النظري سلمنا سلمنا بالقاعدة كل تصديق بديهي يستدعي تصورا بديهيا. لكن جاز ان يكون التصور للمفردات ناقصا</w:t>
      </w:r>
    </w:p>
    <w:p>
      <w:r>
        <w:t>ناقصا عند عند الشخص ثم نجلي هذه التصورات فتكتمل الصورة عنده. اي يكون معلوم باعتبار ما من الاعتبارات. وذلك يكفي بسباب التصديقات. ويكون المراد من الحد حصول كمال التصور نعم اذا مبنى الفخ الرازي الذي بنى عليه ان التصديق البديهي يستدعي التصرف البديهي نحن لا نقبله. اذا دليله ينهار الثاني يعني الاستدلال الدوري. نعم يقول آآ اه بتوقف الشيعة على نفسه او عدم تركيب الوجود مع فرضه او ابطال الرسم باطن ناتي نقول. واما الثاني فانما ذكره في نفي تركيب الوجود عائد في كل ما هي مركبة على الاطلاق وهو باطل بالظرورة نعم نفي التركيب نفي التركيب اه يعني الوجود بسيط كل المفاهيم البسيطة لا تعرف بالجنس والفصل. تعرف باللوازم. يعني هذه ليست خاصة بالوجود. يقول فلانه ما ذكروا في نفي تركيب الوجود عائد في كل ما هي مركبة على الاطلاق. يعني حتى الماء المركبة اذا عرفناها باجزائها نقع في الدور وهو باطن بالضرورة. سلمنا لكن جاز التعريف بالخارجي. التعريف الخارجي هنا يعني بما يلازم الشيء الخارج يعني بما يجاوره. لانك انت في كل واقعية في كل واقعية هذه الواقعية لها حيثيات متعددة لوازم متعددة. هذه اللوازم تكون مجاورة بعض. مع بعض فتأتي بحيلة منطقية بحيلة معرفية تعرف حيثية بالحيثيات التي تجاورها. لماذا? لانهم دائما معا والعرف يدرك هذه المسألة العرف يدرك هذه المسألة اه تقول فلان من? يقول الصديق فلان تعرف فلان اي نعرف هذا صديقه فهو تنطلي عليه هذه المسألة فهمت. فهمت. اذا التعريف دائما بالمجاور بالمجاور يسمى التعريف باللوازم القريبة. باللوازم القريبة. نعم. لكن جاز جاز التعريف بالخارج بالخارج يعني الامور التي تلازمه وتجاوره وشرطه المساواة في نفس الامر لا العلم بالمساواة نعم يعني هو المنطقي يشترط المساواة في الواقع. ليس العلم بالمساواة فالناظر في اكتساب الماهية يعني في تعريف الماهية اذا عرض على ذهنه عوارضها عوارض يعني لوازمها هذه ما تحفه من لوازم وما ما تحفها من لوازم وما يجاورها من لوازم. فاستفاد من بعضها تصور تلك الماهية تصور تلك المهي علم بعد ذلك بعد ذلك ان ذلك العرض مساوي لها. نعم. مساوي لها ما عندك الا هذه الطريقة. مثلا انسان في كونه لا يمكن ونأتي الى لوازمهم نجده في حيز له الجسمية ينمو له النمو حساس له الحساسية يتحرك بالارادة مثل القط يمينا وشمال. ثم له وصف استعلائي راقي هو الادراك. هذه كلها لوازم وليست حقيقة الانسان ما عندنا الا هذه الطريقة بما ان هذه اللوازم تورث له ما هي منطقية وليست ما هي قيء. تكفينا في المعرفة. تكفينا لتصور الانسان. فنقول جسم اللام حساس متحرك بالارادة ناطق. ان جمعها حيوان ناطق تكفي المعرفة وما في طريق لهذا ما في طريق الا هذا السهرة وردي يقول اصلا التعريف بالجنس والفصل غير موجود نعم يقول فالناظر في اكتساب المال يعني من يريد ان يعرف الماهية اذا عوض على ذهنه عوارضها يعني اذا اكتشف عوارضها اذا عوض على ذهنه عوارضها فاستفاد من بعضها ليس من كلها تصور تلك الماهية تصور الجواب اذا اذا عرض على ذهنه عوارضها فاستفاد من بعضها تصور تلك الماهية. عالمة بعد ذلك ان ذلك العرض مساوي لها مساوي في العلم في التعريف العلمي يعني تساوي منطقي. وليس مساويا حقيقيا الإنسان ليس هو الإمتداد وليس فهو النمو وليس هو الحساسية وليس هو ليس هو حتى الادراك الادراك شأن من شؤوناته هو حقيقة وجودية تسمى النفس الناطقة من شؤونها الادراك فالادراك ليس هو الانسان من لوازمه من شؤونه. تقول اذا لماذا تعرفون الحقائق باللوازم? ما في طريق الا هذا في المعرفة يكفي يكفي. ما تخاف نعم نعم ثم يفيد اه يفيد غيره تصورها بذكر ذلك العارض يعني بذلك اللازم او مجموعة اللوازم لا فرق. ولا دور في ذلك. سلمنا انها دوري. لكن العلم بالمواساوات لا يستلزم العلم بالمهيئة من كل وجه. نعم قلنا لا نحيط بكنه المهيأ. بل من بعض الوجوه على ما قدمناه هذه قاعدة قاعدة جميلة قاعدة ان التعريفات لا تحيط بكونه الحقيقة. لكن سباب المعرفة هذا الذي عندنا وهذا يكفي اذا قلنا الانسان حيوان ناطق يعني احطنا احطنا بالحقيقة الانسانية ابدا. ويكون الاكتساب لكمال التصور فلا دور حينئذ. نعم. اذا عرفنا الشيء بلوازمه لا نقع في الدور ابدا جيد هنا انتهى الدرس فقط اريد ابين نكتة آآ تعريفه آآ نكتة باعتباركم انتم في المجال الديني آآ في التعريف في الخطاب الديني ليس في الخطاب الفلسفي خارج الأمور الدينية في علم الإجتماع لا. في المجال الديني. يعني انت تريد ان تعرف الإنسان في دائرة الدين حتى تقارب الامور السياسية على هذا المنطلق والاجتماع على هاد المنطلق التربية على هذا المنطلق الحالات الاجتماعية على هذا المنطلق لا تعرف الانسان في بعده الخلقي ربنا الذي اعطى كل شيء خلقه ثم هدى. عرف الانسان دائما في بعده ثم هدى لا تعرف الإنسان في صورته عرفه في مساره يعني تعرف الانسان باعتبار غايته رضا الله والحياة الطيبة بعد الهي فطرة الهية غاية الهية رضى الله الحياة الطيبة والمساق. المساق يعني الولاية اذا عرفت الإنسان حيوان ناطق في المجال الديني تشتبه كل الموضوعات الدينية تأتي مشوشة وغير صحيحة. اما اذا عرفت الإنسان بمكوناته في مساره التكاملي والهداية الإنسان ما هو? اقم وجهك للدين حنيفا فطرة الله. يعني عنده بعد الهي وهي الفطرة ثم السياق والولاية الإلهية متمثلة بأوليائهم بأوليائه يعني الأنبياء والأوصية ثم الغاية الحياة الطيبة رضى الله اذا عرفنا الانسان في مساره التكاملي كل المفاهيم الدينية تأتي مستساغة راقية في مجالها الصحيح هذا الاشتباه الذي وقع فيه الكثير يأتون بالتعريفات في بعد الخلقي التكويني ويقاربون المسائل الهداياتية التي هي الدين بهذه التعريفات فنقع في ورطة كبيرة مثل مثلا هذه المسألة في ليلة القدر يأتي يأتون ويقاربونها بالفلك الذي هو امر تكويني معنا ليلة القدر بعد هدايته ما عنده علاقة بالتكوين يعني آآ انا الان في استراليا عشت ليلة القدر ثم مر على آآ العراق ثم المرأة على كندا ليلة القدر الف الف ليلة القدر. كل منطقة عندها ليلة القدر معنى ليلة القدر واحدة. جاءوا يقاربوها بالتكوينيات مع ليلة القدر. آآ امر هداية يعني فضاء معنوي لا ما يتعلق بالزمان والمكان هو يحيط بالزمان والمكان. يعني تلك الليلة معنوية محيطة بجميع ذاك الظرف الزمان والمكان لان هي من بعد المعنوي اقوى فهذه المقاربة تكون صحيحة ولا نتورط هذه الاشكالية كيف تكون ليلة القدر متعددة وهي ليلة واحدة والسلام عليكم ورحمة الله وبركاته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