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يا الله سبحان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المسألة الثانية ماذا تتناول هذه المسألة? يقول في ان الوجود مشترك عندنا كلمة الاشتراك تقال على معنيين اشتراك اللفظي والاشتراك المعنوي المقصود هنا بالاشتراك الاشتراك المعنوي لاشتراك اللفظي معناه ان عندنا معاني متعددة وتشترك فقط في اللفظ اللفظ واحد الا ان المعاني متعددة لان الواظع هذا اللفظ لتلك المعاني المتعددة لاحظ مناسبات هذه المناسبات جعلت هذه المعاني كلها يشار اليها بلفظ واحد الا انها متعددة ومتباينة مثل لفظ العين كما يمثل عادة بهذا المثال العين لفظ واحد ويشير الى الجاسوس الى العين الباصرة الى منبع الماء الى الذهب الى الشمس هذه كلها معان متعددة يشار اليها بلفظ واحد اللفظ هنا  اه واحد الا ان المعاني متعددة تشترك في هذا اللفظ فقط. يقولون مشترك لفظي وهذا ليس يهمنا هنا الذي يهمنا هو المشترك المعنوي المشترك المعنوي لفظ الواحد يشير الى معنى واحد ببساطة تامة لفظ واحد يشير الى معنى واحد قد تقول ما دخل الالفاظ في المباحث العلمية والمباحث الفلسفية نقول طبيعة الانسان اذا ارادت ان تتواصل مع غيرها الالية التي تساعد على هذا التواصل مرا تقول تكون اشهارية انا كنت بجنب الكعبة وهتسألني انت لا تعرف الكعبة تسألني اين الكعبة? اقول هذه امامك. هنا اشارة حسية وهذه ليست فاعلة في جميع موارد التواصل فاذا كنت انا في استراليا وقال لي ما الكعبة? لا يمكن لي الاشارة بالاشارة الحسية فعمد الانسان بالهام من الله تعالى الى وضع الالفاظ التي تشير الى المعاني فيأتي التواصل الداخلي بيني وبين نفسي اين التفكير او التواصل مع الاخرين من خلال هذه الالفاظ اذا علمنا بالوضع طبعا لأن التواصل يكون بهذا الشرط العلم بالوضع. ولهذا اذا لم تتقن اللغة الانجليزية ولا تعرف الوضع لا يتم التواصل مع شخص انجليزي او شخص فرنسي او شخص صيني اذا علمت بهذه اللغة وكيف تواضع اهلها على هذه الالفاظ ذهنك اذا سمع سمع لفظا ما فرنساوي او انجليزي ينتقل الى معنى اذا لاجل التواصل العلمي وغير العلم حتى تتحقق الاغراض العقلائية عمد الانسان الى وضع الالفاظ. فاللفظ معبر الى المعاني اذا ما هو الاشتراك المعنوي? لفظ واحد يشير الى معنى واحد اذا جئنا الى عالم الخلق عالم الوجود مطلقا. ليس فقط عالم الخلق مطلقا سريان الوجودي نجد هذا المعنى يسري في جميع اه الواقعيات او يسري في مساحة خاصة من الواقعيات اذا ركزنا على مساحة خاصة مثل مفهوم الانسان او لفظ الانسان يشير الى معنى واحد وهو الانسان او حيوان ناطق اذا جئنا الى عالم الحقيقة نجد هذا السريان في دائرة محدودة. اذا وصل الى واقعيات اخرى لا يسري فيها وصل الى البقر الى الماء الى الشجر لا يسري فيها الا انه يسري في جميع مصاديق الانسان. فهذا هو الاشتراك المعنوي. حقيقة واحدة سارية في مصاديق متعددة من حيث التحقق اما الاشتراك المعنوي وهذا لفظ يشير الى معنى واحد لا ينظر الى التحقق الخارجي. اذا جاء الى التحقق الخارجي يجد هذا الانبساط في المصاديق. مثلا لفظ الانسان يشير الى معنى واحد وهو الحيوان النبض هذا هو الاشتراك المعنوي تأتي الى المصداق مصداق افراد الانسان تجدها كلها حيوان معتق انسان انسان انسان انسان هذا هو الاشتراك المعنى. اذا عندنا اللفظ تواضعي اعتباري جعلي عندنا المعنى التكويني اللفظ يشير الى هذا المعنى تحقق لاشتراك المعنى ثم اذا جئت الى المصادق تجد سريان هذا المعنى في المصادق بالمصادق هذا هو الاشتراك المعنوي هل يحتاج الى دليل? ابانا مسألة قريبة من الاوليات شهودية كيف نبقى في مفهوم الوجود طفل صغير اضع له شيئا قابل للاكل كالموز مثلا يتحرك نحوه ويأكله توحوا مادة لا تقبل الاستساغة والاكل كذلك يتحرك لان طفل صغير لا يميز بين الاشياء الا انه متيقن ان هذا الموز وجود وهذا الشيء حديد مثلا وجود اذا من حيث الموجودية هو يدرك ان هذا موجود يعني طالب للعدم وهذا موجود طرد الادب. اذا فيه سريان معنوي بين المصداقين وهو التحقق طالبية العدم مع ان هذا موز في ماهيته وهذا حديث في ماهيته طفل صغير يدرك هذا الامر تحركه نحو الموز تحركه نحو الحديد وعدم التميز او عدم التمييز بين الحديد و الموز هذا خير شاهد على انه يرى الوجود حقيقة واحدة يعني الوجود في الموز هو الوجود في الحديد باختلاف ما هاوي هنا حديد وهنا اما الوجود فهو التحقق موجود في الموز وموجود في الحديد وموجود حتى في الله تعالى اذن المسألة لا تحتاج الى دليل الافة التي نعيشها في عالم الفكر في تعاملنا مع الوجود الذي نعاينه والوجود كذلك الغائب عنا لان هذا الوجود المادي ضئيل جدا بالنسبة الى العوالم التي هي غيب لا يهم نحن نتعامل مع هذه العوالم ادراكا فاهما الافة التي نبتلى بها دائما نسرع ونذهب الى عالم التأمل عالم الفكر عالم المفاهيم ونريد ان نقارب هذا الوجود وننسى الشهود ننسى الشهود. الشهود ما معناه? معناه الاتصال المباشر بهذه الواقعية قد يكون هذا الاتصال المباشر يغنيك عن ستين الف دليل وعن ستين عملية تأمل لماذا نترك هذا الشهود ونذهب الى هذه التأملات ومرة نجدها دورية مرة نجدها غامضة معقدة مع ان الشهود يعطيك المعنى في صميمه وفي كونه. طفل صغير لم ينضج عقله لا يميز بين الحديث والموز هذه المهية لا يدركها والموز لا يدركه غليست وتحركه لانه يريد ان يأكل تحركوا نحو الموز مع انه لا يدرك هوية الموز ما هي يتحرك لانه يدرك انه وجود ويتحرك نحو الحديد لانه بعد لم يميز ان هذا يصلح للاكل او لا يصلح يتحرك نحو الحديد لانه موجود. اذا الموجودية يعني بمعنى التحقق واحدة في المصداقين في الشيئين واذا نضج عقله شيئا ما يتحرك نحو الموز بما انه موجود ويصلح للاكل ولا يتحرك نحو الحديد لانه لا يصلح للاكل الا انه يدرك انه ما وجود? هذا هو الشهود ولهذا قال بعض العلماء ان المسألة قريبة من الاولية بل شهودية بل شهودية. هذا هو معنى الاشتراك اشتراك معنوي عندنا لفظ تواضعي مثلا مفهوم الوجود كلمة وجود لفظ عربي تواضعي وضعه الانسان اللي غاية عقلائية وهي الفهم والتفهيم والتواصل المعرفي مع غيره مفهوم الوجود اه لفظ الوجود اللفظ بنيوي يشير الى المعنى يعني الإنسان يشخص المعنى وهذا المعنى لا يقبل التواصل في بعده الخاص الا اذا الصقنا به لفظا تواضعنا عليه فانا افهم المعنى وانت تفهم المعنى كيف يتم التواصل تواصل من خلال اللفظ توصيني بشراء كتاب كتاب لك</w:t>
      </w:r>
    </w:p>
    <w:p>
      <w:r>
        <w:t>نلتقي الغد تقول اشتريت الكتاب يعني كلمة الكتاب لفظ الكتاب الذي يشير الى هذه الواقعية تواضعنا عليه فتم التواصل بمجرد ان تقول اشتريت لي الكتاب انا افهم المسألة وما تريد من خلال هذا اللفظ اذا اللفظ التواضعي المعنى تكويني لا معنى لي تدخل الانسان فيه ثم سريان هذا المعنى في المصادر كذلك تكويني كذلك تكويني. لا يمكن للإنسان ان يتدخل في هذا الأمر موجودية الموز تكوينية موجودية الحديد تكوينية يمكن ان نتدخل فيها بارادتك وتغير تقول الحديد موز او الموز حديد لا يمكن اما اللفظ لفظ تابع للارادة ولهذا الموز في اللغة العربية غير الموز في اللغة الفرنسية من حيث اللفظ  الفرنسي يقول العرب يقل موس لكن المعنى واحد  سريان هذا المعنى في المصادر كذلك واحد حقيقة الموز الواقعية هي هي في فرنسا وفي في العراق وفي ايران وفي استراليا وفي مصر وهكذا اذا جئنا الى بحثنا هذا اللفظ الوجود هل هو مشترك لفظي او مشترك معنوي البداهة والشهود يقول المشترك معنوي. يعني لفظ واحد يشير الى معنى واحد ثم هذا المعنى الواحد يسري في مصاديق بذلك المعنى. ذلك تلك الوحدة فمفهوم الوجود اذا ركزنا على اللفظ لفظ تواضعي يشير الى معنى والتحقق هذا هو المعنى لفظ واحد يشير الى معنى الواحد وهو التحقق نأتي الى الواقع الخارجي نعاين هذا المعنى نجده يسري من الله تعالى الى الحجر الله وجود الملك وجود الانسان وجود النمل وجود الشجر وجود النحاس وجوده حقيقة واحدة سريع وهي التحقق لا نتكلم عن المصداق في اصل وجوده نتكلم فيه فقط بحيثيات طردية العناء والله طارد لعدمه نحو هذه الطاردية واجبة طبعا والحجر كذلك طارد عدمه بعض المحققين قال كلمة جميلة في هذا الاشتراك المعنوي  يقول مشاركة الممكن المحدود كالحجر الواجبة تعالى والله تعالى في حيثية من حيثياته مثلا كالوجود تقول الحجر وجود والله وجود. في شرك او ذوي الاشتراك المعنوي يقول مشاركة هذا الحجر لله تعالى في حيثية الوجود طالبية العدم. لا تزيد الحجر شرفا ولا تنزل الله تعالى من عليائه. لماذا? لان هذه حيثية حيثية التحقق فقط اما اذا جئت الى الوجود الذي يتعين بهذا التحقق الحجر في ادنى مراتب الخلق والواجب في اعلى مراتب الخلق بل هو القمة والاعلى اذا لا تخف من الاشتراك المعنوي لان في مقولة اخرى تسمى التشكيك المفهوم المشكك يعني هذا المعنى الواحد يصدق على المصاديق بالتفاوت او يسري في المصاديق بالشدة والضعف بالتفاوت المحقق التونسي يدخل مباشرة في التدليل على ان هذا اللفظ او هذا المعنى مشترك معنوي يعني معنى واحد نحن لا نحتاج الى هذه الادلة قلت لكم المسألة شهودية وهذه افة مسألة تكن واضحة سريعا نذهب الى تفعيل التأمل والفكر فنقع في مطبات نقع في معضلات لا تحل معنى المسألة شهودية مثل والله تعالى الله تعالى الديني افي الله شك فاطر السماوات والارض لا يحتاج الانسان الى كثير تأمل الاستدلال العيش مع الله تعالى لا لا شك في الذات الالهية ابدا افي الله شك فاطر السماوات والارض فهذه الافة التركيز على التأمل والفكر والاستدلال قد تبعد الانسان عن الحقيقة مع الاسف الشديد فانتم تعلموا هذه المنهجية ما هو في دائرة الشهود يكفي الشهود ما يحتاج الى التأمل والاستدلال نعم يحتاج الى التأمل والاستدلال كثير من الامور لا تحتاج الى الاستدلال والى الدليل فاذا قيل لك ما هو الدليل? قل له المسألة ليست في دائرة الدليل المحقق التونسي هنا يأتي ادلة ثلاثة يقول قال وتردد الذهن حال الجزم بمطلق الوجود. هذا الدليل الاول واتحاد مفهوم نقيضه. هذا الدليل الثاني قبوله يعني الموجود القسمة يعطي اشتراكه تردد مبتدأ واتحاده مبتدى ثاني وقبوله القسمة مبتدأ ثالث يعطي الخبر يعطي اشتراكه اشتراك الوجود اشتراك المعنوي طبعا هذه هي الأدلة التي اتى بها ولا نحتاجها لأن المسألة شهودية شهودية شهودية تخيل عندك صديق صديق فضولي يدخل في مكتبك عندك مكتبة عندك مكتب وفيه اقلام وو من الامور هو فضولي يقول الكتب موجودة تقول نعم امامك المكتبة لم يركز على الكتاب على الموجودية ثم يقرأ القلم موجود يقول نعم تفضل امامك القلم موجود كراسة اكتب عليها موجودة كراسة امامك تفضل موجودة الحبر موجود? نعم موجود هنا الموجودية السارية الموجودية في الكتاب موجودية في القلم موجود هي في المنضدة موجودة في الحبر. موجودة سرير. هذا السريان في هذا الخطاب كتاب موجود والمنظدة موجودة القلم موجود المحبرة موجودة والكراسة موجودة ها موجود موجود موجود هذا هو الاشتراك معنوي العرف يتعامل معه يوميا معناه التحقق معناه التحقق اذا قال له العصير موجود يقول لا العصير في اه لمكانه الخاص في الثلاجة تريد عصير انا اتي بك اتي به هنا غير موجود اذا هنا في هذه المرتبة لا يسري على العصير الوجود يسري عليه في الثلاجة اذا جاء بالعصير خدمة لصديقه العصير يسري عليه الوجود في هذه المحوطة في دفتر هذا الاخ الكريم هادي مقاربات عرفية مستساغة جميلة جدا لا تحتاج الى هذه الادلة لكن نحن اه مطالبون بتطبيق المتن وبيان بيان اسرار المتن وتردد الذهن حال الجزم بمطلق الوجود الدين يعني هنا هذا الجهاز الادراكي الجهاز الادراكي. اكتب جميل مناسبة وذريعة نعرف الدين الدين هو مرتبة النفس الادراكية او النفس في مرتبة الادراك هو الذي قد تكون في مرتبة الادراك الحسي فنحن هنا الدين في بداية الحس مرة تكون نكون في مرتبة الادراك الخيالي هنا الخيال الوهمي التعقلي الارقى هذا هو الدين. النفس في مرتبة الادراك يعني هناك فيه كاشفية فيأتي هذا الدين يدرك وجود النفس بالشهود. الان انت تعي بنفسك بالشهود. بالشهود يعني بالعلم والحضور بالشهود متيقن بالموجودية لكنك متردد بين كون النفس مادية او مجردة يعني ما هي مادية او ما هي مجردة فاذا كانت ما هي مادية هي كذلك موجودة. واذا كانت ما هي مجردة فهي موجودة. فالوجود يسري في الماهية المجردة وفي الماهية الماهية المادية وجود حقيقة واحدة يعني ذهنك يتردد في التجرد والمادي الا انه لا يتردد في الموجودية في البعد المادي او في بعد التجرد. قلنا بالناس مجردة الوجود يبقى هو هو التحقق. قلنا بان الناس مادية كما تقول الوضعانية والمادية كذلك الموجودية متحققة مرة انت في تعامل مع واقعية من الواقعيات وتوهمت انها ممكنة ممكنان محدودة ثم تبين لك بالدليل باي طريقة اخرى لا انها واجبة فانت ترددت بين الامكان والوجوب ولكن لم تتردد بين الوجوب ابدا. يعني في دائرة الامكان وجود في دائرة الواجب وجود اذا الوجود يسري في المصاديق بذلك المعنى الوحدوي الاشتراك المعنوي ما هو? لفظ واحد يشير الى معنى واحد. هذا هو المعنى الواحد فالوجود موجود في الممكن وموجود في الواجب. وسيأتي هذا الدليل هو ليس بدليل تنبيه دليل القسمة الموجود اما واجب وممكن</w:t>
      </w:r>
    </w:p>
    <w:p>
      <w:r>
        <w:t>تأتي ان شاء الله سنبينه اذن الدليل الأول اذا صح عليه انه دليل ان الدين قد يتردد في الماهيات الا انه لا يتردد في الوجود في الوجود يقولون من باب النكتة بليد انسان بليد دخل الى الدكان وقال له هذه الثلاجة كم? قال انا لا ابيع للبلاد فخرج هذا الانسان منكسر القلب مشى لا ادري عشرين خطوة ورجع رجا قال له لماذا لا تبيع لي لماذا ونعتني بالبلادة قال بالبليد قال هذا ليست ثلاجة هذه غسالة  تغير المهية من الثلاجة الى الغسالة نعم لم يميز بين الثلاجة والغسالة الا ان الوجود واحد يعني حتى لو بين له انها غسالة وليست ثلاجة فهي موجودة وليست معدومة اذا التردد بين الماهيات ووحدة الوجود دليل على ان الوجود مشترك معنوي هذا الدليل الاول الدليل الثاني يقول واتحاد مفهوم نقيضه البارحة بينا ان الوجود ناقضه هو العدم الذهن له فعالية يستطيع وهادي عناية الهية. عناية الهية خارقة ان يرفع الوجود بالادعاء. الوجود لا يرفع ابدا. لنعين التحقق نعين التحقق من درس الفلسفة يفهم هذه المسألة. الوجود عين التحقق رفعه لا معنى له لكن بالادعاء يمكن ذلك بالادعاء ادعاء الكذب يرفع الوجود بالادعاء ادعاء الكذب هنا الكذب بالمعنى المعرفي وليس بالمعنى الاخلاقي يعني المجازي لاعتبار رفعنا الوجود صار الخلاء يأتي العدم يستقر هناك بل وجود لا ينسجم مع العدم اذا كان العدم غير موجود يعني مطرود واذا حل العدم مجازا ادعاءا كذبا. الوجود يرتفع لا واسطة بين الوجود والعدم. هذا هو مبدأ التناقض انا اقول هو معيار الفكر والمدرسة تقول هي قضية بديهية لا ليست قضية بديهية ولا ليس من سبق القضايا المعرفية بل هي من صنخ القضايا المعيارية. ما به الفكر. قانون عقلي وليس اه واقعية تكشف ما قبل الكشف لا يهم هذا البحث واتحاد مفهوم نقيضه. يعني الوجود ناقضه ما هو واحد فلا يمكن ان يكون النقيض متعدد اذا كان العدم معنى واحد وهو رفع الوجود طالبية الوجود فالنقيض هو الوجود كذلك يكون له معنى واحد وهو طالبية العدو طالبية العدو اذا لا يمكن ان يكون العدم بمعنى واحد ونقيضه الذي هو الوجود بمعاني متعددة يعني كيف تخيل ان بين اه بين العدم وبين الوجود فيه مراحل يتعين فيها الشيء وهذا هو التعدد في معنى الوجود اشتراكا اللفظي العدم معنى الواحد الوجود الذي هو قابله ليس معنى واحدا يعني ليس مشتركا بالاشتراك المعنوي اذا عندنا معنى اخر اثنين ثالث رابع فالشيء قد يخلو من العدم ومن ناقضه يذهب الى الشيء الثالث او الشيء الرابع وهذا هو ارتفاع النقيضين ارتفاع النقيضين مبدأ كذلك من مبادئ العقل بنية العقل هكذا وهذه كذلك عناية اناية رائعة بالنسبة لي الانسان والله تعالى لما هندس هذا الانسان وهندس هذا الدين الذي يدرك به الخير ويدرك به الحقيقة حتى يتكامل في الصراط المستقيم فالله تعالى هندسه بهذه المعايير منها مبدأ التناقض يعني اجتماع النقيض المحال وما يتفرع عليه من ارتفاع النقيضين وحل اذن الشيء لا يمكن ان يرتفع الى مرتبة ثالثة لا هي وجود ولا هي عدم. مستحيل وهذا خير دليل على ان اذا كان العدم له معنى فنقيضه الوجود له معنى واحد وهو الاشتراك المع نوي انا اسألكم بيني وبينكم هذه ادلة ام عبارة عن تحليل للشهود تحليلات للشهود. يعني انا اشاهد هذا المعنى الواحد اعاينه اشاهده اتصل معه مباشرة ثم نأتي الى عالم التأمل اصعد الى الذهن هناك الدين الياته هو التحليل والتركيب. نأتي احلل واركب حتى يتم التواصل المعرفي. والى المسألة ليست مسألة برهانية مطلقا. اذا اذا كان العدم يحمل معنى واحدا فنقظه يحمل معنا واحدا وهو التحقق والعدم هو رفع التحقق فارضوا معنى اخر للوجود غير الوجود يعني في مرتبة ثالثة يمكن ان يستقر فيها شيء لا في دائرة الوجود ولا في دائرة العدم وهذا الذي يصدق عليه ارتفاع النقيضين وانتم تعرفون مبدأ الثالث المرفوع يسمى في المعايير العقلية واذا اضطر الامر ان نبين هذه المعايير نبينها اذا اضطر الامر لان البحث ليس في هذه الامور انا عندي نية وادعو لي ان شاء الله ربي يوفقني ويعطينا الصحة اه نكتب كتابا ميتافيزيقية الذهن. الذهن كيف يشتغل والمعايير التي تحكم عليه هذه المعايير هي تجلي حكمة حكمة الله. الضياء الالهي وهو يغمر الانسان يجعله يفكر التفكير الصحيح. الا اذا دخلت شهواته ونزواته وغرائزه يتمرد عن هذه القوانين وهذا الظياء الالهي يخلد الى الورث من اجمل البحوث هو ميتافيزيقية الدين. والحوزاوي يتعامل مع هذه الميتافيزيقا في كل دروسه. وقد يعي بها وقد لا يعي بها. الدليل الثالث هو قبوله القسمة. تقول الموجود اما واجب ما ممكن وانتم عندكم قاعدة المقسم يسري في قسمه مع قيد زائد الذي يصحح القسمة الموجود اما واجب واما منكر. هذه قسمة مسألة قسمة  في في الفلسفة  نستفيد من هذه القسمة في التدليل على وجود الله تعالى كما سيأتي في الالهات بالمعنى الاخص فهذه القسمة بملاك الغنى والفقر ان ممكن فقير محتاج الى علة الواجب غني لا يحتاج فنجد موجودية واجبة وموجودية ممكنة. انظروا الموجودية حاضرة في الواجب حاضرة في الموكل هذا وهذا هو الاشتراك المعنوي. في الحصة القادمة ان شاء الله نطبق اه اه متن العلامة الحلي والسلام عليكم ورحمة الله وبركاته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