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كنا معكم في الوجود ومفهوم الوجود وقلنا انه بديهي وبينا المسألة بالتفصيل ووصلنا الى المسألة الثانية وهي الاشتراك المعنوي لمفهوم الوجود  قاربنا الادلة الثلاثة التي ذكرها الماتنون المحقق التونسي رحمة الله عليه في هذه الجلسة نطبق على متن العلامة الحلي اي شرح متن المحقق الطوسي اقول لما فرغ الماكن والمحقق التونسي من البحث عن ماهية الوجود ما هي هنا بمعنى المفهوم عن ماهية الوجود يعني مفهوم الوجود لانه لا يعبر عن الوجود بالماحية. هنا مقصده مفهوم الوجود. شرع في البحث عن احكامه. من احكامه انه معنى واحد يعني يسري في الواقعيات بمعنى واحد تحقق تحقق تحقق تحقق من الواجب تعالى الى الحجر كلها تحقق تحقق تحقق فبدأ يعني الماتن باشتراكه. يعني هذا الوجود حقيقة مشتركة مشتركة في الحيثيات وليس في الحقيقة هذه يجب ان يفهمها الطالب العزيز انحجر حقيقته حجر في غاية الضعف قابل للانقسام والتكسر والتفتت الواجب حقيقة واجبة لا متناهية اذا الاشتراك في ماذا يكون الحقيقة ابدا والا صارت الواقعيات كلها واجبة اوصاف كلها ممكنة. لا الاشتراك في فقط في حيثية التحقق طاردية العدم. وهذه حيثية لا تزيد الحجر شأنا ولا تنقص من الله تعالى لحيثية فقط حيثية طريدية العدم وهذه الحيثية حيثية اعتبارية لا هوية لها الملاك هو اصل الوجود وهذه الامور ستتبين لاحقا ان شاء الله واستدل عليه استدل الماتن عليه على هذا المطلب بوجوه ثلاثة ذكرها الحكماء والمتكلمون الوجه الأول هو هذا التردد كما بيناه اتردد على النفس الموجودة مادية او هل النفس الموجودة مجردة? ترددت بين تردد والتجرد التجرد والمادية. اما الوجود لم اتردد فيه يسري في كون النفس مادية او في كون النفس مجردة انا قد نجزم بوجود ماهية انا اجزم بوجود النفس ونتردد في خصوصياتها يعني مجردة او مادية مع بقاء الجزم بالوجود. انا لا اشك في وجود النفس لكن اتردد هل هي مادية كالاجسام تفنى بفناء هذا الجسم وتفتته وتفككه ام لا من سلخ العلو والتجرد اما الموجودين لا اشك فيها فان اذا شاهدنا اثرا حكمنا بوجود مؤثره فاذا اعتقدنا انه ممكن تم اه ثم اه فاذا اعتقدنا انه ممكن يعني من صنخ المخلوقات المحدودة ثم زال اعتقادنا بامكانه. اشتبهنا تبين لنا انه لا ليس بممكن واجب نعم وتجدد اعتقادنا بوجوبه انتقلنا من الاعتقاد بالامكان الى الاعتقاد بالوجوب لم يزل الحكم الاول يعني الموجودية واحدة الموجودية في الممكن او الموجودية في الواجب. لا اقول بعدما انتقلت من الممكن واشتبهت وانتقلت الى الواجب هناك عدم لا هنا وجود وهنا وجود فقط هنا وجود امكاني وهناك وجود واجبي وتجدد اعتقادنا بوجوده لم يزل الحكم الاول يعني بالموجودية الطبقة الاعتقاد بالوجود عند زوال الاعتقاد بالخصوصيات يعني خصوصية الامكان او خصوصية الوجوب او خصوصية المادية او التجرد يدل على الاشتراك المعنوي اذا الوجود في الواجب والوجود في البنوك حقيقة واحدة. نعم الاختلاف في كون ها الحقيقة تلك حقيقة واجبة طاردة للعدو وهذه حقيقة ممكنة طاردة للعدم اختلاف في مرتبة الوجود عن مطاردة العدم واحدة ولا يزيد الممكن هذا الاشتراك شرفا وعلوا يبقى ممكنا لماذا? لان الاشتراك في حيثية اعتبارية وسيأتي ان شاء الله الكلام عن هذه الامور بالتفصيل هذه امور تنتمي الى الحقل الفلسفي هناك تبين في اطار خاص في اطار فلسفي الدليل الثاني وهذه ليست ادلة كما اشرت هي تحليلات لذلك الشهود ان مفهوم السلب واحد الوجود لعدم وجود ان مفهوم السلب واحد السلب يعني العدم لا تعدد فيه لا تعدد في العدم. عدم عدم هو طالبية الوجود ولا امتياز لا امتياز في العدم. لا شيء من باب سرب من انتفاء الموضوع. لعدم شيء حتى يتميز فيكون مفهوم نقيضه  ما هو مفهوم ناقض العدم? الوجود فيكون مفهوم نقيضه. بين الذي هو الوجود واحدا واحد في المعنى لعدم طالبية الوجود الوجود طالبية عدم هذا هو الدليل هذا هو الديل العدم له معنى واحد رفع الوجود مقابله رفع العدم بمجرد ان تتصور مرتبة اخرى بينهما وقعت في شباك المعيار العقلي القوي وهو ارتفاع الناقضين محال يسمى المبدأ المبدأ الثالث المرفوع مبدأ التناقض يدور بين الوجود والعدم مبدأ السلس المرفوع ما هو لسانه اذا تصورت ثالثا بين الوجود والعدم ارفعه غير متصور ابدا هذا هو مبدأ الثالث المرفوع في المدرسة يعبر عنه بارتفاع النقيضين محال في العلوم التي تهتم بالمعايير العقلية يسمى اه المبدأ الثالث المرفوع  لا تخاف من المصطلحات فقط يجب ان تفهم مغزاها مبدأ يعني اصل اصل ما قبل المعرفة ان المعرفة تتعين في دائرة هذه الاصول. هذه ليست قضايا معرفية. القضايا المعرفية حقيقتها تكشف. هذه القضايا لا تكشف دي قضايا معيارية ما بها بها الذهن ينتج المعرفة ينتج المعرفة فهي ما قبل المعرفة ملاك المعرفة انظر هنا هنا اردنا ان نبين الاشتراك المعنوي اذا لم تتبنى الاشتراك المعنوي المعيار العقلي يقول انت بي كارثة معرفية يعني وقعت في ارتفاع النقيضين وارتفاع الناقضين انتفاع النقيضين يؤدي الى اجتماع الناقضين يعني الاستحالة. ما معنى الاستحالة? ورفع اصل الوجود اذا رفع الوجود اين الحكاية? ما في حكاية هذه ليست قضايا معرفية ادراكية ما قبل القضايا. ملاك القضايا ملاك القضايا والا والا يعني اذا لم يكن نقيض العدم هو الوجود وتصورنا معنى يعلو على الوجود والعدم. يعني ثالث بين الوجود والعدم. يعني الوجود ارتفع والعدم ارتفع ورحنا الى المعنى الثالث هذا هو ارتفاع النقضات والا لم ينحصر التقسيم بين السلب والايجاب. يعني انتفى التقسيم بين الوجود والعدم ما عندنا الا الوجود والا العدم. العدم مجازي اعتباري الذهن يعتبره للفهم تحت ضغط الوجود اذا اذا تصورنا مرتبة ثالثة ارتفاع الناقضين يقول لا لأنه يلزم يلزم اجتماع الناقضين يقول لم ينحصر التقسيم بين السلبي والايجابي  يعني اما ان تدخل في سلة الوجود واما ان تدخل في سلة العداء واجب الوجود ادارة الوجود الشريك البالي في دائرة انعدم اللاشيء الثالث يعني القسمة ان مفهوم الوجود قابل للتقسيم بين المهيات القسمة ما هي؟ ان تأتي بمعنى ثم ملاك القسمة ضابطة القسمة حتى تترشح الأقسام كل قسم يتميز بقيد مثلا الموجود واجب وممكن الموجود هنا مقسم. ملاك القسمة الغنى والفقر. الاحتياج وعدم الاحتياج عدم الاحتياج يعطيك هذا القسم واجب الوجود يتعين بماذا? بالغنى القيد هو الغني يعني الوجود الغني والقسم الثاني الممكن الذي يقع في مقابل الواجب قايدهما على الفقر فالقسمة بملاك الفقر والغنى يعني الاحتياج وعدم الاحتياج الى العلة الواجب لا يحتاج الى علة مستحيل الممكن يحتاج الى علة في تلبسه بالوجود والتحقق اذا القسمة هي معنى ثم نأتي بظابطة نفرز الأقسام وعلى وفق هذه الضابطة</w:t>
      </w:r>
    </w:p>
    <w:p>
      <w:r>
        <w:t>لماذا لماذا هذه القسمة القسمة تنتمي الى التحليل والتركيب الطالب يجب ان يدرس المنهجية هو يمارسها يمارسها بفطرات ببحوثه في تدريسه في تحليله في كتابته لكن جيد لو يغرسها نسقيا حتى يعرف ان القسمة في اي دائرة تتحرك في التحليل والتركيب اذا انتقلنا من الطقس من القسم من المقسم الى الاقسام تحليل اذا رجعنا القهقرة تركيبون جيد لماذا القسمة لان احكام الاقسام لا تتعين الا اذا افرزت هذه الاقسام تريد تدرس انت الانثى خصوصيات الانثى. لا تدرس على مستوى الانسان مقصد تقول الانسان ينقسم بملاك الساكس يعني الجنس الى ذكر وانثى فتدرس الانثى في هذا القيس وليس في المقسم. مقسم يشمل الذكر والانثى انسان الرجل والمرأة ورجل المرأة يعني الانثى خصوصيات الانثى هنا تدرسها في القسم اذا في احكام تتصل بالقسم اذا درسناها على مستوى المقسم تختفي وتندثر اين تتعين في القسم فنقسم حتى نفرز وندرس حيثيات الأقسام يستوعبها المقسم لكن بنحو الاجمال اين تتجلى لنا في الاقسام بنحو التفصيل هذه هي فلسفة القسمة فنأتي الى الموجود نقول الموجود واجب وممكن القسمة. بلاكها ما هو الغنى والفقر. الاحتياج الى العلة وعدم الاحتياج العلة. افرزنا الواجب ويفرزنا الممكن فالموجودية من احكام القسمة المقسم يسري في اقسامه مع قيود لا تقول موجود واجبي. موجود ممكن وب مباني صدر المتألين تقول وجود واجب وجود ممكن فهذا الوجود يسري في القسمة سريان الوحدوي يعني معنى واحد وهذا هو الاشتراك المعنوي هذا هو الاشتراك المعنوي  ان مفهوم الوجود قابل للتقسيم بين المهيات فيكون مشتركا بينها. اما المقدمة الاولى فلاننا نقسمه الى الواجب الممكن تقول الموجود ينقسم الى واجب وممكن بملاك القسمة وهو الفقر والغنى ونقسم الممكنة الى الجوهر والعرظ نأتي الى الموجود الممكن نذهب الى القسم الى القسم الذي يقع في مقابل الواجب الممكن بدوره موجود ممكن ينقسم الى جوهر وعرض يعني قائم بنفسه قائمون بغيره قائم بنفسه والجوهر قائم بغيره والعرب والموجود الى ديني وخارجي والعاقل يقبل هذه القسمة والعقل يعني يستسيغ هذه القسمة لا ينفيها لماذا? لانها وفق المعايير العقلية واما المقدمة الثانية فلان القسم عبارة جميل يأتي بمبدأ تصوري مبدأ يعرف القسمة تخرج من المتون المبادئ التصورية او الايبستمية ما هي القسمة يعرفها? جميل فلان القسمة عبارة عن ذكر جزئيات الكل. يعني المعنى المقسمي الصادق عليها بفصول متعاندة او ما يشابه الفصول يعني تأتي الى المعنى وتقسمه بضابطة وبميلة كي يفرز لك الأقسام ملاكو تميز الأقسام هي الفصول او ما يشبه الفصول من خواص خاصة لان قد لا آآ يساعدنا الفصول نأتي بامور غير الفصول ما يميز المميزات الخارجية تكفي لافراز الاقسام بدون هذه الفصول او اللوازم الخارجية الفرز لا يأتي فالقسمة لا تدوم فلان القسمة عبارة عن ذكر جزئيات الكل جزئيات يعني الاقسام الكل يعني المعنى العام المقصد صادق عليها يعني هذا هذا الكلي يعني المعنى المقصد يسري في اقسامه بفصول متعاندة. الواجب غني الممكن فقير  هنا الغني ليس فصل والفقير ليس فصل والا لوازم الغنى لازم للواجب والفقر لازم للممكن بفصول متعاندة اذا لم تسعفنا الفصول لسنا في الماهيات نأتي الى ما يشابه الفصول وهي اللوازم ولهذا لا يقبل العقل قسمة الحيوان الى الانسان والحجر يقول الإنسان الإنسان اه الحيوان اما انسان وحجر لا من الحجر ليس من اقسام الحيوان نعم حيوان له فصول زائدة على على الحجر. الحجر هو جسم ممتد اما الحيوانات جسم ممتد يعلو على الحجر بالنمو ويعلو على الحجر بالحساسية يعني الإدراك الحسي والحركة بالإرادة فلا يدخل الحجر تحت عنوان الحيوان فالقسمة تكون خاطئة نعم تقول حيوان اما انسان او بقر او اسد جمل نعم لماذا? لما لما لم يكن صادقا عليها لا تستطيع تقول حجر حيوان اما الانسان تستطيع ان تقول انسان حيوان ويقبل قسمته الى الانسان الفرس نعم لان الانسان هو حيوان بالناطقية والفرس هو الحيوان بالصاهيلية فصول تأتي وتميز. اما الحجر لا ليس له كمال الحيوان حتى يصدق عليه انه حيوان القسمة تدرس بعد آآ باب التعريف نأتي الى الكليات الخمس في المنطق الكليات الخمس معروفة الجنس النوع والفصل والعرضي الخاص العرضي والعام هذه الكليات الخمس نتلاعب بها في التعريف نتلاعب بها في التعريف يعني هي ملاك تعين التعريفات تعرف ما هو المعنى. ثم نأتي الى القسمة. القسمة مفهوم القسمة مفهوم منطقي مفهوم منطقي كما ان مفهوم التعريف مفهوم منطقي. المفاهيم كليات الخمس مفاهيم منطقية  اذا درسناها بحيثية الايصال الى التعريف والايصال في نهاية المطاف الى الحجة. هنا تكون من موضوعات علم المنطق اما اذا درسناها كيانات ذهنية كيانات ذهنية تدرس في الفلسفة تحت عنوان كلي هو الوجود الذهني هذه كلها وجودات ذهنية يدرس الفيلسوف تحت عنوان عام. الوجود الذهني. اذا درس احكام الوجود الذهني هذه الاحكام تسري قهرا الى هذه المكونات كليات الخمس تعريف القسمة والقضايا وو ككيانات ذهنية فالفيلسوفان لا ينظر الى هذه الكيانات الذهنية بما هي موصلة الى التعريف والموصل الى الى التصديق لان المنطق ما هو التعريف الموصل الى اه تعريف موصل الى التصور وحج موصلة الى التصديق الفيلسوف لا ينظر اليها من هذه الحيثية. انظروا لنا ككيانات ذهنية تدرس تحت عنوان عام يسمى الوجود الذهني. سيأتي ان شاء الله الوجود الذهني يأتي المنطقي ياخذ هذه الكيانات من الفيلسوف ويدرسها ويرتبها بحيث تفيد للوصول الى التصور كل مقدمات التعريف والتعريف. كليات خمس تعريف قسمة هذه كلها تصب بهذا المجرى الوصول الى التصور بهذه الحيثية ويبحث القضايا والبراهين الموصلة الى التصديق فاذا سألت الطالب ما هو موضوع علم المنطق? ويقول التعريف والحجة جوابه خطأ تعرف الحجة يدرسان في الفلسفة تحت عنوان وجود ذهني. يجب ان يجيب بالجواب الدقيق. يقول التعريف الموصل الى التصور والحجة الموصلة تصديق هذه لحيثية الايصال يجب ان تكون ضرورية حينها تكون هذه الموضوعات وهذه المسائل من موضوعات علما المنطق هذه يجب ان اه نلتفت اليها. اذا هنا المحقق التونسي يأتي بادلة ثلاثة الدليل الأول التردد التردد  انت تظع امام طفل صغير غير ناضج الا انه يعرف ان النقود تشتري له شوكولاطة تلبي مقتضى غريزا ما تضع انت النقود الورقية. اعلى قيمة من النقود المعدنية امامه هو يلتفت الى النقود المعدنية لا يلتفت الى الورق مع ان الورق اعلى قيمة شرائية هو يميل الى النقود لكن لا يتردد ان هذه الورق هذا الورق وجود هو وجود والنقود المعدنية وجود فهذه الورقة لها قيمة مالية وهذي هو لا يشك ان هذا وجود وهذا وجود يشاهده بالمعاينة ويشاهد النقود ويختار هذا الا انه لا اه لا يتردد انه موجود. اذا نضج ووضعت النقود المعدنية والورق الذي هو اعلى من حيث القيمة الشرائية ياخذ الورق يعني يؤمن بانه موجود. هذه الامور واضحة وسهلة جدا واضحة جدا تحليلية فقط ما نشاهده نحلله فقط</w:t>
      </w:r>
    </w:p>
    <w:p>
      <w:r>
        <w:t>نحلله فقط يأتي شخص ويرى حيوانا عجيبا اول مرة يراه يقول ما هذا؟ اذا هو يشير الى الوجود ويتردد في هويته لا يعرف هوي هويته الا انه متيقن انه طارد للعدم والوجود نعم طارد للعدم ثم اذا رأى حيوان اخر اول مرة يرى كذلك يتقين يتيقن انه فيه وحدة وجودية واختلاف مهوي هذا حيوان من صنف وهذا حيوان من صنف الا ان الوجودية لا يشك انها وجودية واحدة امر شهودي لا يحتاج الى دليل ولا يحزنون الدليل الثالث هو ان العدم يناقض الوجود فهو واحد نقيضه واحد كذلك مسألة مسألة تحليلية تنبيهية فقط تنبيهية الذهن يكون في فضاء تجعله في فضاء التنبه فقط فقط واذا قلت لا الوجود له معنى اخر في مرتبة اخرى. فخرجنا من دائرة الوجود والعدم خروج من داعش لوجوده والعدم يعني التنصل من مبدأ التناقض هذا هو ارتفاع النقيضين. التنصل من التناقض التنصل من مبدأ التناقض محال لانه معيار عقلي اه اذا تنصلت من مبدأ التناقض او من المعايير العقلية مطلقا معناه انت لست في دائرة الوجود بدائرة البطلان في دائرة البوطة اذا الحصن الأساسي الذي يحمي الانسان حتى يصل الى الحقيقة ويتكامل في دائرتها وهذه المعايير العقلية وهي سارية في جميع تفكيرنا حاكمة على جميع تفكيرهم. اكثر من ذلك حتى الوحي اذا تعين الوحي اذا تعين لا يتعين الا وفق هذه المعايير لا يمكن ان تجد اية مباركة صريحة في معنى ثم صريحة في معنى يناقض الاول مستحيل. هذا لا مستحيل لماذا? لان له حكمة الهية. وهذه المعايير حكمة الهية. نور هناك ونور هنا. والاستجام التام بين النورين او بين الضياءين. خذها قاعدة اساسية في حياتك العلمية وان شاء الله اذا استدعى الامر نبين هذه المعايير اذا هذا كذلك تنبيه نسميه تنبيه تنبيه تحليل. اذا كان العدم يناقضه الوجود والعدم واحد فالوجود يكون واحدا انتهى الامر ولا واسطة بين الوجود والعدم اذا قفزنا الى هذه الواسطة يعني الى مرحلة ثالثة يأتي المعيار ارتفاعا ناقضي محل يرفض هذا الامر اذا اذا كان العدم واحدا ولا تميز في العدم ولا كثرة في العدم. فالوجود حقيقة واحدة كذلك. وهو الاشتراك المعنوي الدليل الثالث ليس دليلا وانما هو كذلك تحليل نجد القسمة ما معناها? معنى عام نرشحه في مصديقه بقيود ما الا ان هذه القسمة يجب ان تكون بملك بضابطة فالموجود ينقسم الى واجب وممكن ملاك تعيني في الواجب والغنى ملك تعينه في الممكن هو الفقر. تعينه. يعني حقيقة تتعين في بعدين. في مصداقين. اذا هي مشتركة اية مشتركة. هذا كذلك يقال انه دليل وانا لا اسميه دليلا وانما هو تحليل فقط الذهن الغافل غير ملتفت نضعه في دائرة الالتفات فهو يلتفت بالشهود مباشرة يلتفت بالشهود ولا يحتاج الى تعمق والى دليل تم تمت المسألة اذا عندنا مفهوم الوجود بديهي يعني نحن في اتصال مباشرة مع التحقق بيناها وان هذا الوجود يسري في جميع الواقعيات بمعنى واحد. تحقق تحقق تحقق واذا قلت كيف يشارك الحجر الله تعالى في هذه الحيثية? اقول لك هذه حيثية فقط حيثية طردية العدم لا تزيد الحجر شأنا ورفعة امام الله تعالى ابدا. الملاك هو الحقيقة حقيقة والله تعالى واجبة وحقيقة الحجر مفتتة تقبل انقسام ضعيفة في غاية الظعف ثم ننتقل الى المسألة الثالثة في الحصة القادمة ان شاء الله في ان الوجود زائد على الماهية وهذه مسألة مفتاحية طبعا هذه المسألة تنتمي الى الذات اه العاضد الخادم ليس الى الذات الاساسي. هي ليست عرضية في الذات في المتن اساسية ذاتية الا انها ليست اساسية وانما هي خادمة للاساس. الا انها مسألة مفتاحية تحل كثير من معضلات الفكر وكذلك من معضلات العقيدة. يأتي ان شاء الله بالحصة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