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اهلا بكم وسهلا في هذا الدرس وصلنا الى المسألة الثالثة وهي في ان الوجود زائد على ما هي هذه مسألة بنيوية. ليست مبنائية ولا بنائية بنيوية والمسائل البنيوية لا معنى للتذليل عليها فكل هذه الادلة سيتبين لك انها غير صحيحة تصادر على نفس المسألة فابين اولا ما معنى الحمل الاولي والحمل الشائع وابين كذلك المعايير العقلية اذا اتضح الفارق بين الحملة الاولي والحمل الشائع والمعايير العقلية ما هي يتضح ان البحث في هذه المسألة بحث بنيوي اصلا ليس ببحثا ليس ببحث جيد. الان سجل هذه القاعدة الفارق بين الحمل الاولي والحمل الشائع حتى ندرك الفارق يجب ان نبين ما معنى الحمل الاولي? وما معنى الحمل الشائع الحمل الاولي هو ان تكون الذات في دائرتها فاذا جاء التركيب فالمحمول في التركيب يمثل اصل الذات هذا هو الحمل الأولي لا يخرج عن دائرة الذات بمجرد ان يخرج عن دائرة الذات ترك الحمل الاولي اذا اذا اردت ان تعرف الحمل الاولي قل المحمول يمثل ذات الموضوع. انتهى الامر تقول انسان انسان المحمول يمثل ذات الموضوع الموز موزون الماء ماء الذهب ذهب اذن الحمل الأولي دائما المحمول لا ينزاح خارج الذات خذها قاعدة بسيطة جدا يبقى دائما في دائرة الذات. الانسان انسان. الانسان المحمول في دائرة الذات ذات ذات الموضوع ومن هنا يفرعون هذا الفرع اتحاد مفهومي لاننا فداءت الذات ليس فقط اتحاد مفهومي العبارة مفيها مسامحة وحدة مفهومية الاختلاف بالاعتبار يعني انت تكون غافلا عن معنى الموضوع انا اؤكده بالمحمول. الانسان انسان او بالاجمال والتفصيل انسان حيوان ناطق وفي الدراسات العميقة حتى هذا الانسان حيوان ناطق خرج من دائرة الذات ذهبنا الى اللوازم تناقول حمل اولي صناعي حمل اولي اعتباري والا هو في الحقيقة ليس حملا اوليا. اذا القاعدة ما هي في الحمل الاولي المحمول في التركيب يمثل ذات الموضوع في الحمل الشائع نقول انسان عالم الانسان نائم الانسان موجود الانسان شاعر هناك خرجنا من حياط الذات ذهبنا الى تعيناتها الى تعيناتها التي لا تنفك وهي اللوازم او التعينات التي تأتي وتذهب وهي المنفكت تقول انسان عاقل فهذه من اللوازم التي لا تنفك العقلانية لازمة للانسان فهذا حمل شائع في دارت اللوازم التي لا تنفك الانسان جالس الجلوس خارج عند دائرة الذات حمل شائع في دائرة ما ينفك اذا تعريف الحمل شاة هكذا ان المحمول لا يمثل ذات الموضوع. بل يمثل حيثية من حيثيات الموضوع. يمثل تعينا من تعينات الموضوع سهلة جدا اذا اذا قلت الانسان انسان انت ركز على المحمول. اين يقع في صميم الذات? يمثل الذات في دائرتها حمل اولي سهلة جدا الإنسان شاعر بالشاعرية غير الإنسان. الشاعرية حيثية من حيثية اللسان حمل شاء نموزه موزون حمل اولي. الموز اصفر حمل وهكذا في جميع التركيبات فاذا جينا الى الماهية والوجود. الانسان والوجود ما هو الحبل الاولي في دائرة الانسان? تقول انسان انسان  الصق به التعين الوجودي الانسان وجود. انظر الى المحمول. الوجود. هل يمثل دائرة الذات? تقول لا. يمثل حيثيات العدم حيثية تعين يعني التحقق ليس الانسان الانسان غير التحقق سريع ان تقول الحمل شائع وبالتالي ان اه هوية الوجود غير هوية المهي انتهى الامر ولهذا اقول انا بون ياء وياء ولا تحتاج الى دليل لانها ليس من صنخ ما يستدل عليه البنيويات البنياويات الوجود ركب بها. ذهنك ركب بها فقبل الاستدلال هي حاكمة عليك مهيمنة عليك فكيف تستدل عليها اذا نعيد ما بينه الحمل الاولي ما هو؟ نذهب الى التركيب نركز على المحمول اذا كان المحمول يمثل الذات حمل اولي الانسان انسان الإنسان في الحبل الأولي الإنسان لا يمثل الذات يمثل عل الذات الانسان انسان حمل اول الانسان كاتب الكتابة لا تمثل الانسان. تمثل تعين من تعينات الانسان همسح سهلة جدا اذا طبقنا على الانسان الوجوب نقول الانسان في دائرته انسان. انسان انسان في دائرة تحققه نقول الانسان وجود خرجنا عن دائرة العيسى. اذا الانسان غير الوجود بل الانسان في هويته حوار ناطق انسان انسان الوجود له حيثية تعرض الماهية الانسانية فتجعل المهي الانسانية في متن الواقع متحققة هكذا المسألة ببساطة المشكل في التراث العلمي في العالم الاسلامي وفي العالم الغربي يخلطون بين اه البنية والمبنى والبناء والبيان مرة تجد المطلب المطلب العلمي صحيحا من حيث المبنى والبناء البيان لا يوصل البيان تعبان مرة لا المبنى صحيح البنا خطأ مر المبنى غير صحيح مرة البنية فيها خلل هذا التفكيك بين الباءات الاربع مهم جدا في فهم العلوم وفي فهم المتون. هذه المسألة ان المهي غير وجود مسألة بنيوية وليست مسألة مبنائية او بنائية حتى نأتي وندلل عليها نأتي الان الى المعايير العقلية ما هي المعايير العقلية? عبارة عن مبادئ هذه المبادئ بها ننتج الفكر بني لما صنع الله الانسان هندسة الانسان هندسة ذهنه الجميل بهذه البنية ثم اذا تعامل مع الواقع الخارجي تأتيه معطيات خارجية تخضع لهذه البنية لهذه المعايير حينها يفرز المعرفة. ينتج المعرفة ما هي هذه المبادئ البنيوية مبدأ الهوية مبدأ الجوهرية مبدأ التناقض مبدأ الثالث المرفوع مبدأ السبب الكافي مبدأ الاتصال مبدأ الانفصال مبدأ الجمع بين الاتصال والانفصال ثمانية اذا اردت ان تضيف الى هذه المبادئ مبدأ الغاية الذي هو يدخل في مبدأ السبب الكافي بعضهم يفصله لا نأتي ونفصل هذه المعايير العقلية التي بها ينتج الانسان المعرفة مبدأ الهوية مبدأ الهوية هو مبدأ يفرز به الانسان الحمل الاولي الإنسان في هويته تقول انسان وانسان جيد. من جعلك تشكل هذا التركيب هو مبدأ الهوية مبدأ الهوية كمعيار عقلي قبلي ليس من صنخ المعرفة هو الذي جعلك تفرز هذا التركيب الانسان والانسان في تعاملك مع الواقعيات الآن انت الآن امام وقيم الواقعيات الشجرة مثلا تعاينها الشمس تعاينها تشاهدها فهي تحل كمفهوم ذهني تقول الشمس اذا اردت ان تبقى دائما في هوية الشمس ولا تخرج الى حيثياتها تعيناتها بمبدأ الهوية هو الذي يجعلك تفرز هذا التركيب الشمس شمس شجرة شجرة الحجر حجر. الذهب ذهب فمبدأ الهوية لا يسمح لك كمعيار وهو العقل الانساني. هذه المعايير هو العقل الانساني حكمة الهية لا يسمح لك ان تأتي بتعين في دائرة الذات ابدا تقول الانسان هو هوية الشعر خطأ الانسان هو هوية الكتابة خطأ الإنسان هو هوية الوجود خطأ الانسان في هويته انسان فقط وهذا هو الحمل الأولي اذن مبدأ الهوية يفرز الهويات فقط يفرز الهويات فقط وهذا التفكيك بين الهوية ونفسها تفكيك اعتباري. لان الهوية لا يمكن ان افكك بينها وبين ذاتها فاذا قلت الانسان انسان هذا في دائرة الاعتبار</w:t>
      </w:r>
    </w:p>
    <w:p>
      <w:r>
        <w:t>ليس في ذات الحقيقة لان الهوية لا تفكك فالتركيبات اللغوية والقضاوية كلها اعتباريات تفكك ثم تربط يفكك الهوية الانسانية ونجعلها اه هويتي بالادعاء لان الهوية الواحدة لا تتكرر ثم تربط بين الهوية وذاتها. تقول انسان انسان هذا الربط كذلك اعتباري تفكيك اعتباري هو الربط اعتباري. لماذا? للفهم والتواصل المعرفي هذا يسمى مبدأ الهوية بنية تفرز الهوية في دائرتها لا زيادة ولا نقصان. فيتعين الحمل الاولي المعيار الثاني مبدأ الجوهرية عندنا الهوية التي هي جوهر ثم نخرج من الهوية الى تعيناتها مهما كانت هذه التعينات الى حيثياتها تعيناتها تجلياتها احكامها سمها كما تشاء هنا من المعيار البنيوي الذي يسمح لك بهذا الخروج الخروج من من الهوية هو مبدأ الجوهرية. سمي مبدأ الجوهرية لانه يركز على الجوهر ثم ينحاز الى الحكم او الى التعين او الى التشأن او الى التجلي فاذا قلت مثلا في هذا التركيب الانسان شاعر ببركة مبدأ الجوهرية انت ان خرجت من دائرة الهوية الى دائرة حكم احكامها وهي الشاعرية وكذلك الوجود. اذا قلت الإنسان وجود خرجت من الهوية الإنسانية الى ماذا? الى الهوية الإنسانية وهي متحققة وهذا الذي يسمى الحمل الشائع والهلية البسيطة اذن ببركة مبدأ الجوهرية افرزنا هذا التركيب وافرزنا التركيبات التي تخرج عن دائرة الهوية الى احكامها فإذا فهمت انت مبدأ الهوية ومبدأ الجوهرية بسهولة تامة تفهم ان الما هي غير الوجود والوجود غير الماهية  الماهية في دائرتها انسان انسان لا زيادة ولا نقصان لا عالم ولا جاهل ولا كاتب ولا نائم ولا موجود ولا معدوم هوية فقط هوية الانسان وانسان ثم ببركة مبدأ الجوهرية تنحاز الى الاحكام الى الحيثيات الى التعينات الى التشاؤنات الانسان تشأن بالتحقق خرج من الهوية الى التحقق يعني صار في متن الواقع في ذات الوجود فتقول الانسان موجود اذن الإنسان انسان في دائرة مبدأ الهوية وهو الحمل الأولي. الإنسان موجود خرجنا من الهوية ببركة مبدأ الجوهرية. خرجنا الى تعين وهو التعين التحققي  اذا اين المهية واين الوجود تلك من مقولة وهذا من مقولة اذا كلما خرجنا من حياط المهيأ وانتقلن الى احكامها حيثياتها تشؤناتها تجلياتها تعيناتها سميها كما تشاء نحن في دائرة مبدأ الجوهرية نحن في ذات الحملة الشائعة فالانسان وجود تقول مبدأ الجوهرية جميل لماذا? تقولي اننا خرجنا من دائرة الماهية الى حكم من احكامها تعيين من تعيناتها. يعني خرجنا من الانسان الى التحقق الانساني فالمهية اكتسبت حيثية جديدة وهي التحقق. اما في دائرة الانسان انسان هناك لا لا كلام لا عن الوجود. ولا عن العدم. ومن هنا قالوا قالوا ما هي من حيث هي لا موجودة ولا معدومة لانها في ذات الهوية لا معنى للوجود ولا معنى للعدم. الوجود العدم دائما في مبدأ الجوهرية. تقول انسان وجود يعني الانسان تحقق بالوجود صار متنا خارجيا تترتب عليه الاثار. اذا قلت الوجود معدوم يعني لم يدخل دار وجود لم يتعين بالوجود اما الماهية في دائرة مبدأ الهوية لا علاقة لها لا بالوجود ولا علاقة لها بالعدم وهذا الذي يسمى في المجال التداولي الفلسفي اللائق اقتضاء الاقتضاء يعني الماهية في دائرة هويتها في دائرة مبدأ الهوية لا تقتضي الوجود ولا تقتضي العدم. اين تقتضي الوجود او تقتضي العدم في دائرة مبدأ الجوهرية كيف تأتي العلة تفيض عليها الوجود فتقول الانسان موجود او لا لا تفيض عليها الوجود تقول الانسان محض اذا فهمنا هذه المسائل بطريقة جيدة كل هذا الكلام الذي يذكره العلامة الحلي بتفصيلته لا معنى له لأن المسألة بنيوية وليست معرفية مبنائية او بنائية حتى نندفع الى الدليل والايه ستيد لنا ثم ياتي المبدأ الثالث معيار عقلي وهو مبدأ التناقض مبدأ التناقض قبل مبدأ التناقض نسيت مسألة في مبدأ الجوهري. ابينه للطالب العزيز لانه هو الان يتقدم الى الدراسات العليا وهذه الامور تفيده بقوة في جميع التخصصات مبدأ الجوهرية ما هو؟ خروج من حيطة الذات من الهوية يعني خرجنا عن حاكمية مبدأ الهوية ندخل الى حاكمية مبدأ الجوهرية له ركنا دققوا جيدا هذا المبدأ مبدأ الجوهرية له ركنا في التركيب القظوي عندنا موضوع محمول الانسان عالمنا الانسان كاتب الله موجود الله حي تركيبات قضوية متعددة في مبدأ الجوهرية نأتي الآن ونحكي الواقع في مبنى الهوية لا نحكي الواقع نحكي الهوية فقط الإنسان اما في مبدأ الجوهرية خرجنا من مبدأ الهوية الى حكاية الواقع. ما هو هذا الواقع؟ هذا بحث فلسفي ومعرفي لا نفيض فيه. ما هو الواقع هل هل الواقع هو المحسوس او اعلى من المحسوس? هذه مسألة لا نفيض فيها ولا نعرضها فقط اريد ان افهمكم مبدأ الجوهرية في هويتهما هو. اذا انتقلنا من الهوية الى مبدأ الجوهرية جاءت الحكاية والكاشفية الخارجية الخارجية كل بحسبه وهو ما الذي يسمى نفس الأمر جيد الان عندنا تركيب الإنسان عالم هنا فيه حاكاويا خرجت من افق الذهن الى افق الواقع الخارجي. ما هو هذا الواقع الخارجي? هذا بحث اخر لا يهمنا الان جيت لماذا? لان الحكاية دائما تكون بالقضايا اما هلية بسيطة واما هلية مركبة هل هي مركبة تقول الانسان موجود حكاية عن تحقق الانسان يعني العلة اوجدته ووضعته في متن الوجود تقول انسان عالم بعد التحقق بعد التحقق الوجودي تلقى كمالا وصار عالما فتقول الانسان عالما حكاية عن الواقع الخارجي هذا المبدأ له ركنا سطر جيدا هذه الامور لانها الماس معرفية في التركيب القضوي يعني القضايا الانسان عالم عندنا موضوع ومحمول الركن الأول في مبدأ الجوهرية الذي يفرز القضايا التي تحكي الواقع الى القضايا تفرز بمبدأ الجوهرية كما ان التصورات تفرز بمبدأ الهوية هناك الحمل الاول في مبنى الجوهرية الذي يفرز على مستوى الدين هي القضايا والقضايا متشكلة من موضوع محمول الانسان عالم ما هما الركنان والركن الأول ان المحمول لا هوية له مستقلة اذا قلت الانسان عالم لا تجد العلم مستقلا عن الانسان في دائرة نفس الامر ابدا العلم حيثية من حيثيات الانسان ليس له واقعية مستقلة بمعنى ان واقعية العلم في متن الانسان صفة للانسان لا نجد العلم كواقعية مستقلة كالشجر ابدا اذا الركن الاول ان المحمول لا هوية له مستقلة. هويته مندكة في الموضوع هذا الركن الأول الركن الثاني ركن معرفي ثبوت المحمول للموضوع يحتاج الى ملك يحتاج الى ملاك اذا دللنا على القضية يعني اكتشفنا ذلك الملك لا يمكن للمحمول ان يثبت للموضوع بدون منت مثلا الانسان عالم ثبوت العلم للإنسان ما هو ملاكه? ذلك الكمال العلمي في الانسان من اين نشاهده ونعاينه? من خلال محاضرة من خلال تقريرات الدروس من خلال مقالة من خلال اه مم من خلال تأليف من خلال ندوة علمية فيفيض علما نكتشف انه عنده الكمال الذي جعل هذا المحمول العلم يحمل على الانسان الانسان عالم. الانسان يعني زيد طه بلال لا يهم المصداق</w:t>
      </w:r>
    </w:p>
    <w:p>
      <w:r>
        <w:t>اذا الركن الاول ما هو? الركن الاول هو انا المحمول لا هوية استقلالية له وانما هو التعين من التعينات للموضوع. حيثية من حيثيات حكم من احكامه لا تجد المحمولات مستقلة ابدا بثنا الله حي لا تجد الحياة في دائرة مستقلة بوجود والذات المقدسة مستقلة بالوجود ابدا. الحياة هي تعين من تعينات الذات المقدسة وهكذا في جميع المحمولات والمعرفة والعلوم تتعين الحيثيات تتشكل بالحيثيات كلما درست هذه الحيثيات التي تسمى الاحكام الاحكام او الاعراض الذاتية تشكلت العلوم. تشكلت العلوم الركن الثاني معرفي المعرفي ووجودي ثبوت العلم للانسان بدون ملاك واقعي يكشفه العاقل او تكشفه التجربة او او لا يمكن ان نذعن بهذا المحمول للموضوع حتما هناك ملاك تقول شيخنا من يكشف الملاك? المعيار الخامس سيأتي المعيار الثالث هو مبدأ التناقض مبدأ التناقض ما هو يأتي بعد التعين القظايا تقول انسان عالم نستفتي مبدأ تناقض. نقول ما رأيك في هذا التركيب? يقول انا ما عندي دخل اه مبدأ السبب الكافي للمعيار الخامس هو الذي يثبت انه اه عالم او لا ليست وظيفتي. انا وظيفتي تتمثل في هذا الامر. دقق جيدا انت اذا قلت الانسان عالم ثم الحراك الفكري وانت تدلل على ان الانسان عالم اوصلك الى ان الانسان ليس بعالم وتريد تجمع بين الامرين نقول هذا لا لا يمكن لان الانسان عالم تعين بحيثية وجودية كيمتل الوجود له هذا الكمأ. الإنسان ليس بعالم هذا الكمال مفقود الاثنان معا هذا لا يمكن هذا هو المحال اذا مبدأ التناقض يترقب القضايا قل ما شئت قل ما شئت قل انا اله انسان ضعيف انا اله مبنى التناقض يقول انا ما عندي اما انا قل انت اله انت حر انا اله موضوع محمول لكن بمحدوديتك لا يمكن كن انت اله كما تشاء الى يوم القيامة لكن المحدودية التي تلفك تمنع هذا المحمول يعني انا ليس باله فانت تدعي ان انك اله والمحدودية تقول انك لست باله. الجمع بين الامرين محال مبدأ التناقض يقول محال. اذا مبدأ التناقض دائما يترقب اذا انت ثبت المحمول ونفيت المحمول في الان نفسه بشروط التناقض المعروفة يقول انت في الزيف انت في البطلان. انت في البطلان. اما الدعاوي فالدعاوي الداعي كما تشاء. لأن القضية لا تثبت نفسها. هذه بنية كذلك هادي بنية سجلها ان القضية لا تثبت نفسها ما عندنا قضية تثبت نفسه ابدا. بشرط ان تكون قضية علمية لان القضية اذا اثبتت نفسها تصير كل الدعاوي صحيحة كل الدعاوي صحيحة اذن مبدأ التناقض يترقب اذا تعين التركيب القظوي تقول الف باء اياك اياك ان يوصلك الدليل او الحراك المعرفي وتقول في داخل هذا الحراك المعرفي الف لا باء او يلزم من حراكك المعرفي الف لا باء. فانت جمعت بين الف وباء والف لا باء وهذا التناقل زيف تناقض زيف ما معناه? يعني لم تصل الى الواقع وهذا هو البطل هذا هو البلان وهذا هو المستحيل. اذا متى هذا المعيار يتدخل اذا تشكلت القضايا تشكلت القضايا شريك الباري موجود شريك الباري موجود تقول لمبدأ التناقض ما رأيك؟ يقول ما عندي انا كلام شريك الباري موجود روح الى ماذا? روح الى مبدأ السبب الكافي مبنى السفن الكافي ماذا يقول? يقول لو كان فيهما الهة الا الله لفسدتا واذا كان هناك الى هان فحتما ينفرد اله من الالهين بكمال غير موجود في ذاك يعتري الاله النقص الى الف الى باء لأن هذا اله ينفرد بكمال مفقود عند الثاني والأول بوصفه ينفرد بك من موجود في مفقود في الثاني فالإله يصير ناقصا فما انت فغلظته من وجود الهين يحتلان المرتبة الالوهية تبين لنا هذا ناقص وهذا ناقص يعني ما فرض من فرض آآ الها صار ليس باله وهذا هو اجتماع اذن اياك ياكي اذا قلت الف باء ثم في مسارك الفكري والمعرفي تصل الى ما يبطل هذه القضية. سريعا مبدأ التناقض يقول هذا الكلام كله زيف. حراكك المعرفي كله زيف فانت خارج مثل الواقع انت في البطلان والزيف المعيار الرابع ارتفاع النقيضين هو هو فرع من اجتماع اه النقيضين مدلولهما هو مدلوله هو انه لا شق ثالث بين الوجود والعدم ابدا لا يمكن لك في مسارك الفكري ان تحت المرتبة تقع بين الوجود والعدم. مستحيل هذا مستحيل لان الوجود هو المتن هو الاصيل يطرد العدم لعدم مطلوب يعني كلما كنا في العدم كنا مات رودين. الوجود هو الصحيح المرتبة الثالثة لا معنى لها اذا حراكك الفكري نشاطك الفكري اذا ادى بك الى ان وانك وصلت الى مرتبة لا وجود وعدم هذا الحراك الفكري والنشاط الفكري كله زيف كله بطلان وكله خرطي بالعامية المعيار الخامس هو مبدأ السبب الكافي باللسان الحدث باللسان الحوزوي المدرسي هي هذه القاعدة كل ما بالعرظ يعود الى ما بالذات والذات لا يحلل كل ما هو عرضي يجب ان يستندل ما هو ذاتي. اذا وصلنا الى الذات الذاتي لا يعلل لاننا نحن في البنية وصلنا الى البنية يسمى بلسان الحدث مبدأ السبب الكافي. يعني لكل تعين هناك سبب خاص. اذا قلنا الانسان انسان هنا لم نتعين. فمبدأ السبب الكافي لا يدخل. لانك انت ما زلت في الانسان اذا قلت الانسان عالم ما بدا سبب الكافي يقول هناك ملاك ويبحث عن هذا الملف بلاك وما هو كتب مقالة القى محاضرة عنده تقريرات دروس الخارج يحاضر في الجامعات هذه كلها ايات انه له هذا الملك الملكة العلمية انتهى الامر انتهى الامر. وصلنا الى ذلك الملاك الحقيقي فالقضية تكون ثابتة اسألك هذا عالم? تقول اي نعم عالم عندي سبب كافي لعلمه وهو انه يحاضر ويفيض علما وله تقريرات عميقة فهذه العلامات دليل على انه يملك هذا الكمال الذي يؤهله لهذا المحمول الانسان عالم هذا يسمى مبدأ السبب الكافي وفي ادبياتنا كل ما بالعرظ يعود الى ما بالذات والذاتي لا يعلل ثم ياتي مبدأ الانفصال والاتصال والجمع بينهما نشير اليهما في الدرس القادم ان شاء الله.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