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اهلا بكم وسهلا في هذا الدرس. ولا زلنا معكم في المسألة الثالثة ان المهية غير الوجود ووصلنا الى المعيار السادس وهو مبدأ الانفصال هذا المبدأ وهذه البنية العقلية هي التي تؤهل الذهن البشري اه لفصل الهويات عن حيثياتها او فصل حتى الهويات تقول انسان غير البقر غير الماء غير الذهب هذه البنية هي التي تجعلك تفعل هذا الفعل العلمي والمعرفي وكذلك في حيثيات الشيء مثلا الله تعالى عليم حي قادرون هذه البنية او هذا المعيار او هذا المبدأ هو الذي يجعل هذا الانفصال الله في الموضوع والحياة في المحمول هو الذي يفصل ثم يأتي مبنى الاتصال في صرع الاتصال ثم الجمع بين الانفصال والاتصال يتحقق تتحقق بنية اخرى وهي بنية الحمل اليس الحمل هو الاشتراك وجيهة الاختلاف لا يتحقق الحمل الا اذا كانت هناك الاشتراك هذا هو مبدأ الاتصال وهناك جهة اختلاف وهذا مبدأ الانفصال. المجموع بينهما يتحقق الحل فاذا انا مارست عملية الحمل لأن الحمل عملية ذهنية نتاجها القضية. انا امارس عملية في افق ذهني فهذه العملية تتعين بقضية مثلا نقول الانسان عالم انا هنا حكمت على الانسان بالعلم ممارسة ذهنية تعينت هذه الممارسات تعينت يعني تجلت في قضية الانسان عالم ما هي البنية التي جعلتني احقق هذا الحمل مبدأ الانفصال. في انفصال بين الذات الالهية على مستوى الفهم الله والحياة اللهم مقولة والحياة مقولة فالانفصال ثم بميلاك برهان شهودي لا يهم اجد ان الله تعالى يتصف بالحياة هنا اجمع بين الموضوع المحمول. نقول الله حي ببركة مبدأ الاتصال مبدأ الانفصال مبدأ الاتصال المجموع بين الانفصال والاتصال يتعين الحمل. فتتعين القضايا في مبدأ الهوية ذلك الاتصال اعتباري صناعي اما في مبدأ الجوهرية لا في مبدأ الجوهرية على مبنى اصالة الماهية اداء حقيقي يعني الله تعالى يقولون يندرج تحت آآ تحت المحمول الله حي الله يندرج تحت عنوان الحياة فيتصف بها نسيت انا لم ابين اه شروط الحمل الشائع اه الحمل الشائع قلنا ان الذات خرجت عن دائرتها الى تعيناتها الى احكامها الى شؤون شؤونها تقول انسان عالم خرجنا من الانسان الى شأن من شؤونه والعلم. انسان حي خرجنا من الانسان الى شأن من شؤونه والحياة يقولون من شروط هذا الحمل الشائع اندماج الموضوع تحت المحمول لماذا? لان المحمول اعم في المفهومية من من الموضوع الله حي فالحياة في السمكة فهي تسري في الذات وتسري في السمكة تسري في العقاب تسري في الحية حياة واسعة الله تعالى احد من مصادقها. فيقولون اندرجت الذات الالهية تحت صفة العلم فيتشكل هذا التركيب. الله حي هذا الشرط الاول الشرط الثاني سلاية اثار المحمول للموضوع فاذا كان الله تعالى متصف بالحياة. تقول الله حي تسري صفة الحياة في ذاتي اثار الحياة في ذات الهية فالإنسان تقول الإنسان حي حمل الشائع. لماذا? لاننا خرجنا من دائرة الذات الى دائرة شأن من شؤوناتها فهي تأتي شروط حمل الشائعة ان الحياة بالنسبة للانسان اعم من الانسان فالانسان يندرج تحتها وتسري اثار الحياة للانسان نعاينها يتكلم يدرك يتحرك هادي كلها علامات الحياة خصوصيات الحياة هذا نسيت لم ابينه في الحمل الشائع. لأن بحثنا بحثنا في لهذه الامور زيادة الماهية عن الوجود او الوجود عن الماهية فالذهن لا يستحضر جميع المعلومات. اذا تذكرت اشير لماذا? لان هذه مفيدة لكم في الدرس هذا الدرس سيوضع في اليوتيوب الكثير يستفيد منه ان شاء الله هذه العلوم يستفيد منها الكثير ويتنور ويفهم الحقيقة ويعشق الحقيقة ويتحرك نحوها كمالا وعروجا هذه هي المعايير الاساسية التي تشكل البنية الذهنية اذا نزعت هذه المعايير الانسان يصير ليس عاقلا يمسي ليس عاقلا خطيرة جدا فانت اذا تأملت كل التراكيب حتى الادبية التي تخضع المجاز والاستعارة لا يمكن ان تخرج عن هذه المعايير العقلية والا كان الاديب يخاطب المجانين الاديب يخاطب العقلاء لا يمكن لاي نص تتجاوز هذه المعايير العقلية والا لا يعقل ويرفض. حتى القرآن تراكيب القرآنية تخضع هذه البنية العقلية. لماذا? لان هذه حكمة الله حكمة الله هادي حكمة حاكمة على ماذا? حاكمة على الانسان فالله تعالى اذا قال الله نور السماوات والارض اي حمل هذا؟ حمل الشائعة في دائرة الهوية تقول لا في دائرة مبدأ الجوهرية. ما هو اه ما هو دليلك? اية ذلك ما هو? تقول النور حيثية من حيثيات الذات الالهية. تعين من تعيناتها وليس في مقام الذات في مقام الذات نقول الله الله ما دام قلنا الله نور نور السماوات والارض السماوات والارض قيد نور فخرجنا الى حكم الاحكام الذات الالهية. فالحمل حمل شائع في دائرة مبدأ الجوهرية. فتتشكل هذه القضية او هذا التركيب. الله نور السماوات والارض تحكي عن حيثية واقعية للذات الالهية. وان هو سار بنوره في بوجود ومراتب الوجوب هذا البحث بنيوي هذا المقدار يكفي وعميق جدا فهذه التدقيقات بدائرة المبنى والبناء خلط المنهج خلط منهجي فافهموا جيدا هذه الامور المتون القديمة والحديثة في العالم الاسلامي وفي عالم الغربي لم تفكك بين هذه الامور بين هذه الباءات الاربع البنية والمبنى والبناء والبيان. البيان يعني اللغة مع الاسف الشديد جاي تناتي الان الى التطبيق ماذا يقول? المسألة الثالثة في ان الوجود زائد عن المائد. هذه هي الدعوة ان الوجود غير الماهية لا يقع في ادارة الماهية يعني ليس في مبدأ الهوية وانما في مبدأ الجوهري قال فيغاير المهيأ يغاير الوجود الماهية كيد واذا لم يغايرها والا اتحدت ماهية الايات كلها تتحد. كيف? كيف تتحد كيف تتحد هنا دليل ام لا? تحليل لذلك الامر البنيوي. تحليل لذلك الامر البنيوي لوجود ما هو? حيثية التحقق وقلنا هذه الحيثية سارية من الله تعالى الى آآ الحجر. حيثية التحقق فقط. الحجر المتحقق نعم الله متحقق نعم لكن نحو التحقق مسألة اخرى والله رب الارباب والحجر في افق العدم. الا ان هذه الحيثية مشتركة اذا انسحبت هذه حيثي على جميع المهيات بمعنى الواحد وهو الاشتراك المعنوي تقول السمكة في المحيط الهندي موجودة يعني متحققة نعاينها ونصطادها  وتقول الشمس موجودة يعني متحققة الملك متحقق. الماء متحقق كلها تشترك في هذه الحيثية جيد المبنى ما هو? المبنى الخاطئ. انا المهيا هي الوجود فكل الماهيات تنصبغ بصبغة واحدة يعني السمكة تصير هي الماء والماء هي والماء هو السمكة والماء هو الشمس والشمس هو السمكة وهو الماء وهكذا لماذا? لان هذه الحقيقة التحقق تسبق هذه المهيات بما هي واحدة. لماذا? لان هي واحدة فاذا صبغت الشمس تصبغها بالسمكية وبالمائية والملكية. هل يعقل هذا هل يعقل اه هنا دقق جدا وسأبين لك ان المسألة بنيوية. يعني اذا ادخلت الحيثية حيثيات طردك العدم</w:t>
      </w:r>
    </w:p>
    <w:p>
      <w:r>
        <w:t>يعني الوجود الى مبدأ الهوية فالوجود هناك كل الماهيات تصير آآ وجودا تحققا فالمهيات كلها تتحد حط الخطأ اذا هذا ليس دليلا وانما هو تحليل للامر البنيوي الذي بينته لكم بالتفصيل. انظر يقول سيغاير جذور المهية. جيد واذا لم يغايرها يعني تماهى فيها دخل خرج من حكمه ما هو حكمه? تعين من تعيناته. حيثية من حيثيات دخل الى مبدأ هوية الماهية وهو متحد في جميع الواقعيات فالواقعيات كلها تصير متحدة. يعني الانسان سمكة والسمكة انسان شمس والشمس انسان كارثة هذا هو الخلط البنيوي بين التعينات والهويات. فيغاير الماهية والا اتحدت الماهيات ملاك الاتحاد ما هو ادخلنا التحقق في الهوية هذا التحقق واحد نعم مشترك معنوي. فالمهيات كلها تشترك. سما كما هي انسان. انسان ما هو سمكة. وهكذا كارثة بنيوية. كارثة بنيوية. اذا هذا ليس بدليل وانما هو تحليل للامر البنيوي ثم يقول او لم تنحصر اجزاؤها. اجزاؤها تذهب الى التسلسل الى التسلسل. لماذا لان الوجود اذا كان جزءا من من الماهية  اه وهو مشترك فتقول مثلا الماهية السمكية وجود مقيد به شيء الإنسان ما هو وجود مقيد بشيء فالوجود يحتاج الى فصل لان هو جنس هنا داخل ما هي جنس يحتاج الى فصل يخرجه من يخرجه من الابهام الى التعين فهذا هذا الفصل كذلك وجود ام عدم؟ وجود فهو وجود هوب وجود يتعين بماذا? يتعين بوجود اخر. ونذهب الى التسلسل اللا يقفي تسلسل هذا الذي لا يقف وهو محال اذا اذا ادخلت التحقق في متن الماهية الماهية تكون مركبة من وجود الذي هو الجنس وفصول فتحتاج الى فصلي لان الجنس لا يتعين الى بي فصل. وهكذا احنا نذهب الى التسلسل المحال لماذا? لان الفص كذلك وجود. من حقك تقول وجود اي وجود فيجب ان نخرجه من دائرة الاطلاق فهذا الذي جاء يخرج من هو كذلك وجود مطلق يحتاج الى دائرة الى من يقيده ويعينه حتى يتعين هوية من الهويات هو وجود مطلق كذلك يحتاج الى فصل وهكذا الفصول تسري بدون نهاية وهو التسلسل المحال. هذا كلام المحقق التونسي ثم العلامة الحلي يطيل الكلام ويطنب في المسألة وهي ذاتية خادمة وليست ذاتية اساسية قلنا المتن يتشكل من الذات والاعراض العرض اذا حذفناه بالمت المت لا يتبخر يبقى اما الذاتي اذا حذفناه من المتن ينتفي وقسمنا الذاتي قسمنا الذاتي الى اساسه وخادم عاضد هذه المسألة من الذات العاضد وليس من الذات الاساسي. جيد نمشي مع العلامة العلامة الحلي في شرحه خطوة خطوة واذا احتاج الامر الى تفكيك بين البنية والمبنى والبناء والبيان فنبين. اقول هذه المسألة فرع على المسألة الاولى بين ان الوجود مشترك معنوي ونريد نفصله عن الهوية والا وقعنا في خلط بنيوي كبير جدا الهويات تصير كلها حقيقة واحدة هذه المسألة فرع على المسألة الاولى. واعلم ان الناس يعني العلماء اختلفوا في ان الوجود هل هو النفس المائية? يعني حيثية عدم التحقق تدخل الى مبدأ الهوية تخرج من بنية التي هي مبدأ جوهرية وبتذهب الى بنية مبدأ الهوية او زائد عليها والمبنى الصحيح هو انه زائد لانه ينتمي الى التعينات في مبدأ الجوهرية وقال ابو الحسن الاشعري مؤسس المذهب الاشعري وهو ليس فيلسوف كيف يفتي في هذه المسألة? لا ادري وابو الحسين البصري من كبار المعتزلة من منظري آآ المعتزلة وجماعة تبعوهما. وجماعة تبعوا الاشعري اه ابا الحسين البصري ان وجود كل ماهية ونفس تلك الماهية. وهذا بينا بطلانه لانه بنيويوي فاذا كان الوجود حيثية واحدة وكان هو المهيئ فالمهيات كلها تنقلب حقيقة واحدة لان الوجود مشترك معنوي حقيقة واحدة نعم. وقال جماعة من المتكلمين والحكماء ان وجود كل ماهية مغاير لها مغاير لها. الا واجب الوجود تعالى انظروا هذه العبارة من علام الحل الا واجب الوجود تعالى هنا تكلم بلسان ديني وبلسان فلسفي وهذا هو الخط البياني هذا هو الخط البياني يا العلامة الحلي يا كبير العلماء اما ان تتكلم بمجال تداول ديني ما تقول تعالى واما انت تتكلم بمجال تداولي فلسفي تقول واجب الوجود اما تقول الله او تقول واجب الوجود البيان يجب ان يكون واضحا هذا خلط بياني نعم ما عندنا واجب الوجود تعال. تعال مسألة قدسية خاصية لله تعالى واجب الوجود فلسفي يعني انا افهم ان هناك واقعية واجب الوجود هل هناك قداسة? الفيلسوف لا يبحث عن القداسة. وليس من شأنه القداسة في المجال الديني المجال الديني. هذا الخط البنيوي مع آآ الخط البياني مع الأسف. قلت لكم في خلط على مستوى آآ اربع باءات. هذا خلط بياني فان اكثر الحكماء قالوا ان وجوده تعالى على مبنى العلامة الحلي نفس حقيقته وسيأتي تحقيق كلامهم فيه في الالهات بالمعنى الاخص لا نفيض في هذه المسألة الذات الإلهية وجودها وجودها عين مهيتها وماهيتها عين وجودها هويته وجوده ووجود هويته هذه خاصية لمن? لله تعالى اما المخلوقات الممكنة دائما متشكلة من ما هي ووجود والوجود غير الماهية والمهية غير الوجود وقد استدل الحكماء على الزيادة بوجوه. هنا بعدما جاء بالدعوة ان المهي غل الوجود وهي بنيوية ما تحتاج الى دليل. ذهبها ذهب الى مبدأ السبب الكافي مبدأ السبب الكافي اذا كان مع البنيان يعجز عن اثبات القضية. لماذا? لان القضية ليست قضية. ليست قضية معرفية حتى يأتي ويكشف ملاك التغاير بين الماهية والوجود. هي مسألة بنياهية لا يجري فيها مبدأ سبب الكافي يعني الاستدلال لا يجري هذا خلط خلط بنيويوي خلط بنيويوي. يعني ادخلنا احكام البنية في في المبنى او البناء المهم دققوا معي جدا في التطبيق لأن التطبيق كذلك فن يجب على الطالب العزيز ان يتقنه ان الوجود مشترك على من تقدم. ما معنى الاشتراك يعني حيثية التحقق سارية في جميع الواقعية تمن واجب الوجود الى الشجر الى الحجر. كلها تحقق تحقق تحقق. ما معناه? العدد. انت الان ترى ارى الكاميرا امامي الان. كاميرا الجماد لا تنمو ولا تتحرك. سلخ الجماد مادة مادة من المادة موجودة ام معدومة? موجودة بالشهود انا اعاين وجودها بالشهود والله تعالى وجود اذا الحيثية واحدة نعم نحن وجود يختلف  هذا هو معنى الاشتراك ان الوجود مشترك على ما تقدم فاما ان يكون نفس المهي او جزءا منها او خارجا عنها هذا التشقيق العقلي الثلاثي اما في دائرة الهوية واذا بنينا على ان الهوية مركبة فيكون جزءا منها واذا لم يكن جزءا منها فهو خارج عنها وهذا هو المطلوب خارج عن الهوية والاول باطن. لماذا لا يكون نفس المهيئة هذا باطن باطن يعني مبدأ التناقض هنا حاكمين في مبنى التناقض اذا سمعت في المتون كلمة باطل خلف فهذا فتوى مبدأ التناقض. المعيار الثالث باطن لماذا قلت لكم مبدأ التناقض متى يتدخل اذا كانت القضية الف باء في ضمن البيان العلمي الف لا باء</w:t>
      </w:r>
    </w:p>
    <w:p>
      <w:r>
        <w:t>هذا هو التناقض. ولهذا تقول انت لشخص يتناقض انت متناقض. لماذا؟ يأتي بالمطلب وينفيه في الان نفسه نعم والاول باطلون يعني كون الوجود هو الماء باطن. لماذا? والا لزم اتحاد الماهيات في خصوصياتها لما تبين من اشتراكه. نعم اذا كان الانبساط الوجودي واحد ومر على الماهية يوحدها كله فلا انسان ولا سمك حقيقة واحدة كلهم حقيقة واحدة فالوجود ينتفي الوجود ينتفي لان الوجود بالتميز الوجود بهذا التفكك والتباين بهذا التباين هادي بيناها والثاني يعني كون الوجود جزءا ماذا يكون كجزء? يعني جنسا والثاني باطل. لماذا? يعني جزء المهي. والا لم تنحصر اجزاء الماهية. لم تنحصر يعني تذهب وتتسلسل اه لا تتوقف نعم والا لم تنحصر اجزاء الماهية. هنا بنى على ماذا? بنى على ان المهية مركبة من جينز سوفاس بل تكون كل ماهية على الاطلاق على الاطلاق بدون استثناء مركبة من اجزاء لا تتناهى وهو التسلسل. التسلسل ندرسه في العليا والمعلولية. سيأتي ان شاء الله هل هو بني ام مبنى او بناء قضية من القضايا العلمية? لا هو بنية سيأتي ان شاء الله لانه انظر هنا يصادر عليه يعني يرجع اليه اذا كان التسلسل تسلسل محال او باطل قضية لا يمكن ان ترجع الى قضية ترجع الى البنية نعم يعني بنية الذهن لا تنسجم مع تسلسل الواقعيات بل تكون كل ماهية على الاطلاق بنحو كلي بنحو قضية كلية مركبة من اجزاء ما المانع? لا تتناهى هذه الاجزاء يعني لاقع في التسلسل ما معنى آآ التسلسل يعني لوجود لا يتعين الوجود التي يتعين. جيد الوجود لا يتعين مبنى او بناء بني انت اذا الوجود ارتفع من واقعيته كل شي ينتفي واللازم باطل يعني التسلسل باطل واضح جدا. فالملزوم منه كون الوجود جزء الماهية باطل جيد هنا قضية منطقية وهي بنيوية كذلك لان المنطق بنيوي وليس علما قضية بنيوية في القضايا الشرطية القضايا الشرطية الإنفصالية او الاتصالية هنا نركز على اه الاتصالية وينسحب الحكم على الاتصالية في القياس الاستثنائي المتشكل من قضية شرطية اتصالية اه بطلان اما بطلان التالي او ثبوت المقدم يعني الاستثناء الاستثناء ما هو? بطلان التالي يعني تبطل ما يترتب على المقدم او تثبت المقدم في القياس الاستثنائي. عندنا اه بني بني معرفي وعندنا بنية وجودية ما معنى البنية الوجودية? يعني القياس لا يتوم في بنيته الوجودية يعني لا يتحقق الا اذا كانت هناك شرطية واستثناء شرطية واستثناء. شرطية لوحدها القياس لم تكتمل بنيته فلا يكون قياسا الإستثمار وحده كذلك البنية لم تكتمل فالقياس لم يكتمل ما في قياس ولهذا في القرآن الكريم اذا قال الله تعالى لو كان فيهما الهة الا الله لفسدتا قيا هادي شرطية اتصالية في اية اخرى ماذا يقول? ارجع للبصر هل ترى من فطور? يأتي بالاستثناء اذا بنيويا القياس الاستثنائي يحتاج الى شرطية اتصالية ويحتاج الى استثناء. هذا الشروط البنيوية البنية البنية الوجودية البنية المعرفية لا غير البنية الوجودية البنية المعرفية تمت البنية الوجودية حينها ننتقل الى البنية المعرفية ما هي? لها كذلك شرطا. الشرط الاول هو بيان الملازمة الشرط الثاني بطلان اللازم او اثبات المقدم اثبات المقدم. هنا يقول يقول   بل تكون كل ماهية على الاطلاق يعني بنحو القضية الكلية مركبة من اجزاء لا تتناهى. اذا فرضنا ان الما هي مركبة من جنس وفصل. واللازم باطل التسلسل الباطن محال وامر بنيويوي فالملزوم مثله الملزوم يعني المقدم ما هو كون الماهية مركبة من اجزاء وهذا ومن اجزائها الوجود. هذا باطن مبنى التناقض يقول بيان الشرطية بيان الشرطية يعني بيان الاتصال هذه البنية المعرفية هادي هي البنية المعرفية ان الوجود اذا كان جزءا من كل ما هي. يعني الماهية متشكلة من جنس وفصل والوجود هو الجنس يعني حقيقة مبهمة تحتاج الى فصل فانه يكون جزءا مشتركا بينها. لماذا? لان الوجود مبهم اي وجود. وجود مائي وجود سمكي وجود انساني وجود بقري. يحتاج الى قيد. حتى تتعين المهية ويكونوا كمال الجزء المشترك. نعم فاما يكون جزءا مشتركا بينهما فانه يكون جزءا مشتركا بينه ويكون كمال الجزء المشترك ويكون كمال الجزء المشترك لانه هو اه كمال الجزء المشترك يعني الجنس فيكون جنسا يعني الجنس تكتمل وتعين الهوية حتى لو اكتمل الجنس يعني الجنس القريب لا تتعين الهوية. بحتاج الى يفصلها ويعينها انتم درستم في المنطق. الفصل له كم وظيفة? له وظائف ثلاث تقسيم الهوية تقول الانسان حيوان تأتيني بالفص ناطق قسمها الى ناطق وغير ناطق يعني قسم الحيوان اي يقسم الجنس ويميز الهوية الانسان تميز بالناطقية عن باقي الحيوانات تقسيم تمييز ثلاثة الذي في ذهني الان اه اثنان تقسيم تقسيم للجيس الحيوان ينقسم الى ناطق وغير ناطق يميز الهوية الانسانية بالفصل او يميز الحيوان بالفصل عن غيره يقسم ويميز ويقوم الثالثة ذكرتها. يقوم الهوية لأن الهوية متقومة بالجنس والفصل. كم وظيفة? ثلاثة تقسيم تمييز وتقويم يقوم الماهية. اذا الوجود هنا للهوية. الجنس يحتاج الى ماذا? يحتاج الى ليخرجه من دائرة الابهام التصوري الى التفصيل التصوري. نعم يقول فانه يكون الوجود في اصل الماهية جزءا مشتركا بينها لانها كلها وجود وجود وجود ويكون كمال الجزء المشترك يعني الفصل القريب فيكون جنسا والجنس مبهم يحتاج الى فاصل حتى تتميز الماهية وتتعين. فتفتقر كل ماهية الى فصل يفصلها عما يساويها فيه. وهذا كذلك امر بنيوي نعم لكن كل فصل فانه يكون موجودا لأن في مقابل الوجود وهو العدم العدم منتفي اذا حتى الفصل وجود فيكون شبيه الجنس في الابهام فيحتاج الى ماذا? الى فصل والفصل وجود يحتاج الى فصل وهو وجود وهكذا دواليك نقع في التسلسل. لاستحالة انفصال الموجودات بالامور العدمية. لان العدم لا شيء حتى يفصل يقوم ويقسم فيفتقر الفصل الى فصل اخر. والفصل الاخر الى فصل اخر وفصل اخر الى فصل اخر وهو جزء جزء منه ويكون جزء من المهيأ لان جزء الجزء الجزء جزءا ايضا لان هذا الوجود كذلك هو متشكل من آآ هوية مبهمة الفصل فيأتي آآ الفصل يجتمع مع الجنس فيشكل الوجود السابق وهذا الوجود باعتباره وجود كذلك يتشكل من جنس وفصل. فيصير الوجود جزءا لجميع هذه مفردات السلسلة. نعم لان جزء ايضا فان كان موجودا افتقر الى فصل اخر ماذا نقع نقع نقع في التسلسل? ويتسلسل فتكون المهية فتكون للمهيئة اجزاء لا تتناهى. اعيد المطلب بسرعة لان انتهى الوقت الان عندنا ما هي بطبيعتها البنيوية متشكلة من الجنس والفصل اذا وصلنا وصلنا الى بحث الماهية هذا الامر فصله بطريقة رائعة. اصبروا معي فقط الان نبني على الاصل الموضوعي. ما هي متشكلة من جنس وفصل? طبيعة الجنس مبهم. الفصل يأتي ويميزه يخرجه من الابهام التصوري الفصل هو وجود اه الجنس هو وجود. الفصل ماذا يكون? اما وجود واما عدم. العدم لا شيء اذا الوجود يخرج هذا الوجود الجنسي الى التعين. وهذا الوجود كذلك مبهم. يحتاج الى وجود يخرجه من الامام الى التعين. وهذا الوجود مبهم. كذلك يحتاج الى وجود ولا نقف. وهذا هو التسلسل المحال</w:t>
      </w:r>
    </w:p>
    <w:p>
      <w:r>
        <w:t>اذا بطل كون الوجود هو علم ما هي? لانه الهوية تصل كل حقيقة واحدة بطل ان يكون جزءا من الماهية جنسا كان او فصلا لانه يلزم التسلسل فبقي ان يكون خارجا وهو سبب وهو المطلوب. واما حالة التالي فلوجوده فاستحالة التالي فلوجوده برتقان تسلسل كيف تبطله بتعين الوجود. انه متحقق التسلسل ما هو؟ استمرار وجود عدم التعين يبقى متعين يعني الواقعية لم تتحقق الواقعية لم تتعين اذا تعينت الواقعية خير دليل على ان التسلسل غير موجود. ولهذا قال واما استحالة التالي يعني استحالة التسلسل. فلوجود واقعية موجودة انسان موجود السمك موجود احدها ان وجود ما لا يتناهى محال على ما يأتي في باب بطلان التسلسل. ثاني يلزم من تركب واجب الوجود تعالى اذا قلت قلتم ان الوجود جنس والله تعالى وجود فيحتاج الى فصل والفصل والوجود فيتسلسل فتتركب الذات المقدسة من وجودات متعددة وهذا محال. لانه موجود فيكون ممكنا. هذا خلف نعم يحتاج الى فصل يحتاج الى فصل واجب يحتاج الى فصل احتياج صفة الممكن نعم الثالث ان شاء الله يأتي بيانه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