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يا الله سبحان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اهلا وسهلا بكم في هذا الدرس كنا في هذه المسألة المسألة الثالثة ان الماهية غير الوجود وبينا ان المسألة بنيوية لا مبنائية ولا بنائية الا تحتاج الى دليل مطلقا وهذه الادلة التي جاءوا بها بنيت اسست على هذا الخلل الخلط بين البنية والمبنى والبناء والعجيب ان هناك عبارة للمحقق التونسي تدل على ذلك سنصل اليها ان شاء الله في هذا الدرس وصلنا الى هذا المطلب بعدما قررنا الادلة التي اثارها العلامة الحلي رحمة الله عليه وصلنا الى الثاني في الشرح يلزم منه من هذا المطلب ان الوجود عين الماهية يتماهى الوجود في المهية والماهية تتماهى في الوجود. يعني لا مغايرة بين الماهية والوجود. ماذا يلزم تركب واجب الوجود تعالى لماذا يقول العلامة الحلي? لانه تعالى موجود فيكون ممكنا هذا خلف هذا كذلك فهم خاطئ للمسائل الفلسفية عندنا هذه القضية وجود واجب الوجود وجودن لعلم الحل في مخياله المبارك ان الله تعالى ما هي كبيرة لا حد لها وحيثية طردية العدم يجب ان تكون خارج عن هذه الماهية اذا بنينا على عدم التفكيك والمغايرة بالحيثية يعني الوجود المحمولي يدخل في متن الواجب فعندنا وجود واجبي وهذه الحيثية فيتركب الواجب وكل مركب محتاج ممكن هذا دليل العلامة الحلي وهذا خطأ اولا بنى على ان الذات الالهية ذات وتبين الوجود الوجود المحمول الحيثية طريدية العدم هذا المشترك المعنوي المسألة ليس هكذا الذات المقدسة ليست ما هي لا محدودة ليست من سلخ الماهيات حتى تبين مباينة مطلقة حيثياتها احكامها شؤوناتها تجلياتها صفاتها ابدا ليس من هذا الصنخ هناك وجود اصيل يتضح على مباني صدره جيدا وهذه الحيثية لا متن لها لا متن لها حتى تدخل في الموضوعات وتركبها وانما هو شأن والشأن لا هوية له استقلالية. هو الوجود بنحو انا الان جالس انذاك وعندي الجلوس هل الجلوس متن ينضموا الي حتى اتركب? لا. انا بنحوين انا بنحو الجلوس له ليس له هي مطلقة اذا هذا الدليل لا معنى له نعم فالحيثية طريدة العدم ليست متنا حتى تدخل في الذات المقدسة ويتركب الواجب تاعنا من ذاته ومن هذه الحيثية والمركب ممكن فينقلب الواجب ممكنا. هذا غير صحيح اذا بنيويا غير صحيح مبنائيا غير صحيح لان الذات المقدسة ليست ذاتا كالذوات المائية الماهيات وحيثياتها تكون مباينة لها. والبناء والدليل خطأ يقول الثاني يلزم من هذا المبنى ان الوجود عين المهي تركب الوجود تعالى. يعني الوجود واجب الوجدات اذا بنينا على ان الوجود عين الذات فيكون هناك بعنان بعد الذات وبعد فيأتي التركب لانه وجود موجود وبالتالي عنده الحيثية فالحيثية اذا تسللت الى دائرة الذات بناء على العينية فيكون الواجب ممكنا هذا خلف يعني مبدأ التناقض ينفي ولا يقبل لماذا? لان عندنا قضيتان لا تنسجمان واجب الوجود واجب او تقول واجب وجود واجب واجب الوجود ممكن يعني ليس بواجب الوجود هذا التناقض مبدأ التناقض يقول اذا هذه العبارة بنيويا خطأ مبنيين خطأ بناء خطأ وبالتالي هذا الدليل لا قيمة له لان البناء انا ندرس هذا الكتاب اجتهاديا. هكذا المؤسسة طلبت منا ان ندرس اجتهاديا. بمعنى ان نربي الطالب مجتهدا في علم الكلام الثالث يعني الدليل الثالث يلزم منه انتفاء يلزم منه انتفاء الحقائق اصلا كل الحقائق تنتفي لماذا? لان الحقائق مركبة او بسيطة والمركبة يعود الى البسيط كل مركب متشكل من بسائط نأتي الى البسيط اذا انت في البسيط ينتفي ينتفي المركب فتنتفي كل الواقعيات. لماذا البسيط ينتفي? اسمع جيدا لانه دخل في مبدأ السبب الكافي يعني عندنا دعوة ما هو الحقائق باسرها تنتفي هذه الدعوة  ثم مبدأ السبب الكافي. الدعوة دائما مبدأ الجوهرية قضية لانه اذا وجدت كلمة لام تعليلية فانت دخلت في مبدأ السبب الكافي لانه يلزم منه يعني من كون الوجود عين المية تركب الماهيات الزم تركب المهجات واضحة جدا عندنا ذات بداخلها الوجود المحمول. فاذا قلت الانسان وجود كان بعد؟ بعدان محمول وموضوع اذا اندك المحمول وهو الوجود في متن الانسان كم عندنا من عنصر? عنصران. ذات الانسان وحيثي طريقة عدم الوجود فيتركب الانسان نعم كل الواقعيات تصير هكذا مركبة. لانه يلزم منه تركب الماهيات. البسيطة تخيل انت الان فداء في البسيط فيدخل فيه الوجود ينقلب مركبا فتنت في البساطة فتنتفي المركبات لان المركبات لا تكون الا بالبسائط. فلا يكون البسيط متحققا فلا يكون المركب متحققا واضحة بديهية وهذا كله ظاهر البطلان لمن نعاين المركبات متحققة بالشهود بالشهود الخلل البنيوي اين الخلل البنيوي في هذه المسألة ان مبدأ الهوية غير مبدأ الجوهرية اذا خرجنا عن مبدأ الهوية الانسان انسان الى حيثيته اول حيثية هي الوجود ثم الصفات الاخرى خرجنا من الهوية انيويا اذن الانسان غير الوجود الما غير الوجود وهكذا في جميع الواقعيات اذا هذا خلط بنيوي خلط البنيوي قلنا الماهيات في دائرة مبنى الهوية والوجود العرض على الماهية وكل ما يعرض على الماهية ليس فقط الوجود في دائرة مبدأ الجوهرية الا يكون الوجود ولا الحياة ولا القدرة ولا اي حيثية من الحيثيات هي متن الذات وانتهى الامر قال من المحقق التونسي والانفكاكهما تعقلا. رجعنا الى البنية. هذا كلام بنيويوي جميل ورائع كلام بنيويوي بامتياز لماذا العقل يفكك بين المهية والوجود ما هي انسانية العدم بين الانسان والوجود بنيويا لان مبدأ الهوية يعطيه فقط للانسان من هذا الجانب ويعطيه الوجود من هذا الجانب اذن فيه تفكك البنية تقتضي ذلك. ثم تأتي يأتي مبدأ الجوهرية يجمع بينه يقول الانسان وجود اذا ما دام فكك وجمع يعني في اثنين ما في واحدة والانفكاك في انفكاكهما تعقلا هنا يجب ان نشير الى مسألة بنيوية مهمة جدا اه بنيوية في غاية الاهمية في كل العلوم هل الذهن يخلق الواقعيات ام يدرك الواقعيات؟ الذهن يدرك الواقعيات كما هي متجلية في الواقع خارج فضاء الادراك خارج حقل الادراك نعم له فعالية رائعة له نشاط معرفي وهذا النشاط المعرفي اذا دخلنا فيه لا نخرج جميل جدا في غاية الروح وهذا النشاط المعرفي الذي يتمتع به العقل للوصول الى الواقع الخارجي اين يضع هذا الواقع الخارجي فداءا في الادراك كما هو وهذه هي المطابقة وهذا هو الحقيقة اما انه يصنع الواقع لا يمكن اذا اذا كان العقل يفكك بين الانسان حيثيات يعني ان الانسان غير حيثيته اذا فكك بين الماهيات وحيثياتها وشؤوناتها واحكامها يعني ان الماهية في متن الواقع غير حيثياتها. يعني حيثياتها احكامها اعراضها الذاتية هي شؤونات لها ولا تتسلل الى الذات الا على مبنى اصالة الوجود ونحن هنا لا نتحرك في اصالة الوجود. نتحرك وفق المناخ الفكري الذي كان يعيشه المحقق الطوسي رحمة الله عليه والعلامة قدس السرور</w:t>
      </w:r>
    </w:p>
    <w:p>
      <w:r>
        <w:t>فقط لا نتجاوز هذا الحد الا اذا اضطررنا الى ذلك. اذا هذه العبارة من محقق الطوسي تأصيل للبنية يعني هو ملتفت رحمة الله عليه ان المسألة بنيوية قال والانفكاكهما تعقلا اذا العقل كبنية طبيعته تفكك بين الذات وحيثياتها. دليل لا بنيان بني ماذا يقول على من حلف في تحليل هذه العبارة? اقول هذا الوجه الثاني الدال على زيادة الوجود. زيادة الوجود على الماهية. وتقريره يعني بيانه الا قد نعقلوا الماهية ببركة اي اه معيار عقلي ببذل الهوية ونشك في وجودها الذهني والخارجي لماذا? لان الوجود الخارجي والذهني حي في اه حيثية واحدة حيثية في افق الادراك وهو الوجود الديني والاخرى حيثية في دائرة الواقع نشك يعني الذهن الدين لا ينتقل الى الموجودين يبقى في دائرة الماهية ويشك انها موجودة او ليس بموجود بعضهم يشك في وجود النفس يقول هذا بدن كله مادي مخ واعصابو وهذه الامور النفس بالمعنى المجرد اصلا لا وجود لها. مع انه يدرك ما معنى النفس ما معنى النفس انا قد نعقل الماهية ونشك في وجودها. في وجود يعني في حيثيات طاردية العدم الذهني والخارجي لانه سيأتي ان شاء الله في المسألة الاتية تقسيم الوجود الى ذهنه وخارجه. هناك نفيد في هذه المسألة اننا في غاية الجمال والمعقول مغاير للمشكوك في قضية بنيوية ما عقله غير ما اشك فيه وكذلك قد نعقل وجودا مطلقا ونجهل خصوصية الماهية فيكون مغالا. انا اعلم بوجود نفسي ولكن الماهية النفسانية اجهلها اعلم ان في عقول في العالم النوراني الا ان ماهية هذه العقول انا اجهلها اقول فقط وجودات مجرد جواهر مجردة تعطيني تنويرا تعطيني فهما اما العمق العمق في حقيقة العقول لا يمكن اذا اليقين بالوجود والشك في كون ها الماهية دليل على المغايرة نعم يقول وكذلك قد نعقل وجودا مطلقا ونجهل خصوصية ما هي فيكون مغاير له. وهذه سارية كثير من الأمور ندركها كوجودات الى اننا لا ندرك ماهياتها لا يقال اشكال اشكال الإشكالات اه جميلة جدا. لماذا? لان كل اشكال في عمود مضيء وفيه اعمدة مظلمة هذا العمود المضيء نركز عليه ونرد على الإشكال فالطالب يتفتق ذهنه يتطور ذهنه من خلال الاشكالات لا يقال انا قد نشكك في ثبوت الوجود فيلزم ان يكون ثبوته زائدا عليه ويتسلسل نشك في اه الوجود. ونحن في اول الدرس بينا ان المسألة بنيوية لا يمكن الشك في الوجود مطلقا لا يمكن لان الدين الذي يشك تعين بالوجود تعين قبل الشك قبل الشك اليوم اقول الديكارت انا اشك فانا موجود. لماذا? لان الشك فرع موجودية فديكار ثبت الشك انه يسوق الوجود لا شك مع عدم الوجود. الشك دائما يكون مع الوجود يقول المستشكل انا قد نشكك في ثبوت الوجود. يمكن هذا ابدا شكك من تعينات ذهنك وذهنك الموجود وليس المعدوم فيلزم من ذلك ان يكون ثبوت الوجود زائدا عليه ويتسلسل هذه كذلك بنيوية واول بدعة اثارها هو الشيخ الاشراق في كتبه الفلسفية ان الوجود اذا كان هو الاصيل  يحتاج الى الوجود حتى يتعين وجودا ووجوه اليهود كذلك وجود الذي اعطاها الوجود الذي جعله وجود لا اقول اعطاه قيده بالموجودية فهو وجود كذلك يحتاج الى قيد اخر وهكذا نقع في التسلسل. هناك في  الدراسات الفلسفية ردوا على اه شيخ الاشراق هنا لا نفيد في هذه المسألة لانها مسألة فلسفية على مرحلي كيف يجيب? لان نقول التشكك او الشك ليس في ثبوت وجود للوجود. بل في ثبوت الوجود اه في ثبوت الوجود نفسه للمهيأ وذلك هو المطلوب. الكلام ليس في ثبوت الوجود للوجود عندنا الحل يقول خرجت معنا الموضوع الكلام في ثبوت الوجود للماهية هل هو في متنها ام هو مغاير الادلة الذي اصابها تقول بالمغايرة ونحن نقول لا لا نحتاج الى هذه الادلة كما قال المحقق الطوسي والانفكاكهما تعقل فالمسألة بنيوية ان الوجود غير ما هي قال من لمحقق الطوسي وتحقق الامكان الخاص جميل جدا حقيقة المحقق التونسي عقلية جبارة الإمكان الخاص ما هو الإمكان الخاص وهذه المسألة تشير الى قوة العقل ان العقل يضع المهية بين قوسين بفضل ماذا? مبدأ الهوية ثم يقيس هذه الماهية الى الحيثيات لا يجد الحيثية الايجابية في دائرتها ولا الحيثية السلبية في دائرتها وهذا هو الامكان الخاص مثلا العلم حيثية الانسان في دائرته حيوان ناطق عالم لا لا عالم لا هذا هو الإمكان الخاص يعني تساوي النسبة للصفة وما يضاد الصفة اذا كنا في الوجود والعدم نقول الانسان حيوان ناطق لا يقتضي الوجود ولا يقتضي العدم. لا اقتظاء تساوي النسبة بالنسبة الى الوجود والعدم اذا اذا ادخلنا الوجود داخل الماهية الايمان الامكان الخاص ينتفي ينقلب من اللا اقتضاء الى الاقتضاء واذا انتفى الامكان الخاص  ننفتح على كارثة. كارثة انطلوجية ودينية الكارثة الانطلوجية تنتفي عملية الخلق يعني كل الممكنات تكون واجبة. هذه الكارثة الانطلوجية. الكارثة الدينية عملية الخرق تنتفي لأن الماهيات في متنها الوجود من يعطيها الوجود لا تحتاج في ماتنها الوجود فقط دقيقة اضاءة اذا كنا في دائرة مطلق الصفات والحيثيات تقول الانسان متساوي نسبة للعلم واللا علم. متساوي النسبة للحياة ولا حياة متساوي النسبة الى القيام وعدم القيام هذا يسمى الامكان الخاص الى خصصنا هذا التردد قلنا الإنسان متساوي النسبة الى الوجود والعدم هذا يسمى الإنكار المهوي تمييز فقط تمييز تمييز معرفي تعليمي هنا المحقق التونسي يقول وتحقق الامكان الخاص. يعني خير دليل على ان الوجود غير الماهية هو ان عندنا الامكان الخاص وبينت لكم ما معنى الامكان الخاص اقول هذا وجه ثالث يدل على الزيادة زيادة الماهية على الوجود وتقريره بيانه ان ممكن الوجود متحقق بالظرورة ما نحتاج الى ممكن الوجود. نقول الممكن مطلقا شجرة ممكنة للماء ممكن الذهب ممكن الانسان ممكن الشمس ممكن. ما معنى? يعني في دائرة هويتها كما يفرزها مبدأ الهوية لا في دائرتها الوجود ولا العدم ولا العلم ولا اللا علم ولا الاخظرار ولا عدم الاخضرار هذا هو الإمكان الخاص ثم تأتي العلة تفيض عليه الوجود. اذا ما دام العلة افاضت عليه الوجود. يعني حققته يعني هو لم يكن مالكا للوجود ذاته لا تقتضي الوجود. فتتم عملية الخلق وتتحقق الممكنات والا كانت الممكنات كلها واجبة لان في متنها الوجود فتستغني عن الخالق عن على العلة فنقع في اشكالين اشكال انطولوجي كل الممكنات تنقلب واجبة كارثة واشكال ديني عملية الخلق اقول هذا وجه ثالث يدل على الزيادة وتقريره ان ممكن الوجود متحقق بالظرورة والامكان انما يتحقق على تقرير الزيادة بالامكان هو اللائق اقتضاء يعني الوجود والعدم خارجان عن متن الذات العلم اللا علم خارجان عن متن الذات تخيل انت العلم في متن الذات لا تجد جاهلا من مصاديق الانسان او جميع مصادق الخلق لا العلم حيث يكتسبها الانسان بالحركة والاجتهاد  لماذا الممكن متحققون? لان الوجود لو كان نفس الماهية يعني في متنها</w:t>
      </w:r>
    </w:p>
    <w:p>
      <w:r>
        <w:t>وبالتالي لا تحتاج الى علة او جزءها لا فرق تمام الماهية او جزء ما هي لم تعقل منفكة عنه يعني لم تعقل الناهية منفكة منفصلة عن الوجود جيد ماذا يترتب على ذلك? يقول فلا يجوز عليها العدم حينئذ فتنقلب واجبة واجبة. كل الممكنات تنقلب واجبة وهذه هي الكارثة الانطلوجية نعم فلا يجوز عليها العدم حينئذ نعم تنقلب كل الممكنات واجبة. ما رأيكم في هذه الكارثة والا لزم جواز اجتماع الناقضين وهو محال اذا كان الوجود تمة الماهية فكانت تكون واجبة. تقول لا ليست واجبة اذا الوجود ليس في دائرتها وفي دائرتها في متنها وليس في متنها هذا مبدأ اه التناقض يقول هذا مستحيل. يقول والا لزم جواز اجتماع النقيضين وهو محال وانتفاء جواز وانتفاء جواز العدم وانتفاء جواز العديم العدم يستلزم الوجوب قلت لكم كل الماهيات تنقلب واجبة. فينتفي فالنتيجة فالتفريع فينتفي الامكان يعني ما عندنا ممكن وتنتفي عملية الخلق. مسألة دينية خطيرة حينئذ للمنافاة بين الإمكان الخاص والوجوب الذاتي هذا يأتي ان شاء الله في بحث المواد ان الإمكان غير الوجوب الإمكان هو الإقتضاء يعني الوجود ليس في دائرة الذات ولا العدم. اما الوجوب لا الوجود في متن الذات وبشدة كبيرة جدا وهو واجب الوجود نعم فينتفي الامكان حينئذ ما عندنا ممكنات مخلوقات حينئذ لمنافات بين الإمكان الخاص والوجوب الذاتي ولأن الإمكان نسبة بين الماهية والوجود جيت رائعة جدا الإمكان مادة جهة تقول الانسان ممكن الوجود يعني قد ينوجد وقد لا ينوجد ولان الإمكان نسبته نسبته يعني جهة بين الماية والوجود. تقول الانسان بالنسبة للوجود ممكن يعني قد ينوجد وقد لا ينوجد. لماذا? لان حظ العدم كذلك لأن الإنسان متسول نسبة الى الوجود والعدم. لا ميزة للوجود في هذا التساوي الا اذا جاءت علة وافاضت الوجود على الممكن فحينها يتحقق ولان الامكان نسبة بين المهي والوجود والنسبة لا تتعاقل الا بين شيئين الا باش بن شيء يعني الانسان موجود بالامكان. اذا في اثنينية والا لا معنى للإمكان الإمكان يكون بين الماية والوجود يعني تقول الشجرة بالنسبة الى الوجود نقول المومكينة. اذا كم مفردة الشجرة والوجود اذا فيه مغايرة والا لا معنى لهذه النسبة نسبة الامكان جيد هذه مسائل اه سهلة الا اني انا اراها اه اصل المسألة بنيوية معليش هذه الامور تعلمنا بعض الحيثيات المعرفية والأندلوجية جميلة جدا قال من المحقق الطوسي وفائدة الحمل وفائدة الحمد كلمات المحقق التونسي شفرات رموز تحتاج الى خلفيات علمية كثيرة جدا حتى نفككها ونصل الى مغزى. الحمل ما هو الحمل عملية تمارسها النفس في دائرة الادراك تأتي الى متباينين وتجمع بينهم لملاك لملاكي اذا قلنا تأتي الى اثنين تجمع بينهما يعني في حيثية الاختلاف البينونة تدل على الاختلاف حيثية الاختلاف. تجمع بينهما بملاك واقعي حيثية الاشتراك ومن هنا عرفوا الحبل بأنه حيثية الإختلاف وحيثية اشتراك هذا تعريف باللازم. انا اعرفهم هكذا حركة للنفس في في عملية الادراك يعني عملية عملية ادراكية عملية نفسية تجمع بين متباينين بملاك واقعي هذا هذه العملية تفرز القضية تنفرز التركيب القضائي عملية عملية نفسية نشاط ذهني ثم انت تريد تعرف هذا النشاط الذهني بلوازمه ما انه في هذه الحركة يجمع بين مختلفين يجمع يعني يجعلهم في دائرة الاشتراك فتقول ايثير في الاختلاف وحيثية الاشتراك الى كذلك نكمل ان شاء الله البحث في الحصة القادمة. والسلام عليكم ورحمة الله وبركاته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