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نزلنا معكم في مغايرة الماهية للوجود ووصلنا الى قول المحقق التونسي وفائدة الحل واشرنا في الجلسة السابقة الى نظرية الحمل نشاط ذهني يجمع بين المتغايلين ويوحد بينهما يعني يجعلهما مشتركين بملاك وقلنا هذا الملاك يستدعيه مبدأ الجوهرية ويبينه مبدأ السبب الكافي اذا تذكرتم المسألة لبيان المعايير ذهن او معايير عقل المحقق التونسي هنا لا يشير الى مسألة علمية لا مبنية ولا بنائية. يشير الى مسألة مونياوية يقول خير الدليل على ان المهي غير الوجود الحمل ما معنى هذا الكلام يعني كنا في دائرة مبدأ الهوية ثم نريد ننتقل الى مبدأ الجوهرية اذا انتقلنا الى مبدأ الجوهرية نجمع بين المتغايرين. لان عندنا موضوع في دائرة هويته وعندنا محمول في في دائرة هويته فاذا جمعنا بينهما لماذا نجمع بدليل التغاير اذا هذه مسألة علمية بالله عليكم ام مسألة بنيوية ان يتكلم في دائرة مبنى الهوية وفي دائرة مبدأ الجوهري. يقول مبدأ الهوية تعطين المفردات اعطنا الوجود لوحده وتعطينا المهي لوحده. ثم ياتي مبدأ الجوهرية مبدأ الجوهرية هو الذي يؤهلك لهذه عملية الحمل يعني الربط بين المفردتين المتباينتين بملاك واقعي يكشفه من? مبدأ سبب الكافي يعني لماذا هذا الشيء وجود او متحقق مبدأ السبب الكافي هو الذي يملي في هذه المسألة اذا كنت في دائرة المشاهدة وتقول المشاهدة انا انا الاحظ هناك لا مجال للاستدلال اذا كنت في دائرة امور لا تشاهد فتأتي الى الاستدلال البرهاني هذه العملية اكثر من هذا ما فيه. اذا المحقق التونسي هنا يستدل ام لا يشرح البنية? يشرح البنية. يقول الذهن يتحرك في دائرة الهويات ببركة مبدأ الهوية ويجمع بين الهويات ببركة مبذل جوهرية هذا الجمع عملية ذهنية يسمى الحمل اذا الحملة معناها لو الا اذا كان هناك اه الا اذا كان هناك امران متباينان وعملية الحمل جمعت بينهما بملاك خاص هذا الملاك ما معناه بنيويا? يعني لا يمكن لك ان تجمع بين المتغيرين هكذا كما تشاء. لا يعني فيه مسالخة بين المتباينين هذه المسانخة يجب ان تكون حتى يتم الحمل. تقول الله تعالى جسم بنيويا خطأ. لماذا? لان الجسمية تنتمي لعالم الامكان المادي الفقير فلا ترقى الى واجب الوجود فالقضية باطلة اذن ما فيه مسالخة بين الجسمية والذات الالهية مع فهذه الامور يجب ان نفهمها. فالحمل دائم يجب ان يراعي هذا الملاك الذي يجمع بين الموضوع والمحمول اذا اخطأ فقد خالف الواقع وقد يخطئ تحت هيمنة الاوهام فالعقل يأتي ويصحح دقق جيد معي في عبارة العلامة الحلي اذا وجدت المبنى او او البناء او الدليل لا تحليل للبنية التي بيناها بالتفصيل قال وفائدة الحمد اقول هذا وجه رابع يدل على المغايرة بين الماهية والوجود وتقريره ان نحمل الوجود على المهيئة نحمله في اي دائرة ذات الهوية ام ذات المبدأ الجوهرية? مبدأ الجوهرية. يعني عندنا مفردة متباينة جمعت بينهما لماذا? لان الواقع كذلك. يعني ملاك واقعي موجود نعم  وتقريره ان نحمل الوجود على المهيئة فنقول ماهية موجودة ماهية يعني بالحمل الشائع يعني الإنسان موجود الماء موجود الشجر موجود القمر موجود الذهب موجود فنستفيد منه من هذا الحامل فائدة معقولة فاذا معقولة لم تكن حاصلة حاصلة لنا قبل الحامل على على مستوى مبدأ الهوية هناك مفردات فقط لم تكن حاصلة لنا. يعني هذه الفائدة العلمية قبل الحمل لان كنا هناك مبدأ هوية ومبدأ الهوية لا يعطيك حملا. وانما تتحقق هذه الفائدة على تقدير المغايرة. يعني في دائرة مبدأ الجوهرية. في مغايرة ثم نربط بين المتغايبين المتباينين يعني بين الانسان والوجود والقمر والوجود والشمس والوجود والملك والوجود لملاك واقعي نعم. اذا لو كان الوجود نفس المهيئة لكان قولنا ما هي موجودة يعني انسان موجود بقر موجود شمس موجود بمنزلة قولنا ما هي ما هي او موجودة موجودة وبالتالي بعضا فالمقدم مثله. كلام جدا فاخر يشير الى البنية. اذا هذه ليست استدلالات حقيقية وانما تنبيهات لتلك البنية يعني اذا لم يكن هناك مغايرة بين الانسان والوجود وتماهى الوجود في مبدأ الهوية فعندنا الانسان انسان فقط او تماهى الانسان في الوجود عندنا الوجود والوجود يعني ان تدمر مبدأ الجوهرية ولا معنى للحمل ولا يمكن الحمل ولا يمكن الحمل نبقى دايما في دائرة مبدأ الهوية يعني ما في دائرة الحملة الاولي ولا ننتقل الى الحمل الشائع مطلقا. فعندنا فقط الانسان انسان او الموجود موجود وهذا باطن لان الحمل شاء متحقق بالعكس نحن نتعامل مع الحمل الشائع في البدو الامور ثم نأتي ونفكك بين المتغايرين كما يقول متغايرين كما يقول المحقق التونسي تعقلا تعقلا العقل له قدرة ان يحلل اذن هذا ليس دليلا هذا تحليل لتلك البنية. خلاصته اذا تفت المغايرة بين الانسان والوجود بين الشمس والوجود بين الملك والوجود. بين القمر والوجود فجعلنا الوجود يتماهى في المهيا فعندنا فقط مبدأ الهوية. يعني انسان انسان ملك قمر قمر شمس شمس ما عندنا القمر وجود واذا تماهت الماهية في الوجود ان الوجود وجود او الموجود موجود فقط وهذا هو الحملة الأولي الحمل شائع ينتفي لان الحمل الشائم كيف يتحقق ببركتي مبدأي جوهرية وهناك يتحقق الحمل الذي ينتج الحملة الشائعة الذي يوصلنا الى الواقع الخارجي. الواقع الخارجي. دققوا جيدا في هذه الامور وتبحثوها تترقى عقليتكم بطريقة رائعة. قال والحاجة الى الاستدلال جيد كذلك صدقني مسألة بنيوية. لا علاقة لها بالدليل. محقق الطوسي بكل عباراته يتكلم عن البنية هو ملتفت الى هذا الامر الاستلام ما هو؟ خلينا نروح خطوة خطوة. نمشي خطوة خطوة عندنا مبدأ الهوية الإنسان الصقنا به الوجود او الصقنا به الحياة او العلم اي حيثية من الحيثيات تشكلت القضية ببركة الجوهرية. الصاق ببركة الجوهرية تقول الانسان موجود والانسان عالم العاقل في بنيته عنده هذه البنية مبدأ السبب الكافي. يقول لم هذه كلمة لما دائما موجودة لما الانسان موجود? لما الانسان عالم لماذا يسأل هذا السؤال? لان الهوية الانسانية غير العلم الهوية الانسانية غير الوجود فملاك هذا الارتباط ما هو كلمة لما يعني الاستدلال يريد الاستدلال اذا كنا امام طه ليلى خالد بلال نقول بالمشاهدة الانسان موجود فلا احتاج الى الدليل هنا بالمشاهدة. نشاهد المسألة مسألة بديهية اذا كنا في دائرة غير المشاهدة نستدل على ثبوت المحمول للموضوع قلنا في مبدأ الجوهرية المحمول لا يمكن ان يثبت ان يثبت للموضوع الا بملاك هذا مبدأ الجوهرية شروطه هذه ثم تسأل مبدأ الجوهرية انت تستدل على هذا الملف يقول ليست وظيفتي. وظيفة مبدأ الجوهرية اذا كانت كل الحيثيات مندكة في المائية في دائرة مبدأ الهوية انا افهم كل كل الواقع الخارجي بجميع حيثياته. لماذا استدل? يعني انا مجرد اتصور الانسان اتصور عشقه اتصور مرضه اتصور آآ مشاكله اتصور جماله اتصور شاعريته معقول هذا</w:t>
      </w:r>
    </w:p>
    <w:p>
      <w:r>
        <w:t>لا مجرد ان تقول لي هذا الانسان شاعر اقول لك ما هو الدليل? هذا هو الديوان او تعال الى قاعة قاعة الادب في جامعة الكوفة او بغداد تفضل ينشئ الشعر الرائع امام الناس امام الناس يعني عنده ملكة ادبية هذا دليل شهودي او اية من ايات شعره هو الديوان وشهادة العلماء علماء الادب على ملكته الادبية هذا هو الاستدلال اذا لا معنى للاستدلال اذا كانت كل الحيثيات او الأحكام او الشؤون واضحة على مستوى مبدأ الهوية. اقول هذا وجه خامس يدل على ان الوجود ليس هو نفس ما هي ولا جزءا منها وتقريره ان نفتقر في نسبة الوجود الى الما هي الى دليل. لماذا لان الماهية اكتسبت حيثية جديدة فيأتي العقل بنيويو يقول لم لما الانسان الموجود? اشاهده بالمعاينة لماذا واجب الوجود موجود على مبنى الفلاسفة والمتكلمين في دليل الإمكان في دليل الحركة وو يعني نحتاج الى دليل نعم اننا نفتقر في نسبة الوجود ليس فقط الوجود. كل الاحكام والحيثيات الى الماهية لأن البحث عن الوجود والماهية ركز على الوجود الى الدليل في كثير من المهيك. لماذا قال في كثير من الماهيات? لان فيه امور مشاهدة اعاينها اشاهدها فلا معنى للتدليل ولو كان الوجود نفس ما هي او جزءا ما هي لم نحتاج الى الدليل. لانه نفهمه فيما دائرة الحمل الاولي في دائرة الهوية لافتقار الدليل. لماذا نحتاج الى الدليل? للمغايرة لافتقار الدليل الى المغايرة بين الموضوع والمحمول يعني مبدأ الجو حرية والتشكك في النسب الممتنع تحققه في الذاتي والتشكك في النسب الممتنع تحققه في الذاتي. نحن عندنا قاعدة ما هو عرضي يعود الى ما هو ذاتي والذاتي لا اه الذاتي لا يبين ولا يستدل عليه اه كل ما هو بالعرض يعود ما بالذات والذاتي ذاتي وما هو بالذات ذاتي لا يمكن التشكيك فيه والتشكك في النسب الممتنع تحققه في الذات. لان الذات لا يمكن الشك فيه اذا كان الوجود في قعر الذات في قعر الماهية يعني من ذاتيات الماهية لا يمكن الشك فيه معنى الاستدلال دليل على الشك الاستلام هو جاء لرفع الشك حتى يرقينا الى مستوى اليقين. والتشكك في النسب الممتنع تحققه في الذات. لا يمكن الشك في آآ في الذات والتشكك في النسب الممتنة تحققه اه هذا وصف في التشكك في الذات الذاتي لا يمكن التشكيك فيه. خذ مثلا هذا المثال. انسان حيوان ناطق. تشك في حيواناته تقول يقول نعم اشكك اذا انت لم تتصوره انت تصور في الإنسان حيوان ناطق ثم تشك فيه قضية تحليلية يقينية شهودية اذا الذاتي لا يعلل كل ما بالعرب يعود الى ما بالذات والذاتي ذاتي لا يعلل. لا يمكن الشك فيه. والتشكك في النسب الممتنع تحققه. الممتنع تحققه وصف للتشكك. في الذاتي اه اما التشكك في الممتنع تحققه اما يرجع الى التشكك او النسب او النسبة المهم تفهم جيدا اذا كانت الحيثيات في دائرة الذات ونتصورها في مبدأ الهوية والحبل الاولي كيف نشكك فيها ونحن ادركناها في البعد التصوري اذا جاء الشك وطلبنا بالدليل او طلبنا بالدليل فيعني ان الموضوع غير محمول يعني ما هي غير الوجود الإنسان غير الوجود البقر غير الوجود الملكي غير الوجود هذه قاعدة يجب ان ندركها جيدا. نعم نعيد التقرير آآ والتطبيق ليس التقرير اقول هذا وجه خامس يدل على ان الوجود ليس هو نفس المهي يعني الانسان غير الوجود البقر غير الوجود الماء غير الوجود ولا جزء منها يعني ليس من مكوناتها الداخلية وتقريره بيان الدليل مع انه ليس دليلا وانما هو تحليل لمبدأ الجوهرية. نعم والبنية الذهنية اننا نفتقر في نسبة الوجود يعني حمل الوجود على المهيأ نسبة الوجود الى الماهية. الماهية هنا بالحمل الشائع. يعني الانسان بقر ماء الى الدليل نفتقر الى الدليل يعني مبدأ السبب الكافي يقول لم هل تقول انت لما الانسان انسان لا معنى له. هل تقل لم الانسان حيوان? ابدا. هل تقول انسان ناطق? ابدا اما ما خرج عن الذاتيات لما تأتي حتى في الهلية البسيطة تأتي تقول الانسان موجود. ما هو دليلك? وشاهدوا مصديقه في الخارج نعم  اه وتقريره ان نفتقر في نسبة الوجود الى الماهية. دقق جيد. الماهية بالحمل الشائع. يعني الانسان البقر الماء والذهب. الى الدليل. نفتقد الى الدليل. في كثير من المهيات. في كثير دقق جيد. يعني في امور مشاهدة لا تحتاج الى الدليل ولو كان قياس استثنائي وهو لا لا ينفع لماذا? لان المسألة بنيوية تحليل بنيويور ولو كان الوجود نفس المهيا يعني في متن الماهية او ذات المهية او من ذاتياتها جنس او فصل او جزءها يعني من ذاتيتها بداية الجنس او في دائرة الفصل. لم نحتاج الى الدليل لماذا? لان الذاتي لا يعلل قاعدة الذاتي لا يعلل قضايا تحليلية لافتقار الدليل لافتقار الدليل الى المغايرة لماذا نحتاج الدليل الى مبدأ الجوهرية هناك الحامل يعني الوجود غير المائية والمائية غير الوجود لافتقار الدليل الى المغايرة. اذا لم تكن هناك مغايرة كنت في دائرة الانسان انسان انسان حيوان انسان ناطق في اصل الذات فلا معنى لي الدليل. لافتقار الدليل الى المغايرة بين الموضوع والمحمول? اذا نحن في اي اي بنية في مبدأ الجوهرية والتشكك في النسب الممتنة تحققه في الذاتي. الذاتي يعني اذا قلنا الانسان انسان نسبنا الانسان الى الانسان. كلمات نسبنا تسامح لان ما فيه هناك اثنين يفيه وحدة تقول الانسان حيوان ووحدة يقول الإنسان ناطق وحده سيأتي ان شاء الله في بحث الماهية بالتفصيل. هناك ابين لكم هذه المسألة بطريقة رائعة اطمئنوا نعم والتشكك في النسب الممتنع تحققه اه الممتنع اما وصل التشكك او للنسب المهم كان التحقق تحققي في الذاتي. الذاتي لا يمكن الشك ابدا قال وانتفاء التناقض انتفاء التناقض التناقض اه مبدأ بني بنية العقل الاغلب يعتقدون ان اجتماع النقض قضية قضية ادراكية لها متعلق لها مكشوف خطأ يما قبل القضايا هي ملاك تعين القضايا ملاك تعين العلم هذه الامور مع الاسف لم يدرسها اللي محققون وانتفاء التناقض انت الان جعلت الوجود في متن الماهية ماذا يحدث كيف ينتفي التناقض من الواقع التناقض شيخنا العزيز انا اخاطب هنا المحقق الطوسي التناقض لا ينتفي وليس من صنخ الذي ينتفي حكمة الهية سرمدية حاكمة على العقل البشري حتى ينتج المعرفة التي تطابق الواقع. يعني يصل الى الحقيقة ويتكامل وفق هذه الحقيقة. يرقى وفق هذه الحقيقة. كيف ينتفي البنية تنتفي الواقعيات التي تنتفي تفاحة كانت صامت رماد بالحركة الجوهرية قالت روماتك. هذا الرماد صار شجرة. انتفى الرماد وهكذا. الحركة الجوهرية تنتفي ماهيات وتبرز ماهيات العالم المادي فقط طبعا اما ما بين التناقض كيف ينفي انا ادري وانتفاء التناقض. اقول هذا وجه سادس يدل على الزيادة. زيادة المهية على الوجود. يعني الانسان غير الوجود. البقر غير الوجود. الماء غير الوجود</w:t>
      </w:r>
    </w:p>
    <w:p>
      <w:r>
        <w:t>وتقريره انا قد نسلب الوجود عن المهيد فنقول ما هي معدومة يعني الان انت حفيدك لم يأتي بعد. انت لم تتزوج ولم يكن لك ولد ولم يتزوج ولدك لما بعد والولد غير متحقق. الحفيد معدوم ولو كان الوجود نفس الماهية يلزم التناقض يعني هذا الحفيد الذي هو في في متن العدم يعني مرفوع لوجود هويته انسانية في متنها الوجود فاجتمع الوجود تبع الوجود والعدم جمع الوجود والعدم انا هنا عندي اشكال لا لا اثيره هنا. اتركه  الى المجال الفلسفي لأنه خطير جدا كلام هنا خط بنيوي خلط بنيوي كبير لو كان الوجود نفس الماهية لزم التناقض. يعني هذا الانسان الذي سيأتي في وقته هو انسان ونحن بنينا ان الوجود في متن الانسان فهو الآن في متن الوجود وفي متن العدم. يلزم ماذا يلزم اجتماع النقيضين او ارتفاع النقضين ولو كان جزءا منها لازم التناقض ايضا يعني هو معدوم وموجود من عدم المسيطرة عليه والوجود جزء جزءه مسيطر عليه لان تحقق الماهية يستدعي تحقق اجزائها التي من دونتها الوجود فيستحيل سلب الوجود عنها لماذا? لانها متحققة. والا لزم اجتماع ان نقضي فتحقق انتفاء التناقض يدل على الزيادة زيادة الوجود على المالية خالط بنيوي شنيع ولان المؤسسة قالت شيخنا درس المتن والشرح بنحو الاجتهاد حتى نربي الطلاب اه مجتهدين في العقيدة ان ابين هذه المسألة اما بيان المتن هكذا ببساطة ونقتصر على بيان المتن والشرح هذا لا يربي العقلية الاجتهادية في العقائد خلينا نصور لكم المزبلة حفيدي الان انا انا عندي حفيد حفيدك انت اللي اعزب انسان ام لا? انسان في متن الوجود ام في متن العدم? تقول يا شيخنا بعد لم يظهر ممكن على عشر سنوات ممكن على خمس سنوات المهم مرفوع الوجود وانت جعلت الوجود في متن الباهية. فهو موجود ومعدوم. سواء كان في تمام الماهية هو وجود او في جزئها كجنسها او فصلها وجود. المهم يتحلى بالوجود وهو في متن العدم. ماذا يلزم? يلزم اجتماع النابضين وكل من ادى الى اجتماع النقيض زيف وبطلان اذا الوحدة بين الماهية والوجود زيف وبطلان التغاير هو الصحيح هذا هو الذي يريد ان يصل اليه المحققة بتوصي بهذه العبارة وانتفاء التناقض. انا ابين لكم المسألة بطريقة بنيوية. متى تجري اه ماذا يجري مبدأ التناقض? في مبدأ الهوية ام في مبدأ الجوهرية تقول لا شيخنا اتفقنا انه في مبدأ الجوهرية يجب ان تكون عندنا قضيتان. الانسان موجود الانسان معدوم هنا مبدأ التناقض يقول هذا زيف اما الانسان الموجود واما الانسان المعدوم الاثنان معا لا يمكن في البنية العقلية وبالتالي البنية الوجودية كذلك لان البنية العقلية توصلك الى البنية الوجودية لا يمكن ان يكون الوجود في الانسان في الواقع موجود وفي الواقع معدوم باعتباره بملاحظة الجهاد لا يمكن نأتي الان الى الحفيد الذي لم يتحقق هنا الكلام عن الحفيد ام عن آآ عن نتكلم عن عن العدم ام عن المهية عن الماهية ما نتكلم عن الماهية يعني الإنسان حيوان ناطق الحفيد حيوان ناطق وانت حيوان نطق يعني انت انسان حفيد انسان فالانسان حيوان ناطق في الموجودية هوية في المعدوم هوية ما عنده علاقة بالوجود والعدم ما عنده علاقة بالوجود والعدم. مسألة بنية بنيوية بنيوية اذا ادخلت العدم وادخلت الوجود في الماهية بيقول يلزم اجتماع الناقدين لا بنيويا الانسان لا بشرط من الوجود والعدم. وهذا ما معنى التساوي بين الوجود والعدو   قال وتركبي الواجب كذلك بنيوية. يعني الذات المقدسة نقول موجودة كيف اما بالفطرة نحن متعلقون فقرا بواجب الوجود ونشاهده بفطرتنا وهذه هي الفلسفة الدينية واما بالدليل كما يرى الفيلسوف او المتكلم كذلك يستدل على وجود الله تعالى ف ذات المقدسة وجود يعني اعرض لي عدمها متحققة اذا كمفردة مفردة الذات الالهية والوجود. ادخل الوجود الى الذات الالهية تتركب من بعدين فيلزم التركب وكل تركب ممكن وكل ممكن نقص. فالواجب ينقلب ناقصا ممكنا  فلا يمكن ان يكون الوجود هو متن الذات المقدسة الحيثية هذا بيان يتأسس على مبنى وهو الاصالة المائية. يعني الذات الالهية ما هي كبيرة غير محدودة وتتحيز بطاريدية العدم. لا. اذا بنينا على اصالة الوجود الحيثي هذه اللام معنى لها. لا متن لها لا متن له اي اعتبارية في الملك وللوجود فلا معنى لادخال هذه الحيث يعني انا لا هوية لها ادخال اخراج كله بالاعتبار الاعتبار الفهمي نعم اقول هذا وجه سابح وهو ان تركب الواجب منتفي. لماذا? لان الواجب بسيط اذا كان مركبان يكون ناقصا يكون ممكنا فهذا منتفي ابدا وانما يتحقق كيف يكون التركيب في الواجب لو لو امتناعية لو كان الوجود زائدا على الماهية لانه يستحيل ان يكون نفس الماهية لما تقدم فلو كان جزءا منها لزم ان يكون الواجب مركبا بحال سواء كان هو الوجود بتمامه يلزم التركيب الجزء كذلك يلزم التركيب للاثنين نية وهو محال. هذا مبني على اصالة الماهية والدين اذا صادر يعني بنى على اصالة المهية يصل الى هذه الخرافات يصل الى هذه الاشكالات وهذه البناءات. اذا هنا اشكال مبنائي واشكال بنائي لان الوجود حيثية حيثية والحيثية لا هوية لها لا تدخل ولا تخرج ولا تركب ولا يحزنون ولا يحزنوا. نعم. اذا هذا الكلام لا معنى اللهو قال وقيامه بالمهي من حيث هي الما هي من حيث هي هي يعني مبدأ الهوية يعني الحمل الأولي مبدأ الهوية يفرز الحبل الاولي. الانسان انسان الماء ماء. الشجر شجر يقول المحقق التونسي في هذا الدليل وقيامه بالما هي من حيث هي هي يعني الوجود يعرض الماهية بعدما تتعين في هويتها. وهذا هو الحبل الشائع وهذا هو مبدأ الجوهرية. اذا هذا كلام بنيوي وليس دليلا. اذا لن اذا لم تتعين ما هي كموضوع في تركيب قضوي لا تصل النوبة الى الوجود اذا الوجود يأتي بعد الماهية. وهذا دليل التغاير اذا هذه بنية يعني المحقق التونسي يتكلم ببنية مبدأ الهوية هناك المهية مهية فقط انسان وانسان ماء ماء ملك ملك ثم في مبدأ الجوهرية تأتي الاعراض. اول عرض يعرضها هو الوجود. نعم. وقيامه بالمهيا من حيث هي. اذا الوجود كحيثية قائم بالمهيئة. ومن كان قائما بالمهية لا يكون هو متن الماهية ولا جزء الماهية وقد بيناها في مبدأ الجوهرية قلنا مبدأ الجوهرية له ركنان ان المحمول لا هوية له استقلالية عن الموضوع قائم بالموضوع ويحتاج الى ملف ثبوته للموضوع يريد يبين هذا الشرط هذا الركن كنا في مبدأ الجوهرية ان المحمول لا هوية له الا بالموضوع. قائم بالموضوع. وبالتالي اذا لم تكن له هي استقلالية وقائم بالموضوع فهو غير موضوع لان المقوم غير المقوم والمقوم غير المقوم اقول هذا جواب عن استدلال الخاص على ان الوجود نفس المهي وتقريره استدلالهم انه لو كان زائدا على المهية لكان صيفة قائمة بها. لاستحالة ان يكون جوهرا قائما بنفسه مستغنيا عن</w:t>
      </w:r>
    </w:p>
    <w:p>
      <w:r>
        <w:t>نعم كل المحمولات ليست لها متنا ولا ليس لها ليس لها متن ولا جوهرة قائما بنفسه مستغنيا عن المهيأ واستحالة قيام الصفة بغير موصوفها. نعم هذا الشرط في مبدأ الجوهرية واذا كان كذلك واذا كان الوجود او العلم او الحياة كذلك فاما ان يقوم بالمهية حال وجودها او حال عدمها دخل في مسألة غامضة ان شاء الله للجلسة القادمة لان انتهى الوقت سنبين ان شاء الله بالتفصيل في الجلسة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