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وسهلا بكم اعزائي في هذه الحصة واحاول ان شاء الله ان اتحرك بطيئا لاني احسست اني سريع نحو الندى والمطالب ثقيلة وان شاء الله قليلا قليلا تستأنسون بمنهجية وبطريقي وتستفيدون كثيرا من هذه المطالب العميقة والجميلة وصلنا معكم الى قول المحقق الطوسي قال وقيام الوجود بين الناهية الانسان بقر ما ذهب ملك الشمس من حيث هي كذلك هادي مسألة بنيوية ليست دنيا على تغاير الوجود والعدم. بمعنى انك اذا فهمت البنية تفهم سريعا وباريحية تامة ان الماهية غير الوجود كيف اذا جئنا الى مبدأ الهوية? ماذا يفرزك مبدأ في افق الذهن? يفرز قلنا دائما الحمل الاولي الانسان انسان وكل حيثية تعرض الماهية تحمل على المهية في دائرة مبدأ الجوهرية حتى يتعين الحمل الشائع حامل الحمل الشائع ليس الحمل الأولي هناك تأتي الحيثيات يأتي الحمل يأتي العروض فاذا قلنا الانسان نحن هنا في دائرة الهوية الانسان متى تعرضه الحيثيات ومنها الوجود الذي يغايرها اذا انتقلنا الى مبنى الجوهرية. هناك ياتي الحملة الشائعة. نقول الانسان وجود او الانسان عالم او الانسان كاتب لا يهم اه نوعية الحملة الان نتكلم عن الوجود هذا الذي نحتاجه في هذه المسألة اذا ان ما هي في دائرة مبدأ لهوية ما يسمى في ادبياتنا الحوزاوية الحملة الأولي الإنسان يأتي العروض بعد خروج مبدأ الهوية هناك الماهية الاقتضاء. متساوية نسبة للوجود والى العالم. لا الى الوجود والى العدم. في هويتها اذا عرض عليها الوجود في دائرة مبدأ الجوهرية هل يعرض عليها وهي موجودة? لا معنى للوجود في مبنى الهوية هل يعرظها وهي معدومة لا معنى للعدم في مبنى الهوية هذه مسألة يجب ان تدقق جيدا فيها كل عروض خروج عن مبدأ الهوية الى مبدأ الجوارية الله في مبدأ الهوية الله الله المبدأ الجوهري الله حي الله قادر الله مريد وهكذا بنية الدين هكذا. البنية المنطقية للذهن هكذا المستشكل يأتي بدليل ويخلط ويضرب هذه البنية يقول سلمنا ان الوجود يعرض المهيأ. يعني الانسان الماء الذهب شمس الملك اذا قلنا الماء يعني بالحم الشائع هذه الماهيات طبائع اذا عرظ الوجود على المهيأ لا يخلو من امرين اما ان تكون المهي موجودة  واما ان تكون معدومة هذا هو الخلط البنيوي عروض الوجود على الماهية لا في دائرة الوجود ولا في دائرة العدم هويتها بذات الهوية ما عندنا لا وجود ولا عدم حتى تأتي بهذه الفريضية التي تضرب البنية البنية تقول ما هي في دائرة مبدأ الهوية حمل اولي فقط انسان وانسان يعرض الوجود بما هي انسان اه من حيث هي لا دائرة الوجود ولا دائرة العدم تقف في العبارة في المتن قال وقيامه يعني قيام الوجود يعني عروظ الوجود بينما هي بالإنسان بالملك بالشمس من حيث هي يعني شي مبدأ الهوية. هناك لا وجود ولا عدم. دقة المحقق الطوسي رحمة الله عليه يفهم جيدا البنية. لماذا? لانه عالم والعالم يستخدم هذه البنية قد يعي بها وقد لا يعي بها ونحن شرحناها للطالب بن عزيز حتى  يدرك جيدا المسائل العلمية والفوضى العلمية كذلك. هذا الاشكال على زيادة الوجود والمالية اشكال بنيويوي يعني خلت في البنية يقول عرض الوجود على الماء سلمنا انه عارض ليس في متنها او جزءها العروض ما هو حكم الما هي? موجودة ام معدومة? معدومة يلزم عروض الوجود على العدم. مبدأ التناقض مستحيل بني العقلية تمنع ذلك او يعرضها وهي اه موجودة موجودة بالوجود السابق يلزم الدور موجودة بوجود اخر تتكرر دقق في الاشكال ثم تفهم جيدا ان المستشكل خلط في البنية لم يدرك البنية فذهب الى الاستدلال. هناك لا معنى للاستدلال اقول هذا جواب عن استدلال الخصم على ان الوجود نفس المهيأ يعني نفس الانسان نفس الماء نفس الذهب نفس الملك نفس الشمس وتقرير استدلالهم انهم لو كان زائدا على الماء زائد ويعض تقول الانسان وجود الملك وجود. الشمس وجود جيد ماذا يترتب على ذلك? لكان صفة قائمة بها حيثية نعم حيثية من حيثيات الما هي لاستحالة ان يكون جوهرا قائما بنفسه مستغنيا عن المهيأ قلنا من اركان مبدأ الجوهرية ان المحمول اللا هوية مستقلة له بينا هذه المسألة هنا يوظفها لإبطال الغير لاستحالة ان يكون الوجود العارض المحمول جوهرا قائما بنفسه سلمنا. هذه نكتة جميلة يعني ليس له هوية استقلالية في مقابل ما هي. مستغنيين عن ما هي لا لا ابدا انما هو الشأن من شؤوناتها. حيثية من حيثياته واستحالة قيام الصفة بغير موصوفها. نعم من طبيعة المحمول يكون قائما بالموضوع. واذا كان كذلك قائما بالماهية فاما ان يقوم بما هي حال وجودها. انظر مبدأ الهوية الانسان انسان الملك وملك الذهب ذهب هناك لا معنى للوجود والعدم هذه البنية خالته البنيوية فرض ان المهي موجودة او معدومة خطأ انظر واذا كان كذلك يعني قائم بالمهية فاما ان يقوم بالمهية حال وجودها لا لا حال وجودها ولا حال عدمها. نحن في مبدأ الهوية. الوجود والعدم في ذات مبدأ الجوهرية او حال عدمها شقان وهذي وهذا خلط بنيوي عجيب. محقق الطاوسي في المثل ماذا يقول؟ وقيام الوجود بالمهيا من حيث هي. يعني بعدما بدا الهوية تتعين الانسان انسان الماء ماء تأتي الحيثيات والاحكام والاعراض وو ومنها الوجود تقول الانسان وجود اي ما هي ما هي بما هي ما هي لا هي في حيثية الوجود ولا في حيثية العدم نعم اوحال عدمها يعني حصرنا بين الوجود والعدم لا الماهية خارجة عن حكومتي مبدأ التناقض ومبدأ الثالث المرفوع قلت لكم مبدأ التناقض متى يأتي حكومته اذا تعينت القضية في مبنى الجوهرية. الثالث المرفوع متت تعين وظيفته اذا جاء مبدأ الجوهرية مبدأ الهوية لا معنى للتناقض الانسان انسان ما معنى تناقض? ولا ارتفاع اه الناقضين. لماذا? لان لا وجود ولا عدم هناك. ولا صفة ولا نقيض الصفة هناك اذا هذه الفرضية واذا كان كذلك يعني قائما بالمهية قيام الصفة بموصوفها قيام المحمول بالموضوع. فاما ان يقوم بالمهيئة حال وجودها او حال عدمها. نحن نقول لا خطأ لا حال وجودها ولا حال عدمها يعرضها بما هي في مبنى الهوية كما قال المحقق الطوسي وقيام الوجود بما هي من حيث هي من حيث هي يعني مبدأ الهوية نعم والقسمان باطلان بنى على فرضية بنيوية خاطئة وذهب الى البطلان مع الاسف الشديد. جيد ما هما القسمان الباطنان اما الاول? فلان الوجود الذي هو شرط في قيام هذا الوجود ما هي? يعني الوجود التي تمتعت به الماهية قبل عروض الوجود المحمولي. عندنا وجود موضوعي والوجود المحمول يأتي ويتشرف به. فلان الوجود الذي هو شرط قيام هذا الوجود. يعني الوجود الذي هو</w:t>
      </w:r>
    </w:p>
    <w:p>
      <w:r>
        <w:t>وقبل عروظ الوجود والوجود الذي هو شرط في قيام هذا الوجود بالماهية اما ان يكون هو هذا الوجود فيلزم اشتراط الشيء بنفسه يعني الدور الدور هو عارض ومعروف وهذا غير معقول. الدور سيأتي ان شاء الله في باب العلية والمعلولية يلزم تقدم الشيء على نفسي اذا هذا الوجود العارض موجود قبل العروض فله مرتبتان مرتبة موضوعية ومرتبة محمولية فيتقدم ويتأخر يتأخر ويتقدم وهذا هو الدور الصريح او يكون مغايرا له. يعني ليس الوجود الموضوعي هو الوجود المحمولي فيلزم قيام الوجودات المتعددة بالمهي الواحدة. يعني ما هي واحدة لها وجود على مستوى الموضوع ولها وجود على مستوى المحمول. اذا كان موجود لما هي واحدة وجودان تتعدد الوجود. وهذا كذلك محال تعدد لوجود يعني ابهام ويلزم التسلسل كذلك. ولان ننقل البحث الى الوجود الذي هو شرط و ده تسلسل يعني الوجود المحمول كذلك وجود يحتاج الى عارض والعارض يحتاج الى عارض والعارض يحتاج الى عارض نقع في التسلسل واما الثاني فما الثاني يعني الماهية تكون معدومة نحن نقول الماهية ليست معدومة في مبدأ الهوية لا معنى للوجود والعدم هناك. هناك المهية من حيث هي هي لنسلم له ما هي معدومة. عرض عليه الوجود يلزم اجتماع النقيضين. واما الثاني يعني كون المهية معدومة حال العروض. فلانه يلزم قيام الصفة الوجودية. يعني المحمول الذي هو الوجود هل يعني الموضوع المعدوم وهو باطل يعني مبدأ تناقض اجتماع الوجود والعدو واذا بطل القسمان انتفى الزيادة كافة الزيادة والماء المائية قلت لكم في القياس الاستثنائي عندنا بنية كونية وعندك او تكوينية او بنية معرفية. البنية التكوينية يعني القياس يتكون ما هو شرطية واستثناء البنية المعرفية بيان الملازمة  بطلان اما التالي او ثبوت المقدم هنا ابطل التالي وللشرطية موجودة و اذا بطل التالي بطل المقدمة هو زيادة الوجود على ما هي بيان الملازمة اذا عرض الوجود على الماهية اما ان تكون موجودة او معدومة. موجودة يلزم الدور والتسلسل معدوم يلزم اه اجتماع اه اجتماع النقيوين نحن نقول لا غابت عنك امور الما هي هناك لا موجودة ولا معلومة في شق اخر وهو الماهير من حيث هي هي مبدأ الاوية وتقرير الجواب ان نقول هنا العلامة الحلي يقرر الجواب. يعني يبين ما اجمله وظغطه المحقق التونسي وتقرير الجواب ان نقول وتقرير الجواب ان نقول الوجود قائم يعني يعرظ يقوم يعرظ بينما هي يعني بالإنسان في مبدأ الهوية من حيث هي هي والا قلنا اذا لم نؤمن بهذه البنية نقع في محذورين كبيرين خطيرين كارثة وانطولوجية وكارثة دينية الكارثة الانطولوجية ان الممكنات كلها تصير واجبة. لان الوجود في متنها فاذا جئت ان تفيض عليها الوجود تقول لا احتاج. انا في متن الوجود اما اذا كان الوجود خارج عن ذاتها والعدم خارج عن ذاتها متساوية بالنسبة الى الوجود. تأتي العلة وترجح الوجود على العدم وتتحقق المالية هذا الإشكال الأنطلوجي الإشكال الديني عملية الخلق تنتفي لأن الوجود اذا كان في متن ما هي الله تعالى يفرض ماذا عن المعية تحصين حاصل وتقريره الجواب ان نقول الوجود قائم بالمعية من حيث هي هي. كلام المحقق التونسي لا باعتبار كونها معدومة او موجودة باعتبارها موجودة او معدوما في مبدأ الجوهرية بعد الانزياح من مبدأ الهوية الى مبدأ الجوهرية فالحصر ممنوع تحصر المهية في الوجود والعدم فقط ما في شق ثالث وهو الامكان. يعني الماهية في دائرتها لا موجودة هذا خطأ هذا خطأ اذن الإشكال في الملازمة الملازمة الملازمة يعني الركن الثاني المعرفي الملازمة حصرت المائية في دائرة الوجود والعدم. نعم ذاك في الحمل الشائع ام في الحمل الاولي المائية? هي هي سقوط. هناك يعرضها الوجود والا صارت المعية كل المهيات صارت واجبة لان الوجود في ماتينها ضروري وعملية الخلق وهي الدينية حساسة جدا تنتفي هذا تمام الإشكال تافه لم يفهم جيدا البنية فرد عليه المحقق الطوسي جوابا بنيويا. يقول كل ما يعرض الماهية يعرضها في حالة كونها في دائرتها. الانسان انسان لا في دائرة الوجود ولا في دائرة العدم واذا كنا في ذات الوجود يلزم الدور والتسلسل اذا كنا في العدم يلزم مبنى التناقض اجتماع لا لا لا الوجود يعرض دائما المهي في دائرتها من حيث هي هي قال قال هذا اما فصيحة او مفات تفريع. يعني اذا تبين لك اه هذا الامر جيدا ان الما هي زائدة على على الوجود والوجود زائد عن الماهية في اي مرتبة تكون هذه الزيادة اما فصيحة او فالتفريع فزيادة الوجود على ما هي في التصور العاقل في بونيته يفكك بين الماهية والوجود. اما اذا جئت الى الشجرة الخارجية والماء الخارجي والانسان الخارجي مستحيل ان تفكك بين الوجود واللامعية. صار هناك شأن خلقي شأن الهي لا يمكن لك ان تفكك اما في دائرة البنية العقلية تفكك لماذا خلقنا الله تعالى بهذه الكيفية حتى نفهم الامور في دائرتها نفهم الانسان في دائرته قبل تشرفه بالوجود قبل تشرفه بالعلم قبل التشرفه بالايمان. وهذه الامور. اريد ان نفهم الايمان في دائرة نريد نفهم الحياة في دائرتها لولا هذا التفصيل مبدأ الانفصال كما قلنا في المعايير العقلية ثم نأتي ونستخدم مبدأ مبدأ الاتصال فتتشكل القضايا ويأتي الفهم ونعود من خلال هذه القضية الى الوحدة الخارجية نعم فزيادة الوجود وفقا لهذا التحليل في افق الدين في افق التحليل في افق التأمل نعم  اقول كلام الاعلام الحلي هذه نتيجة ما تقدم. اذا فالتفريعة وفيها الفصيحة لا فرق وهو ان قيام الوجود بالمهية يعني بالانسان بالماء بالفلك بالشمس بالقمر بالذهب من حيث هي هي اين في مرتبة الوجود اصلا مرتبة الوجود دخلنا الى مبدأ الجوهرية. هناك الوجود اتحد مع الماهية نوع هذا الاتحاد يبين في الفلسفة انما يعقل في الدين والتصور. لا في الوجود الخارجي لاستحالة تحقق تحقق ماهية من الماهيات في الاعيان منفكة عن الوجود اذا انفكت عن الوجود يعني تكون عدما فكيف تتحقق الزيادة في الخارج والقيام بما هي فيه? ابدا. بل وجود المهي زائد عليها في نفس الامر والتصور لا في الاعيان وليس قيم الوجود ما هي كقيم السواد بالمحل اما السياد بالمحل الاعلام الحني علماؤنا رحمة الله عليهم استفدنا كثير من علومهم نشاطهم الفكري كان مباركا كثيرا الا ان المنهجية لم تكن في ذلك الزمان وواضح ذلك الوضوح وراقية مثل عصرنا لماذا الديكارت جاء وكتب مقالة في المنهج؟ في هذا الامر يعطيك معلومات راقية الى انها غير ممنهجة اهذا يورث التشويش في الذهن? في هذه العبارة العلام رحيل لي اشار الى مسألتين غير زيادة الوجود والمهي في العقل في غاية الروعة الا ان المسألة ليس في هذا المجال نخليها الى محلها اعيد التطبيق بدقة حتى تفهم المسألتين بالاجمال لا افصل قال المحقق توصي فزيادة الوجود العارض على المهية. اين في الخارج? لا في التصور</w:t>
      </w:r>
    </w:p>
    <w:p>
      <w:r>
        <w:t>بالخارج لمعنى لانفكاك الوجود على الماهية. هناك اه ملاك تحققها على اصالة الماهية او اصالة الوجود ما هي اصابة المعية? ما معنى الامة? ما هي الموجودة وليس المائية في دائرة هويتها اقول هذا يعني هذا الكلام من المحقق التونسي في قوله فزيادات الوجود في التصور نتيجة ما تقدم نعم وهو ان قيام الوجود بالمهي من حيث هي هي انما يعقل في الدين والتصور بمعنى انا الان اشاهد واعاين الواقعية عندي الان شجرة امامي بمجرد ان نذهب الى التصور يعني التأمل والتفكر يمكن على ضوء المعايير التي ذكرناها المعايير العقلية يعني ذهني بنيويا يتمكن من فصل الذات عن حيثياتها لماذا حتى يفهم كل شيء في دائرته ها فصل الماهية حتى عن الوجود بنيويا هكذا. لماذا حتى افهم المائية ما هي في دائرتها؟ وافهم الوجود في دائرته حينها تأتي بركات وبركات منها عملية الخلق اذا فهمت الماهية ان الانسان في دائرة ما هو? انسان انسان. اذا اذا تشرف بالوجود ليس من ذاته. من علة اخرى تأتي عملية الخلق وو ومن البركات وهو ان قيام الوجود بالمهية من حيث هي هي انما يعقل في الدين والتصور لا في الوجود الخارجي. لماذا? لاستحالة تحقق ماهية من الماهيات في الاعياد منفكة عن الوجود. التحقق يعني الوجود. فكيف تتحقق الزيادة في الخارج لا معنى للزيادة في الخارج. العجيب بعض المتكلمين يقولون بالزيادة في الخارج. هذا هذا شيء عجيب وغريب. فكيف تتحقق الزيادة في الخارج والقيام بما هي فيه? ابدا بل وجود المهي الزائد عليها في نفس الامر. والتصور لا في الاعياد. هذه المسألة الخطيرة المسألة الاولى في نفس الامر يجب ان نفهم نفس الامر شيخنا العزيز اذا انت صادرت على نفس الامر وانا ما عندي اي تصور ما عندي اي تصور عن اه اي تصور عن نفس الامر? ماذا افهم فيه هذه المسألة. هذه مسألة في غاية الروعة وتشير الى مبنى خطير تبناه العلامة الحلي وانا في تصوري هو المبنى الصحيح في نفس الامر اذا نفس الامر لا علاقة له لا بالوجود الديني ولا بالوجود الخارجي. وانما هي الطبائع في دائرتها الطبائع في دائرتها في الدراسات الاصولية والفقهية يقولون الحكم الشرعي مثلا الوجوب ينصب على الصلاة. الصلاة واجبة. على الصلاة في الدين ام الصلاة في الخارج يقولون لا معنى لي ان يأتي الامر وانت تصلي انت هناك تبرئ الذمة من التكليف كيف يتعلق بك التكليف فهذا مستحيل الانسان الذي يصلي يمارس الصلاة هنا في صدد اه تبرئة الذمة من التكليف اذا صلى وسلم انتهى تكليف ما فيه بهذا الفرد الخاص الصلاة مثلا الظهر الا اذا جاء العصر مثلا في صلاة الظهر واداها خلاص لا معنى لان يكلف وهو في الممارسة الخليجية وكذلك الحكم لا يصب على مفهوم الصلاة لان مفهوم الصلاة الله تعالى لا يكلفك بايجاد مفهوم الصلاة هادي خرافة يقولون الحكم ينصب على طبيعة الصلاة. يعني لا الصلاة في الخارج ولا الصلاة في الدين هذا هو نفس الامر وان شاء الله سيأتي بحثه اه في محله. هذه المسألة الخطيرة التي ذكرها اذا الوجود يعرض الماهية في الدين لا في في في الخارج لا في نفس الامر لكن هذا نفس الامر كيف تتعامل معه بالتعقل? يعني التعقل التعقل هنا ليس حالة نفسانية وانما حالة ادراكية فرق بين الحالة النفسانية والحالة الادراكية. الحالة النفسانية حالة للانسان. تابعة للانسان القضايا العلمية الماهيات الماهيات شؤونات الإنسان ام هي طبائع نفس امرية فالقمر الشمس طبايع نفس امرية كان الانسان ام لم يكن وهذا بحث يأتي ان شاء الله في نفس الامر. المسألة الاتية بل وجود المهي زائد عليها زائد على الماهية في نفس الأمر والتصور لا في الأعيان لا في الخارج ولا وليس قيام الوجود بالمهية كقيم السواد بالمحل هذه المسألة ال الثانية الخطيرة الصدق علاقة الوجود بالمهية كعلاقة الاعراض بالجواهر? لا ابدا الاعراض قائمة في وجودها بالجوهر اما علاقة الوجود بالمهية الماهية تتشرف اذا حل عليها الوجود فرق كبير بين الامرين. السواد عرض يحتاج الى الجوهر في قيامه الوجودي هل الوجود اذا عارض الماهية? هي تعطيه الموجودية? لا به تكتسب الماهية الوجود في متن الخارج كيف ذلك? هذه مسألة من اخطر البحث المباحث الفلسفية بل هي مفتاح الفلسفة تنتمي الى اصالة الوجود واصالة الماهية. لا نشير اليها هنا تم البحث في المسألة الثالثة ندخل في المسألة الرابعة وهي من اروع المسائل وترقت رقي رائعا في الحكمة المتعالية. ما هي المسألة? في انقسام الوجود او الموجود الى الدين والخارجي ياتي ان شاء الله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