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الثامنة في ان الوجود لا ضد له  قال المحقق الطوسي ولا ضد للوجود الظد على قسمين عندما ظد المقولة وعندنا ظد الوجود ضد الوجود ما يزاحم الوجود مثلا وجود النار ضد البرودة والبرودة كوجود او الرطوبة ضد الحرارة وهكذا في دار الوجود ظهر الوجود يصدق حتى على عالم الاعتبار توسع في المعنى ثورة طورة سياسية اجتماعية تطيح طاغوت بدكتاتور هذا من باب الضد الوجودي. مع التوسع في المعنى اذن الوجود اه الظد الوجودي حقيقة خارجية في مقابل حقيقة اخرى تريد ان تبيدها تنزاحها من الوجود تدفعها ان صحة الوجود هنا الوجود لا ضد له. لماذا? لان في مقابل الوجود لا شيء واذا قلنا العدم العدم لا شيء هو رفع الوجود فما عندنا عدم حتى يقع ضدا للوجود. سلب بانتفاء الموضوع وعندنا معنى اخر للضد وهو الظد المقولي ضد المقولة من باب العرب كالسواد والبياظ عرضا امران يعرضان على جوهر من الجواهر ويندرجان تحت مقولة قريبة كالبياض والسواد ولك ان تمثل بامثلة متعددة اذا نظيت هنا بمعنى المقولة ما هي ما هي من ماهيات? الا انها ليست ما هي جوهرية. ما هي عرضية كاللون الابيض واللون الاسود اذا عرض على مادتين على جوهر مادي لا يمكن ان يجتمع  البياض ضد السواد بالمعنى المقولي والسواد ضد البياض بالمعنى المعقول اولا الوجود حيثية وليس ما هي من الماهيات لا ما هي عرضية ولا مهية جوهريا معقول ثاني فلسفي حيثية حيثية التحقق هيتيجة التحقق يخرج تخصصا من باب المعقول فلا يكون ظدا بالمعنى المعقول لانه لا عرظ ولا جوهر قلنا الوجود غير الماهية بنينا عليها بالجلسات السابقة قلنا ما هي غير الوجود? والوجود غير الماهية وبالتالي لا يندرج لا تحت العرض ولا تحت الجوار اذا انتفت العرضية عن الوجود تنتفض ضدية بالمعنى المقولي سهلة جدا المسألة لا نطبق ولا نتوقف كثيرا في المسائل التي هي سهلة قال للمحقق الطوسي ولا ضد للوجود. اقول على من حلي الظد ذات وجودي تقابل ذاتا اخرى في الوجود هذا ظد وجودي ضد الوجود كوجود النار ووجود الماء الرطوبة والحرارة ولما استحال ان يكون الوجود ذاتا وان يكون له وجود اخر استحالة ان يكون ضدا لغيره. هذه العبارة دقيقة جدا من العلام الحلي اه تحتاج الى وقفة. ما معنى هذه العبارة ولما استحال ان يكون الوجود ذاتا. الذات يعني ما جوهر واما عرض حتى العرض لا يصدق عليه انه ذات. الذات تصدق على الجواهر اذا الوجود ليس ما هيا لان الجواهر ما هي لوجود حيثية ايثية يعني يندرج تحت المفاهيم الثانية الفلسفية في البعد المعرفي في البعد الإدراكي من الحيثية في الوجود حيثية نحو وجود وليس متنا كالجلوس هل الجلوس الان امامكم وانتم تعاينون ذات هل الجلوس متن بجنب ذاتي ام انا بنحو انا بنحو نحو الوجود حيثية فليس ذاتا فيخرج من دائرة الجوهر فيخرج من دائرة العرب اذا العلامة الحلي هنا خلط اه خلط بياني مع الاسف الشديد يقول في افتتاحية الكلام الظد ذات وجودية يعني حقيقة من الحقائق تقابل ذات اخرى في الوجود في الوجود هذا الكلام يصدق على اصالة الوجود يصدق على اصالة المائية ماهية النار مضاد ماهية الماء ماء رطوبة والنار حرارة على اصالة ما هي صحيحة على اصالة الوجود صحيح ولما استحال ان يكون الوجود ذاتا وجود حيثية فلا يمكن ان يكون له تضاد لا اقول الوجود هنا الوجود الذي له ظد ليس الحيثية وانما ومتنا واقع كنا في اصالة الوجود او كنا في اصابة الماهية يعني ما هي المتحققة تخيل مثلا نبني على صالة المهيو. ماهية النور مضاد ماهية الماء فلا يجتمعان بنينا على وجود النار وليس على مائدة النار. وجود النار يوعى يضاد وجود الماء فلما استحال ان يكون الوجود ذاتا لا نبني على الوجود انه حقيقة خارجية وان يكون له وجود اخر استحالة ان يكون ضدا لغيره خارج الوجود العدم وبالتالي سلم بانتفاء الموضوع. ولانه دليل اخر ولانه عارض لجميع المقولات. جميل جدا هذا الكلام هذا الكلام من الابتكارات العلمية الراقية ان الوجود حيثية بالبعد المعرفي ما معناه? يعني مفهوم ثاني فلسفي جيد هنا نضيء هذه المسألة وتفيدنا في فهم كثير من المسائل المفاهيم من اين ترشحت من من الواقعيات المفهوم افق ذهني انه فهم يحكي الأبعاد المهوية يعني الجوهر والعرب هذه مفاهيم مهوية واجب الوجود ليس له ما هي وبالتالي يخرج من المفاهيم المعوية او مفاهيم ليست مهوية يعني ليست من صنخ الجوهر والاعراض هذه هي التعينات هادي هي الحييات التي ليست لها متون مستقلة عن الذوات الكلام مبني على صلاة الماهية كل التعينات كل الحيثيات تحكيها المفاهيم الثانية الفلسفة وبعرب عبارة اخرى اذا كنا في دائرة الجوهر فنحكيه بمفهوم مهوي مفهوم الجوهر اذا كنا في دائرة الاعراض نحكيه بمفهوم بهوي مفهوم العاض مفهوم العرض بالحمل الشائع. يعني بياض السواد اضافة هذه الامور اذا كنا في دائرتي خارج الذوات يعني تعينات الذوات حيثيات الشؤونات البعد المعرفي يقول مفاهيم ثانية فلسفية انا عندي تقسيم ادق من هذا الأمر نقول المفاهيم اما مهوية صحيح مفاهيم المهوية تحكي الجواهر او تحكي الاعراض او مفاهيم اه خارجية لا اقول فلسفية ثم المفاهيم الخارجية طيف واسع جدا مفاهيم فلسفية اذا كنا في ذلك البحث الفلسفي مفاهيم اخلاقية يعني مفاهيم ثانوية اخلاقية. اذا كنا في باب الاخلاق مفاهيم ثانوية اذا كنا في الفيزياء الفلك وهكذا دواليك طيف واسع من مفاهيم فالمفاهيم الفلسفية فقط في دائرة بحث الوجود اذا اذا خرج مفهوم الوجود من دائرة المقولة والتضاد لا يكون الا بين الزواج فانتفى الظد اه نسقيا سيستام هكذا النسق هكذا لماذا? لان الضد من سينخي الذواج لان كل معقول معقول يعني مفهوم اما خارجي في عرض له الوجود الخارجي اشارة الى ان الوجود حيثية الوجود حيثية عندك شجرة متحققة يعني محيفة بالتحقق الماء كذلك السواد كذلك البياض كذلك لان كل معقول انما اما خارجي المعقول ليس خارجيا. المعقول في افق الدين. المقصود بالخارجي متعلق المعقول ما يحكيه المعقول. فيعرظ له الوجود الخارجي او ذهني فيعرظ له الذهني هذه مسألة بنيوية اساسية اكتب هنا مسألة بنيوية تفيدك في دراساتك العميقة هل عندما وجود ذهني يعني هل الذهن ينطوي على كيانات ام ينطوي على كيانات فهمية والكيانات الفهمية لا تندرج تحت الوجود لانها لا هوية لها هذه فقط كتبها بجانبا نعم. اذا الوجود من مخارجي اوذيني في اي فوق افق كنا يأتي التحقق ولا شيء من احد الظدين</w:t>
      </w:r>
    </w:p>
    <w:p>
      <w:r>
        <w:t>يعارض لصاحبه ولا شيء من احد الظدين بعارض لصاحبه نعم اذا كان الوجود حيثية خارج من دائرة المقولة العربية اما عندنا العرض المقولي في دائرة الوجود الوجود يخرج من دائرة التضاد المقولي ولا شيء من احد ضدين بعارض لصاحبه التحقق الذي يعارض الوجود هو العدم من باب التضاد من باب من باب التناقض وليس من باب التمد من باب التناقض. الوجود في مقابل عدم هذه المقابلة مقابلة تناقظ ومقابلته للعدم ليس تقابلا ضدين. اشارة الى النقطة من باب تقابل النقيضين على ما يأتي تحقيقه في نفي المعدوم سيأتي ان شاء الله في بحث المعدوم بل تقابل السلب والايجاب يعني من باب التناقض ان اخذ مطلقين الوجود في مطلق في مقابل العذاب المطلق عندنا لا عندنا وجود البصر وانتفاء البصر يعني ملكة مفقودة. هذا يسمى تقابل ملكة وعدم الملكة. والا تقبل العدم. عدم الملكة اكتب هنا نقطة تقابل تقابل الملكة والعدامة العدم لا يتصور الا في الماديات في الوجودات التي من شأنها تفقد كمالا وبالتالي لا يصدق هذا التقابل ملكه العدل بواجب الوجود ولا في الملائكة ولا في العقول الملكة والعدم فقط فقط في الماديات شخص من شأنه الابصار حدث خلل مادي في جهازه الابصاري فالنفس صارت لا تبصر. لماذا? لان الشروط الموضوعية غير متوفرة الشروط الموضوعية المادية يعني هذا الجرم فيه خلل الشروط الموضوعية ما يسمى بالعلل المعدة في ادبياتنا غير متوفرة فالنفس لا تبصر فقدت كمالا في بعدها المادي فيحل عدم البصر او الابصار مجازا لان العدم لا شيء لفصل هذا التقابل عن التقابل آآ النقضين اعطوه اسم التقابل ملكة ملكة الابصار عدم الملكة عدم ملكة الابصار ولا يتصور الا في مادية التي من شأنها ان تفقد الكمال. اما في المجردات الراقية الا يمكن ان يكون تقابل من هذا النوع فهنا في هذه العبارة للعلامة الحني كلها كلام العلامة فيه خلط بياني شيخنا العزيز اذا كنت تتكلم عن الظد الوجودي له منطق على مبنى اصالة الوجود وعلى صالة المهية سياء كل ما يقابل الوجود ويريد ان يرفع او يرفع ذاته واثاره كالنار اه يطفئه الماء يبيدوا وجودها. فهو ضد ضد الوجود قارجي وعندنا ضد مقولة وهي الاعراض يأتي عرض كالبياض يستقر في جوهر كالحليب مثلا الا يمكن للسواد ان ياتي ويستقر? هذا تظل المقولة التضاد المقولي. الوجود الوجود المطلق في مقابله العدم من باب التناقض فلا ضد له خارج من خارج من سلخ التضاد اتظأت هو في تقابل النقيضين حتى في مقابل العدم كذلك هذا مجاز يأتي بيانه في بحث العدم لان العدم لا شيء حتى يضاد يناقض الوجود اذا هنا في خلط بياني يجب ان نفصل بين الظد الوجودي والظد المعقولي. الظد الوجودي لا معنى ظد ظد الوجود لان التقابل تقابل تناقض وليس الظد اذا كنا في الوجودات المحدودة خصوصا الوجودات المادية تضاد لا يسري في عالم الملائكة والعالم الربوبي هذه الوجودات المادية وجود ناري يقابل وجود مائي. هذا التضاد عقول اما التضاد المقولي يعني الوجود يندرج تحت العرض لا ابدا لان العرض ما هي والوجود ليس ما هي المسألة التاسعة في انه لا مثل للوجود. المثلية ما هي مثلي طردان يندرجان تحت ما هي ما هي نوعية واحدة والوجود لا ما هي الوجود ليس ما هي? كفى البحث من اساسه خروج تخصصي لان المثل ما هو? المثل يندرج تحت ما هي ثم يأتي فرد اخر يندرج تحت المهية. بمعنى الماهية نوعية واحدة فلا يأتي بشيء جديد يذوب في هذه المهيا بحقيقته وليس بشخوصاته طه اشقر سمين عريض طويل عالم يندرج تحت هذا الانسان شخوصاته كلها لا علاقة لنا بها يندرج بطبيعته الانسانية. ثم تأتي ليلة عندها شخوصاتها الخاصة تندرج تحت الإنسان. شخوصات تختفي في الطبيعة يأتي علي شجاع كريم له شخوصات كل هذه الشخوصات تختفي ويندرج تحت الطبيعة اذا كلها تندرج تحت الطبيعة. اذا اذا ذاب الفرض الاول والثاني والثالث والرابع والمليار تحت الطبيعة نحن في دائرة حقيقة واحدة هذا حكم للمهيات. الوجود ليس مهية. فلا مثل له ابدا ولا مثل للوجود. اقول المثلان مبدأ تصوري مبدأ تصور اكتب هنا اه فائدة علمية جميلة جدا نحن عندنا نصوص نتعامل معها خاصة نحن الحوزويون فنتعامل مع النصوص كثيرا كيف نفكك هذا النص ونفهمه بطريقة رائعة جدا اولا بينت لكم نقسم النص الى الذاتي والعربي بملاك ما هو انتفاء النص او عدم انتفاء النص. اذا نزعنا الذاتي النص يتبخر اما اذا نزعنا العربي النص يبقى الا انه مفيد نأتي به لاضاءة كمثال الذات يقسم الى اساسي و عاضد خادم كلاهما اذا انتفى النص يتبخر ينتفي الا ان الاساس هو الاساسي. يعني هو المراد الجد هو الاساس. هو الذي يصنع المراد الجدي في الاساس. اما الذاتي العاضد والخادم خادم هادي بيناها فيما مضى ان نأتي ونزيد شيئا جميلا دائما تفكك المتن بهذه الكيفية اولا تبين الغاية التي يريد ان يصل اليها صاحب النص او الماكن بقول الحوزاويين ما هي الغاية? تحددها والغاية لا يمكن بدون مقدمات توصل الى هذه الغاية هذه المقدمة يمكن حصرها و تحديدها اولا المبادئ التصورية يعني الإطار المفاهيمي الذي يتحرك فيه النص تجلية المفاهيم في المنهجية الحزوية يقولون مبادئ التصورية لاطار المفاهيم باللسان الحديث ثم نذهب الى الاطار التدليلي خرجنا من البعد المفاهيمي الى الاليات الاستدلال الية الاستدلال متنوعة تدرس في المنطق متنوعة عندنا الاستنباط عندنا الاستقرار عندنا التمثيل وعندنا القياس الحمل وعندنا القياس الاستثنائي الاستثنائي شرطية متصلة شرطية منفصلة هذه يجب ان تكون واضحة في ذهن الطالب العزيز وبالتالي يجب ان يكون مجتهدا في المنطق. ان لم يكن مجتهدا يكون محققا ثم ظرب هذا الاستدلال يعني الإشكالات الدخل كيف تعامل معه فاعل النص وكيف رده ثم تشخص ما هو عرضي في النص كالأمثلة وما اشبه ذلك لماذا قسمنا النص بهذا التقسيم هذا من وحي من وحي المنطق. المنطق تصورات ثم حجج تصورات تورث لنا التعريفات تورث لنا التصور والحجج تورث لنا تورث لنا التصديقات. تعطينا التاس ثم الإشكالات يعني المغالطات هذه هي المنهجية المنطقية دائما تتعاملون مع النص بهذه الكيفية. ولا يخرج النص عن هذه الأمور في امر زائد كثير من القضايا لا تندرج تحت الاقيس بتنوعها بل تدرك بالشهود ما يسمى العلم الحضوري اذن المثلان بيناهما. اقول المثلان ذاتان يعني نحن في دائرة الماهية والوجود غير الماهية انت في البحث نهائيا فالوجود لا مثل له ذاتان وجوديتان يعني طه وليلى وعلي يسد كل واحد منهما مسد صاحبه يعني باك يندرج تحت الطبيعة الإنسانية ذاك يندرج تحت الطبيعة الإنسانية ذاك تبرز منه اثار الطبيعة ذاك تبرز منه اثار الطبيعة نعم هذا هو سبب يسد كل واحد منه مسد صاحبه صديقك يقول ناولني كتابا لم يشخص كتاب فلسفة كتاب اصول كتاب تفسير</w:t>
      </w:r>
    </w:p>
    <w:p>
      <w:r>
        <w:t>ايتابر انت عندك مصاديق متعددة في المكتبة في الرفوف كلها يصدق عليه عنوان كلي وهو الكتاب فهي كلها تسد مسد هذه المصلحة التي يريدها من امرك بي او طلب منك ان تأتي بكتاب اي كتاب تأخذه يسد ما سد صاحبه ويكون المعقول منهما شيء واحدا. المعقول منهما يعني هذه المهية هذه الطبيعة النوعية الواحدة شيئا واحدا اذا الليلة تندرج تبع الانسانية خالد تحت الطبيعة الانسانية علي تحت الطبيعة الانسانية زينب تحت الطبيعة الانسانية فكلها امثال بحيث اذا سبق احدهما الى الذهن يعني جاءت ليلى وذهبت في الطبيعة الانسانية. ثم بعدها جاء طه طه تخلى عن شخوصاته وذهب في الطبيعة الانسانية. ثم لحقه الاخر. واحد بعد واحد كل اندراج على نمط واحد. لم يكتسبوا العقل من الحاصل يعني من الذي جاء بعد? ثانيا غير ما اكتسبه اولا هذه العبارة كلها تشير الى هذه العبارة الاصطلاحية الوحدة المهوية واحدة نفس الطبيعة وحدة الطبيعة تاخذ كتابا من اليمين من الشمال من فوق ويمين تحت كتاب كتابه طبيعة واحدة طبيعة واحدة يقول ويكون المعقول منهما شيئا واحدا. هذا الشيء الواحد قلنا الطبيعة النوعية مثل الطبيعة الانسانية بحيث اذا سبق احدهما يعني جاء طه ذابت الشخوصات اختفت وتماهى في الطبيعة الانسانية الطبيعة النوعية الى الذهن طبعا ان الذهن هو الذي يدرك الطبيعة النوعية ثم لحقه الاخر لم يكتسب العقل من الحاصل من الثاني والثالث والرابع ثانيا غير ما اكتسبه اولا نحن لا زلنا في الطبيعة النوعية الواحدة والوجود ليس بذات ليس بما هي ليس بذات فلا يماثله شيئا اخر اذا اردنا ان نتقعر في الاستدلالات ناتي بالشكل الثاني. الشكل الثاني دائما هو قياس يورث السلب. يورث نتيجة سلبية. تقول هكذا المثل ذات الوجود ليس بذات. الشكل الثاني يختفي الحد الاوسط وهي الذات فتقل المثل ليس وجود او الوجود ليس مثلا وايضا فليسها هنا معقول يساويه في التعقل على معنى ما ذكرناه اذ كل معقول مغاير لين معقول الوجود نعم كل المعقولات متباينة بتمدد ليس فقط الوجود الا ان الوجود هو ملاك التعقل ارقى المعقولات اعلى المعقولات فلا يماثله معقول من المعقولات. سلب بانتفاء الموضوع نعم لا يقال ان كليه وجزئيه متساويان في التعاقد فكان له مثل وهو الجزئي الحيثيات ليس لها اه جز وكل. هادي خربطة قديمة عدم النضج المعرفي. العلوم لم تنضج بعد. الحيثيات بسيطة والوجود يحكي حيثية مفهوم الوجود يحكي حيثية. يعني الوجود هو حيثية. مفهوم الوجود يحكي هذه الحيثية حيثيات وكلها بسيطة لا جز ولا كل هناك حتى الاعراض على مبنى اصالة المالية كلها بسيطة لا جزء ولا كلفة فقط فقط  ان التركيب اين في عالم المادة في الواقعيات المادية في الماهيات المادية لان نقول لماذا لا يكون لي ولا جزئية للوجود كما يتوهم هذا القائل انهما ليسا بمتساويين في المعقولية الى مفهوم الجزء غير مفهوم الكل الكل مركب من الجزء والجزء ميلاكه تركيب الكل وان كان احد جزئي الجزئي هو الكلي. لكن الاتحاد ليس تماثلا. نعم الاتحاد ليس تماثلا. التماثل هو اندراج حقائق متعددة تحت طبيعة نوعية واحدة اما الجزئية والكلية لا من صدق اخر هناك صنخ التركيب نعم الكلي مركب من الاجزاء والاجزاء هو ملاك علل التركيب لكن الاتحاد ليس تماثلا. وايضا فانه عارض لكل المعقولات على ما قررناه اولا ولا شيء من المثلين بعارض لصاحبه نعم المثلية من واقعيات خارجية تندرج تحت طبيعة اه النوعية. هنا المحقق الاعلام الحلي اشار الى نقطة مهمة جدا نقطة بنيوية وايضا فانه عارض لكل المعقولات على ما قررناه اولا. اكتب هذه المعلومة ثم نفصلها لاحقا الحيثيات يعني التعينات بمتن الواقع الخارجي تحكيها المعقولات الثانية من خصوصيات الحيثيات تعرظ عدة مقولات والوجود حيثية فيعرض مقولة تقول واجب الوجود وجود الماء موجود تفاح وجود سمك وجود هذه خاصية للمعقول الثاني مطلقا تعرظ عدة مقولات لان المعقول الثاني له شخوصات من شخوصاته انه يعرض عدد المقولات اما الافراد التي تندرج تحتها طابعة نوعية لا يعرظ بعظها البعظ. ما تقول طه يعرظ زينب وتعرظه مستحيل. ولا معنى له هذه النكتة المهمة جدا شاخصة من شخوصات الحيثيات وبالتالي نقول شاخصة بالمعقولة الثانية بالمجاز لأن هي وصف للحيثية فيتصف بها المفهوم مجازا باعتباره المتعلق نفصلها ان شاء الله في مطاوي هذه البحوث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