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الله والحمد لله يا الله سبحان الله الله يا 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اعزائي الطلاب السلام عليكم ورحمة الله وبركاته. وصلنا معكم الى المسألة العاشرة كأنه مفهوم الوجود الذي يحكي حيثية التحقق يجب ان نفهم مسألة هذه المسائل ان اكتشفتها في حياتي التدريسية لانه درس اكثر من عشرين سنة في الحوزة فاتعامل مع الطلاب فاجد الطالب متوقفا في فهم المطلب ابحث عن السبب ما هو السبب? ان الامور ليست مفككة في ذهنه ناتي نحن ندرس وكثير من الامور تبقى في دائرة الاجمال غير مفككة ونتصور ان المسألة واضحة لدى الطالب اه وضوحها لدينا وهذا خطأ فهذه الامور التفكيكية تفيد الطالب العزيز كثيرا ما الفرق بين المعقول يعني المفهوم ومتعلق المفهوم ما يحكيه هذه مسألة بنيوية كذلك. المعقول مطلقا. يعني ذاك التعين الذهني اليس قلنا في الوجوه الذهني ان المعقول هو التعين من تعينات النفس في افق الادراك النفس المدركة يعني ايه مفاهيم؟ يعني ايه معقولات؟  هذه المعقولات مسألة بنيوية وقد تتعجب من هذا الكلام لانه دقيق المعقولات لا توصف باي وصف فمن للحماقة ان نأتي الى التفاحة في المرآة ونقول لذيذة انت اسألها انت لذيذة تقول لا انا لم احكي اللذيذ انا احكي الذي انت جميلة انا لست جميلة زجاج لا شيء لا هوية لها المسها لا هوية لها طبعا العناية الإلهية كيف جعلت هذا الأمر وهو معجزة محير العقول ايه مسألة اخرى? تسألها انت جميلة تقول انا لست جميلة. انا احكي الجميل يعني يحكي التفاحة الجميلة المعقولات لا تتصف باي وصف تحكي اوصاف المتعلق يعني المحكي. يعني الحيثيات والامور الواقعية فاذا قلنا مفهوم الوجود بسيط من البسيط مفهوم الوجود؟ لا. ما يحكيه مفهوم الوجود. يعني الحيثية بسيطة. وليس المفهوم هذه المسألة سجلها جيدا عندك كثير من الابهامات المعرفية والادراكية تتضح المعقولات لا تتصف باي وصف لانها لا هوية لها الا الحكاية الا الاشارة فاذا قلنا مفهوم الوجود بسيط يعني متعلق مفهوم الوجود. يعني ما احكي مفهوم الوجود. اين تجد هذا المحكي في متن الوجود? متن الواقع الخارجي. الخارجي هنا بمعنى خارج الدين هذه قاعدة يجب ان تفهمها جيدا عزيزي الطالب كانه مخالف لغيره من المعقولات وآآ انه مخالف لغيره من المعقولات انه وعدم منافاته لها. عاطفية فقط انه مخالف لغيره من المعقولات وعدم منافاة الوجود لها لهذه المعقولات ما زلنا في البنية كل المعقولات متباينة بتمام الذات كل المعقولات متباينة بتمام الذات وهنا كذلك خلط بنيوي اه بنيوي اه شديد كل المعقولات متباينة بتمام الذات. ما هو السر؟ ما هو السر? السر? سر معرفي  بعرف لا يمكن ان تفهم حيثية في دائرتها ولا تخلطها بحيث هي اخرى الا اذا عزلت هذه الحيثية كيف تعزلها؟ بالادعاء بالادعاء. اذا عزلتها يأتي البعد المعرفي. يأتي الادراك في دائرتها لا تخلط في الادراك تصنع لها مفهوما. مفهوم الوحدة غير مفهوم الاصالة. غير مفهوم التشخص غير مفهوم العلية غير مفهوم المعلولية غير مفهوم الحياة غير مفهوم القدرة كل المفاهيم متباينة بتمام الذات يعني تندرج في دائرة التباين وبالتالي لا معنى للمخالفة كل يتحرك في دائرته افق كالكواكب في المنظومة الشمسية كل يتحرك في فلكه. ولا يزاحم كوكبا اخر في المنظومة والسر بينته لان لان الحكاية يعني البعد البعد المعرفي لا يتم الا اذا عزلنا الحيثية لوحدها. جعلناها في افق خاص تقول ما المانع ان نأتي بالوحدة في متن الكثرة معلولية في متن العلية ما المانع? خلط معرفي تشويش معرفي ولا يمكن ان تصل الى الواقع الخارجي اما اذا جئنا الى المحكي الى الواقع الخارجي هناك نجد الذوبان حيثيات دائبة في بعضها في مصداق واحد هناك يسمى الاتحاد الماس داقي الاتحاد المصداقي غير البعد المعرفي هذاك بعد اندروجي بعد وجودي هذه المسألة ضحى في دينك الشريف. سألنا الوجود مخالف لغيره من المعقولات اذا تكلمت بالمعقولات قل فان مفهوم الوجود مخالف لغيره من المعقولات وعدم منافاة مفهوم الوجود لها. ما في منافاة مع انه يغايرها قال فتحققت مخالفته للمعقولات يعني مفهوم الوجود. اقول لما انتفت نسبة التضاد قلنا الوجود لا يضاده شيء والتماثل ليس له مثل لانه ليس من المهية حتى يندرج تحت ماهية يشاركه فيها فرد اخر والتماثل بينه وبين غيره من المعقولات. وجب لما وجبت المخالفة بينهما. كل في دائرته الخاصة اذا القسمة حاصرة في كل معقولين بين التماثل للاختلاف الوجود الامني ليس من صنف التماثل وليس من صنخ الاختلاف اه ليس من صنخ التماثل فيبقى الاختلاف فهو يخالف كل المعقولات بل كل المعقولات متباينة بتمام ذلك وقد انتفى التماثل فوجب الاختلاف. ولهذا جعله نتيجة لما سبق الوجود كل المأقولات كل المعقولات كل المعقولات مطلقا ما هوية وغير مهوية متبينة بتمام الذات. فقط الوجود يتميز بخاصية جميلة جدا انه ارقى المفهومات وانا في تصوري ملاك الفهم لولا الوجود حتى هذه المعقولات الاخرى مطلقا نهوية وغير مئوية لا يمكن ان تتعين في ذهنك كما سيأتي بيانه بمقاربة العدم جيد قال ولا ينافيها. اقول المتنافيان لا يمكن اجتماعهما وقد بين ان كل معقول على الاطلاق فانه يمكن عروض مطلق الوجود له واجتماعه مع الوجود وصدق علي فكيف ينهى فيه هنا اه هذه المغالطة مغالطة الخلط بين النظم الذهني والنظم الخارجي في النظم الذهني كل المفاهيم متنافية متباينة بتمام الذات لا علاقة لمفهوم بمفهوم والسر هو المعرفة حتى نعرف يجب ان نفصل هذا هو التفكيك هذا هو التحليل التركيب في الخارج في النظمة للخارج بالنظم الخارجي مثلا مثال تقريبي الله تعالى حي عالم مريد قادر وو ومن الصفات الذاتية. خلينا من الصفات الفعلية في متن الذات نأتي الان الى البعد الفهمي يعني النظم الفهمي  لا يمكن ان تفهم الحياة الإلهية وهي مدمجة ذائبة في الارادة. يجب ان تفصلها تفككها يجب ان تحلل تعزل هذه ملكة من ملكات الذهن البشري اذا فصلت الحياة عن العلم عن القدرة عن الارادة وكذلك العلم عن الارادة والحياة والقدرة وكذا تنفصل حقيقة ام بالادعاء? لا بالادعاء يعني في البعد لادراكي في النظم الذهني حتما المفاهيم التي تحكي هذه الصفات الالهية تكون متباينة ومتنافيا متنافية بمعنى كل في دائرته لا يعني ان الحياة تنفي العلم والعلم ينفي الحياة لا ليس بهذا المعنى بمعنى التباين بمعنى التباين والا الصفات فيما الوجود في النظر الوجودي ليست متنافهة متساوقة كما سيأتي متساوق منسجمة لماذا سيأتي ان شاء الله بيانه. اذا لا نخلط بين النظم الذهني والنظم الواقعي ان نظبط من ذهني تباين تنافي في النظم الوجودي تسوق. حقيقة واحدة كما سيأتي ان شاء الله بيان في بحث التسوق بالمسألة الحادية ادي عشر</w:t>
      </w:r>
    </w:p>
    <w:p>
      <w:r>
        <w:t>نعم اقول نعم بينة اه قال ولا ينافيهما الوجود لا ينافي هذه المعقولات الاخرى الى اين لا ينافيها? في النظم الوجودي النظم الخارجي وليس في النظم التعاقدي في النظم التعقلي هو يقول لوحدي انا مفهوم الوجود فقط لا زيادة ولا نقصان. اقول المتنافيان لا يمكن اجتماعهما في الذهن لا يمكن اجتماعه طبيعة المعرفة هكذا طبيعة المعرفة هكذا وهذا الذي يؤسس العلو العلوم هي مجموعة قضايا متناسقة اصلها موظوع واحد تتحرك نحو غاية واحدة ما هي البحث عن الحقيقة وكشف الحق هذا التناغم والتناسق والانفصال كله معرفي كله معرفي نعم المتنافيان لا يمكن اجتماعهما اين? في النظم الخارجي اما في في النظم الذهني في ثلاث وتباين. وقد بينا ان كل معقول على الاطلاق فانه يمكن عروض مطلق الوجود له اين العروض العروض العروض الاين العروض الواقع الخارجي يعني اذا قلنا الله تعالى حي عرضت الحياة على الذات المقدسة الحقيقية. يعني متن الواقعة الخارجي اما المفاهيم لا عروض بين هذا العرض عروض الصناعي ادعائي الذهن يفصل ويجمع للفهم حتى يفهم دقيقا. اذا اذا قلنا  الحليب ابيض البياض لا يعرض مفهوم الحليب. البياض يعرض متعلق مفهوم الحليب يعني الحليب الواقع العروض في متن الخارج يعني في النظم الخارجي. هناك لماذا العروض هناك انسجام تسوق اما في المفهومية التباين المطلق نعم. وقد بينا ان كل معقول على الاطلاق فانه يمكن عروض مطلق الوجود له اين في دائرة المحكي وليس في دائرة الحاكي واجتماعه معه وصدقه عليه اشارة الى النظم الخارجي وصدق عليه صدق دائما في النظف الخارجي. وليس في المظمن الفهمي فكيف ينافيه? نعم في متن الواقع تسوق يأتي ان شاء الله رئيسي جدا لا يقال اشكال رائع جدا العدم امر معقول لعلام الحل يقولو العدم وصل لا شيء كيف يعقل العدم? دققوا جيدا العدم لا شيء حتى يعقل الوجود من خصوصيته المعقولية في كل مرتبة وجودية هناك معقولية موجودة طبيعة الوجود يعقل يعقل اما العذاب لا شيء كيف يعقل? ولا شيء فيأتي الذهن بقوته الفكرية وهذي عناية الهية بالانسان عناية الهية بالانسان ياتي ويرفع الوجود لا اله الا الله الوجود يرفع تقول لا لا يرفع الوجود محال لأنه وجود كيف يرفع? وجود حقيقته جد كيف يرفع؟ وجود متن الواقع وجود كيف يرفع؟ تقول ارفعه بالادعاء بالادعاء يعني بالاعتبار ثم يحل محله بالحقيقة ام بالادعاء? بالادعاء يعني بالخرطي من? العدم يعني رفع الوجود العدم ما هو? رفع الوجود. لولا الوجود العدم لا يفهم اذا حتى العدد فهمناه ببركة ماذا? ببركة الوجود. رفع الوجود فيه بحث معرفي عميق جدا القضايا السالبة كيف اذا قلنا الله ليس بديسم واجب الوجود ليس بديس كيف هنا يعني عندنا واجب الوجود في الخارج وعندنا جسمية مسلوبة عنه? لا ابدا هذا معنى ان الذات المقدسة مسلوب عنها الجسمية يعني في تباين مطلق بين الذات الإلهية والجسمية هذا التباين الذاتي نأتي نلصقه بالادعاء ونسلبه مرة ثانية. نقول الله ليس ليس بجسم اللغة الفارسية تقول يعني يعني وربط ثم سلب لماذا? لان حتى نفهم حيثيات تتعلق بالوجود اذا رفعنا الوجود بالادعاء يأتي العدم بالادعاء حينها ندرس احكامه نستطيع ان ندرس احكامه لكننا نفهم الا بفضل الوجود بعدم ما هو رفع الوجود الوجود يرفع مستحيل. لأن مبدأ التناقض بنية ذهنية ان الإنسان لا يمكن ان يقبل هذا نعم ماذا يقول العلامة? لا يقال العدم امر معقول. نعم معقول بفضل الوجود ببركة الوجود وقد قضى العقل بمنافته للوجود هذا يظرب هذا بينهم التناقظ فكيف يصح قوله? قول المحقق التونسي على الاطلاق انه لا ينافيه لا ينافي هذا كذلك خط بنيوي خلط بين التكوينيات والاعتباريات اه التي لها مساس بالتوحيد بالتكوينيات ليس الاعتباريات في علم الاصول والفقه وهذه الامور لا لا لا هنا الاعتبار الذي له اصل في الوجود في دائرة الفهم نعم اشكال جميل جدا اشكال عليه بالعدم او العدم معقول معقول مفهوم العدم مفهوم الاعدام هو رفع الوجود بعقلنا وهو ينافي الوجود. رفع الوجود لان نقول على من حل يرد نمنع اولا كون العدم المطلق معقولا لعدم معقولا هنا بأي معنى ليس المعقولية الادعائية التي بيناها نحن نأتي الى الوجود المطلق ونرفع بالادعاء ونضع في محله بالاذاعة بالادعاء والكذب المعرفي والخرطي المعرفي ونضع المعدوم المطلق فنتصور المعدوم المطلق هو رفع الوجود المطلق اما هنا يقصد المعقولية التي لها اه مكن خارجي. وهذا المعقول يوصلنا الى هذا المتن الخارجي. هذا غير معقول الى العدم لا متن خارجي له نعم يقول نمنع اولا كون العدم المطلق معقولا لانه اذا كان معقولا كما يعقل الوجود فله متن واقعي. بمجرد ان يكون له متن واقعي اندرجة تحت الوجود ام تحت العدم تحت الوجود وهذا هو المفارق نعم. والعدم الخاص له حظ من الوجود. العدو الخاص قلنا في باب الملكة عدم الملكة عدم البصر عدم السمع لفقدان علل معدة شروط موضوعية في دائرة المادة اعضاء الانسان النفس لا تفعل قوتها فلا تدرك ولا تبصر ولا تسمع والعدم الخاص العدم الذي يقع في مقابل اه الملك. له حظ من الوجود له حظ الملوك من الوجود. هذه فيها مسامحة. العدم مطلقا لا حظ له من الوجود. الا اذا نسبناه الى الملكة اذن الملك للملكة ام للعدم? للملكة يعني ملكة البصر اختفت لظروف موضوعية حادثة فنقول اعمى استغفر الله من هذه الكلمة اعمى له حظ من الوجود? لا ابدا مسامحة ولهذا افتقر الى موظوع خاص ما هي? هذه المادة كافتقار الملكة اليه كافتقار الملكة اليه. موضوع يعني الجسد الانساني يبصر بهذه المادة البصرية غابت هذه المادة البصرية لشروط موضوعية فجاء العام حل في هذه المادة هل هذا حقيقي ام ادعائي واعتباري ادعاي واعتباري? اذا لا حظ له من الوجود الا بالمجاز ولهذا افتقر العدم الى موضوع خاص كافتقار الملكة يعني البصر اليه الى هذا الموضوع سلمنا سلمنا ان العدم المطلق معقول لكن نمنع استحالة عروض الوجود المطلق للعدم. لماذا? لان مبدأ التناقض نعم لكن نمنع استحالة عروض الوجود المطلق للعدم المعقول فان العدم المعقول ثابت في الدين هنا علم الحلي رحمة الله عليه هذي طبيعة العلماء العباقرة عندهم ضغط علمي ضغط علمي يعني كثافة علمية كبيرة جدا ويكتب المتن لنفسه وليس لغيره اي صب بهذا المتن كل المعلومات لماذا لان الظغط علمي في ذاته شريفة وهذه خلاف البيداغوجية خلاف بيداغوجيا انك تراعي الطرف المقابل الذي يتعلم وحتى الذي يناظرك حتى الذي يناظرك للمناظرة بين الشيعة والسنة يبتلون بهذه القاعدة مع الاسف الشديد الشيعي يتحرك في افق تأويلي خاص افق تعويني يعني حامل خلفيات تعلمها عاشها في بيئته في محيطه هذا الموقع التأويلي هذه الخلفيات التي تشكل حقيقته العقدية يريد يصبها في الموقع التأويلي السني هذا غير صحيح لا معنى له</w:t>
      </w:r>
    </w:p>
    <w:p>
      <w:r>
        <w:t>طبق قاعدة انصهار الافاق جيد تاويليات عندهم هذه الالية انصهار الافاق ما معناه? يعني انا اتي الى الافق التأويلي الذي اناظره وانزع منه خلفياته واحدة واحدة خلفيات التي خالفوا ما اعتقده انا واحدة وواحدة وتعوضه في افقه التأويل ما هو صحيح اينه? يبدأ ينفتح عليك قليلا قليلا فيتغير موقعه التأويل حينها يفهم الحقيقة اما هكذا دفعة واحدة تريد ان تدخل افق تأويلي وافق التأويل الثابت لم يتغير هذا حوار الطرشان لا معنى له ولا قيمة لا  فالعلامة الحلي لانه كثافة معرفية عظيمة جدا فيريد ان يضع كل هذه المعلومات في هذا المتن نعم هنا رحمة الله عليه يفكك بين النظم الذهني والنظمة الواقع الخارجي عالم علماء يتحركون في هذه البنية قد يعون بهذه البنية تحليلا وقد لا يعم او لا يهتمون بها لا يهتمون بها. دقق معي جيدا حتى تفهم النظم الذهني والنظم الخارجي يقول سلمنا ان الوجود ينافي العدم والعدم ينافي الوجود سلمنا بإشكالك لكن نمنع استحالة عروض الوجود المطلق للعدم المعقول لان هذا مبدأ التناقض فان العدم المعقول ثابت في الذهن العدم المعقول يعني مفهوم العدم ثابت في الدين نعم في افق الدين. العظم الذهني فيكون يكون داخلا تحت مطلق الثابت يا العلم الحلي الكلام ليس في المعقولية معقولية العدم ومعقولية الوجود ليس مثل مفهوم الوجود ومفهوم العدم المفاهيم متباينة بتمام الذات. حتى مفهوم العدم لا علاقة له بمفهوم الوجود لأن الذهن يفهم يفهم فقط العدم في دائرته. الوجود في دائرته الحياة في دائرتها. الارادة في دائرتها لا علاقة له بالمفاهيم الاخرى لا تحكي لي عن احكام المعقولات الكلام هنا في الوجود الحقيقي الوجود الحقيقي لا ينافيه شيء في الخارج لماذا? لان بالوجود كانت هذه الاشياء. ماهيات كانت او حيثيات كانت هل تتصور انت الحياة في الله تعالى بدون وجود لا يمكن هل تتصور الارادة بدون وجود? لا يمكن الوجود سابق على الجميع وهو الذي يعطيهم التناغم في المصداق الواقع الخارجي. ليس في المعقولية. المعقولية تسأله مفهوم الوجود. انت يقول انا الدائرة لوحدها لا تخلطني بدائرة اخرى اذا خلطتني بدائرة اخرى لا تفهمني لا تفهم لي فالعلامة الحلي هنا خلط بين النظم الذهني والنظم الخارجي. فان العدم المعقول ثابت في الدين. من يتكلم عن المعقولية العدم نتكلم عما يحكيه مفهوم العدم هو الذي ينافي الوجود من باب التناقض من باب التنافي التناقضي نعم فان العدم المعقول ثابت في الدين. الكلام ليس في افق الدين سيء شيخنا العزيز نعم فيكون داخلا تحت مطلق الثابت. يعني كيان ذهني مطلق ثابت اكتب كيان ديني كيان ذهني يعني المعقولية فيصدق عليه مطلق الثابت هل يصدق عليه المطلق الثابت? ولا لا يمكن هذا لا يمكن هذا ومنافته للوجود المطلق لا باعتبار صدق مطلق الثبوت عليه ليس بما هو معقول بل من حيث اخذ مقابل له. مقابل له يعني يضاد او يناقضه ولا امتناع في عروض احد المتقابلين للاخر. اين? في النظم الوجودي يا شيخنا العزيز اذا اخذ لا باعتبار التقابل كالكلية والجزئية فانه ما قد يصدق احده على الاخر باعتبار باعتبار مغاير لا باعتبار تقابلهما وهذه فيها دقة نعم فيها دقة شيخنا العزيز العلامة الحلي العزيز اذا كانت فيها دقة خطيرة لا تأتي بها بيداغوجيا في المتن لان تشوش ذهن الطالب هذه في الدراسات العليا. هناك نفكك بين المعقولية والمتينية. يعني المصداق والواقع الخارجي احكام المعقولية غير واحكام الواقع الخارجي وغير الواقع الخارجي الوجود هو ملاك الانسجام. لا ينافي شيئا اما في الملاك المعقولية كل مفهوم ينافي المفهوم الاخر لانه لا تتم المعقولية الا بهذا الا بهذا الفخر رازي كما سيأتي ان شاء الله في بحث الصفات. الاشعرية يقولون بزيادة الصفات على الذات الالهية يأتي بسبع ادلة على زيادة الصفات على الذات. ماذا يقول? يقول نفهم من الذات غير ما نفهم من الحياة نفهم من الذات غير ما نفهم من الارادة نفهم من الذات الذات الإلهية غير ما نفهم من القدرة نفهم من الذات غير ما نفهم من العلم. نفهم نفهم نفهم في اي نصب نظم خارجي ام نظم ذهني الناظم الذهني يعني النظمة المعقولات. هناك تباين. نعم. افهم الذات في غير دائرة الحياة غير دارت العلم هناك تباين تباين في المعقولية ثم هذا التباين في المعقولية يعني احكام النظم الذهني يصبها على الواقع الخارجي فيقول الذات زائدة على الصفات زائدة على الذات يعني يأتي باحكام النظم الذهني يضعها في النظم الخارجي فعلماؤنا اجابوا قال هذا خلط بين المفهوم والمصداقية يعني خلط بين النظم الذهني والنظم المصداقي فالنظم المصداقي صفات الله كلها متساوية وعين الذات وعين بعضها البعض على الخلط على منح ملتفت اليه الا انه جاء بكلام غير صحيح. لماذا? ليس معقولية العدم هي التي تنافي معقولية الوجود ما يحكيه العدم الذي هو خرطي وادعاء ينافي ما هو يحكيه مفهوم الوجود الذي هو متن الوجود والتنافي بينهما من باب التناقض لا يجتمعان ولا يار دافعا انتهى الوقت ان شاء الله في الحصة القادمة امر على هذا البحث مرة ثانية لاني على يقين ان الطالب لم يهضم المسألة لان العلماء قال دقيقة فتحتاج الى مقدمات لكن يجب ان يفهم هذه النقطة ان احكام الذهن النظمة الذهني غير النزم الخارجي وهذه المغالطة في ادبياتنا الحوزوية نقول خلط بين بين المفهوم والمصداق هي لا خلط بين الناظم الذهني والنظم الخارجي يعني انا عندي اشكال فقط في البيان. خلط بين المفهوم والمصداقية خلط بين احكام الدين. النظم الذهني والنظم الخارجي ملتفت اليها لكن هذه افة تمس حتى المحققين حتى المحققين نجد عندهم خلط بين خلطا بين احكام الدين واحكام الواقع الخارجي في الحصة القادمة ان شاء الله امر على هذه المسألة واحاول ان احللها حتى يرتاح الطالب العزيز ثم ندخل في المسألة الحادي عشر في تلازم الشيء او الوجود اعني تساق جميع الحيثيات مع الوجود ليس فقط شيئا. يأتي ان شاء الله. والسلام عليكم ورحمة الله وبركاته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