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الحادية عشر ان الوجود يساوي قو الشيء مسألة فلسفية لها مساس بمسألة عقدية سنحللها ان شاء الله بالتفصيل والمسألة الان انتفت ما فيه من يقول بهذا الهراء فقط مسألة باتت تاريخية الان قبل الدخول في مسألة تسوق الوجود للشيءية نعود الى المسألة ان عاشر هناك العلامة الحلي في شرحه كلام المحقق التونسي في قوله ولا ينافيها اللي هو لا ينافي الوجود هذه المعقولات او الحيثيات في متن الوجود ومتن التحقق غفر اه اشكالا لا يقال العدم امر معقول وبينا معقولية العدم بالوجود. يعني نأتي وبالادعاء نرفع الوجود. العدم هو رفع الوجود الا يمكن ادراك العدم انه لا شيء العدم ليس له معقولية لا شيء سليمة بانتفاء الموضوع اذا كيف نعتبره برفع الوجود? هل الوجود يرفع? مستحيل بالادعاء فقط المستشكل ماذا يقول الأمر؟ العدم امر معقول وقد قضى العقل بمنافاته منافاة العدم لمن? للوجود وانتم تقولون ان الوجود لا ينافي المعقولات. الوجود لا لا ينافي المعقولات التي في مثل الوجود لا ينافي مثلا اذا اخذنا الصفات لا ينافي العلم القدرة الارادة اذا اخذنا المفاهيم الفلسفية الاخرى لا ينافي العلية المعنوية الوحدة التقدم التأخر الإمكان والوجوب وهكذا اما العدم فهو ناقض الوجود ناقض الوجود لا شيء حتى يكون في دائرة الوجود لا ينافيه او ينافيه. سلب بانتفاء الموضوع  الانسان اذا تحرك خطأ حتما النتيجة تكون خطأ جيد الان فهمنا ان مفهوم العدم معقول ببركة الوجود. رفع الوجود اذا لم تقل رفع الوجود لا يتعين هذا المفهوم في افق ذهنك وقد قضى العقل بمنافاة العدم للوجود او منافاة الوجود للعدم كلاهما صحيح فكيف النتيجة يصح قوله قول المحقق التونسي على الاطلاق انه لا ينافيها المعقولات. وجدنا معقولا واحدا ينافي الوجود الضربة الكبرى بقضية واحدة ثم قال على من حله يرد عليه لان نقول نمنع اولا كون العدم المطلق معقولا. العدم المطلق لا يمكن الا ببركة الوجود. يعني عدم المطلق بغض الطرف عن هذا الاعتبار رفع الوجود. لا يعقل. لماذا? لان عدم لا شيء فاين المعقولية المعقولية هي توجه الدين تعين الدين اذا كان في مقابل شيء من الاشياء والعدم الخاص العدم الخاص يعني العدم المضاف عدم البصر عدم السمع لا وحظه من الوجود قلنا هذا في تسامح رفع الوجود وليس حظ الوجود رفع البصر ورفع السمع رفع الوجود. كيف له حظ من الوجود ولهذا افتقر الى موضوع خاص كافتقار الملك اليه ملكة البصر ثم عدم هذه الملكة اين حظر الوجود? رفع الملاكة سلمنا سلمنا ان العدم ادركناه لكن نمنع استحالة عروض الوجود المطلق للعدم المعقول يريد يبين ان حتى هذا المفهوم بفظل الوجود يتحقق الوجود وهو يسري ويحقق الواقعيات وصل الى واقعية. هي الوجود الانساني في مرتبة من مراتب الوجود الانساني هذا الوجود العلمي يعني النفس متلبسة بالعلم طلبنا على مبنى القدماء اصالة الماهية النفس جوهر والعلم يعرض عليها وهو كيف نفساني من مقولة العرظ بل جوهر واقعية والعلم واقعية على النفس ليس في متن النفس لأن الأعراض لا تدخل في متن الجوهر بسطح الجوهر العلم له خصوصية اذا حل في جوهر تأتي اشراقة. هذه الاشراقة ما هي? تنعكس فيه الواقعية في الخارجية مثل المرآة تماما. المرآة واقعية من الواقعيات تسقى تسقل بطريقة رائعة جدا شفافة الى اقصى حد تنعكس فيها الواقعيات الخارجية ترى فيها مثلا شجرة شجرة في المرآة ننظر اليها بلحاظين من زاويتين الزاوية الاولى العاء الانعكاس الخارجي فيها يعني انت ترى الشجرة الواقعية في المرآة الشجرة الواقعية ليست موجودة في المرآة موجودة في افق المرأة تخضع لخصوصيات المرأة هذا لحاض هذه الزاوية زاوية الكاشفية وفي لحاض كذلك لانها في افق المرآة هنا لا تركز على الكاشفية على الايصال الخارجي. ركز على نحو وجودها في المرآة زجاج ام لا تنتمي الى هذه المرآة. هذا بعد وجودي بعد وجودي. فكذلك المعقولات. المعقولات مرة نلاحظها بما هي موصلة الى الواقع الخارجي بما هي اشراق في النفس اشراق في النفس وجود شأن من شؤونات النفس الناس خارجية العلم خارجي فهي هذه الاشراقة خارجية يعني حتى هذا مفهوم العدم كاشراق نفسية وجوده ببركة الوجود هي هو تعين في الدين ثم هذه الاشراقة لها زاوية اخرى لحاظ اخر تحكي كل شيء. تحكي رفع الوجود لا تحكي شيئا كفى يأتي ان شاء الله في المسألة القادمة. لا لا يحكي شيئا. يحكي رفع الوجود. هذه الاضاءة يريد ان يبينها العلامة الحني بعبارة مضغوطة جدا ولا تتضح للطالب العزيز يقول سلمنا سلمنا ان المعقول يقع في مقابل وجود لكن نمنع استحالة عروض الوجود المطلق للعدم المعقول للعدم المعقول بهذا القيد وليس للعدم من العدم لا شيء حتى يعرضه الوجود اجتماع الناقضين تقول عدم وجود مبنى التناقض للوجود لعدم المعقول يعني العدم كاشراقة في دائرة النفس كاشفة فان العدم المعقول ثابت في الدين يعني في افق النفس كاشراقة ما هي وظيفتها? هذه الاشراقة تحكي اللاشيئية فيكون داخلا تحت مطلق الثابت يعني تحت مطلق الوجود فيصدق عليه المطلق الثابت يعني الوجود هذه الحيثيات اذا اذا انت ابصرت التفاح في المرآة فيمكن لك ان تلاحظها لحظين. لحاظ الكاشفية هناك هويتها تنتفي تندك في المكشوف في الواقع الخارجي ولهذا الانسان العرفي اذا ابصر التفاحة في المرآة يبحث عنها في متن الواقع حتى يستهلكها يأكلها لا يذهب الى التفاحة في المرآة زجاج لا يبحث عن التفاحة في الواقع الخارجي. ما هو الذي جعله ودفعه الى البحث عن التفاحة في الخارج? لان هذه التفاحة في المرآة كاشفة موصلة مشيرة مرة لا يلاحظها كمرآة شأن مرآتي تخيل مثلا المرآة فيها لطخة سوداء يا بقعة سوداء فما تعكس الصورة الخارجية تمام الانعكاس. فيأتي بمنشفة وبمادة كيميائية. وينزع هذا السود من المرآة هناك لحاظ ليس لحاظ الانعكاس الكاشفية ولحظ تفاحة في صقع المرآة هناك ليست تفاحة هناك مرآة زجاج فتكن موجودة. موجودة بوجود المرآة فالمعقول عدم المعقول شأنه من شؤونات النفس به يدرك الانسان ان العدم في الواقع مرفوع. مرفوع الوجود غير متحقق نعم سيكون داخلا تحت مطلق الثابت يعني الموجودية فيصدق على عدم المعقول ركز جيدا. مطلق الثابت يعني مطلق التحقق ومنافته يعني هذا العدم المعقول للوجود المطلق لا باعتبار صدق مطلق الثبوت عليه ليس باعتباره في افق النفس اشراقة حاكية. وانما باعتبار المكشوف. المكشوف ما هو? لا شيء عدم يقع في مقابل الوجود من باب التناقض والوجود يطرده من باب التناقض هذه الدقة من العلامة رحمة الله عليه ومنافاة الا عدم المعقول للوجود المطلق لا باعتبار الصدق مطلق الثبوت عليه. ليس باعتباره اشراقة نفسانية من شؤونات النفس. تابع لوجود النفس متحقق بتحقق النفس. لا ابدا</w:t>
      </w:r>
    </w:p>
    <w:p>
      <w:r>
        <w:t>بل من حيث اخذ مقابلا له او من حيث اخذ مقابل له. يعني باعتبار المحكي هذه الاشراقة تشير الى لا شيء غياب الوجود هناك يقع في مقابل الوجود ويخالفه الوجود يطرد عدم مطلقا. مبدأ التناقض يقول ذلك بل من حيث اخذ مقابلا للوجود ولا امتناع ولا امتناع في عروض احد المتقابلين للاخر الى اخذ او اخذ لا باعتبار التقابل كالكلية والجزئية فانهما قد يصدق اهله على الاخر باعتبار باعتبار مغايرة باعتبار تقابلهما وهذه في دقة اذا كان في هذه الدقة العميقة جدا لماذا انت تأتي به في كتاب تدريسي? طبعا هو لم يكتب الكتاب للتدريس شاءت شاء العرف الحوزاوي ان يجعل هذا الكتاب اه منهجي للتدريس اذا الوجود اين يقابل العدم في متن الواقع وهذا التقابل تقابل اعتبار تقابل مجازي يعني ما عندك انت عدم في مقابل الوجود والوجود يدفعه لا اعتبار اعتبار يعني نعتبر ان للعدم الى عدم كيانا بالمجاز بالادعاء بالخرطي بالكذب فالوجود يدفعه فالتقامل من باب التقابل التناقض ليس من باب التقابل اه الكلية والجزئية التقابل من الكلية والجزئية اشياء اخر تقابل الكلية والجزئية اذا قلنا الكلي والجزئي الكلي والجزئي. الكلي ملاك تحققه الجزئي معاني الانسان كلي ملاك تحقق طه لان طه بانسانيته وليس بشخصاته بان ثانيته من اي نوع من التقابل وهذا يأتي في باب التقابل ان شاء الله يقول بالمن حيث اخذ العدم مقابل له مقابل يعني لا يصدق عليه هناك مطلق الثابت وهذا الذي يبين لنا هذا المعيار مبدأ التناقض يعني الوجود لا يجتمع مع العدم لا يجتمعان ولا يرتفعان ولا امتناع في عروظ احد المتقابلين الاخر متى ساعتي ان شاء الله هذا بحثه بالتفصيل في الوجود المطلق اذا اخذ المتقابلين لا باعتبار التقابل كالكلية والجزئية كبار الكلية والجزئية. هناك نوع من من التقابل غير هكداك التقابل لأن الكلية والجزئية الكل لا ينفي الجزء والجزء لا يفي الكل بالعكس اذا تكلمنا بالجزء الكل. الجزء مقوي من الكل والكل قائم بالجزء اذا تكلمنا بالكل والجزئي الكلي يقوم الجزئي والجزئي متقوم اه الكلي هذا نوع تقابل نوع تقابل لكن هذا لا ينفي ذاك اما الوجود والعدم لا بالنفي يعني اذا تعين الوجود وهو المتعين لا يكون هناك العدو لا يكون في دائرته بالمجاز بالادعاء وبالخرطي اذا تعين العدم لا يكون هناك الوجود وهذا هو المعيار مبدأ التناقض مبنى التناقض معيار ذهني ينتمي الى البنية الذهنية لماذا حتى نفهم الوجود اذا ما كانت عندنا هذه البنية الذهنية لا نؤمن بالوجود يجتمع مع العدم حينها نسق الكون نظم الكون تناغم الكون كله يتلاشى كله ينتفي فانهما قد يصدق يعني المتقابلين قد يصدق احدهما احد المتقابلين على الاخرة بعين الاعتبار باعتبار مغاير لا باعتبار تقابل بها بالاعتبار التقابل لا يمكن الوجود يرفع العلم والعدم يرفع الوجود. وهذا فيه دقة لكن انا اقول لك العدم ينافي الوجود مطلقا والوجود ينافي لعدم مطلقا في اي مرتبة من مراتب الوجود وما تفضل به العلامة الحلي قديس سره ان مفهوم العدم يصدق عليه الوجود ذاك مفهوم العدم. وليس العدم خلط بين البنية الذهنية والبنية الخارجية. المفاهيم شؤونات النفس وجودات وليست اعدام تحكي ما هو في نفس الامر هذي فقط اردت ان اعمقها وهي مسألة دقيقة جدا تدرس في تدرس في الفلسفة نأتي الان الى المسألة الحادية عشر في تسوق الوجود والشيئين ما معنى التسوق? وما معنى التساوي مسألة يجب ان ان نظيئها التساوي يعني عندنا مفهوما لهما مصداق واحد. يعني يتواجدان ايه مصداق واحد الآن خذ هذا المصداق طه طه انسان في انسانية وفي حيوانية يعني الطه بوصفه انسانا فهو حيوان فإذا فيه معنى الانسان وفيه معنى الحيوان هل هناك تسوق لا يقولون تساوي تساوي باقي القاعدة ما هي كل المفاهيم متباينة بتمام الذات هنا البحث في الواقع الخارجي الواقع الخارجي يعني اينما يكون الانسان في طه في ليلة في خالد في علي في بلال تكون معه الحيوية لماذا الانسان حيوان ناطق? اذا حضر الانسان حضرت الحيوانية لكن هل هناك تساوي لا? لان الناطق الانسان يتميز بالناطقية يرقى بالناطقية يفوق الناطقية. اذا دائرة الحيوانية في طه اضيق من دائرة الانسان لان الانسان يفوق تلك الدائرة بالمنطقية بالناطقية. هذا يسمى التساوي. يعني التساوي مفهومان له مصداق واحد لكن حيثية الصدر قد تختلف كيفية صدق الحيوان على طه في هذا البعد. جسم نام حساس متحرك بالإرادة متحرك بالإرادة انتهى. هذا هو مساحة صدقه اما اذا جيت الى الانسان يصدق على هذه المساحة الطويلة والعريضة اسم النام حساس متحرك بارادة ناطقون فالدائرة واسعة. اذا حيثية ليست وحيدة هذا التساوي مفهومان لهما مصداق واحد حيثية الصدق تختلف التسوق له مفهومان لهما مصداق واحد حتى حيثية الصدق واحدة يعني كيف? خذ مثلا المفهوم الوجود والوحدة مفهومة مفهوم الوجود الشرعي التحقق الوحدة يشير الى مدى عدم التكثر جيد. ما هي المساحة التي يطويها مفهوم الوجود في مسحه لهذا المصداق مصداق الوجود مثلا للانسان طه او الشجر الوجود كله هذا المصداق لان ما في هناك عدم يوقف الوجود الوجود كل المصداق مصداق طه مصداق الشجر مصداق الماء والوحدة في هذا المصداق تسحب كل المصداق كذلك تمسح كل المصداق تقول لماذا? اذا اذا الوحدة ما مسحت طه في بعد من ابعاده يكون كثيرا طه يكون كثيرا مشكلة بالنسبة الى زوجته مشكلة بالنسبة لزوجته يأتي من الدرس او من العمل طه خمسين شخص اذا الوحدة مسحت كل المصداق غطت كل المصداق والوجود غطى كل المصداق هذه هي حيثية حيثية الصدق واحدة هذا هو التساؤق يا ذا البحث يريد ان يبين المسألة علميا ثم يرد على من يقول فيه واسطة بين الوجود والعلم. يعني العدم له شيئين اذا الشيئات تسابق الوجود. ما معنى كل ما كان ممسوحا بالتحقق يعني صدق عليه التحقق يصدق عليه انه شيئا كل ما صادق عليه مسحته الشئية يمسحه الوجود اذا ما عندنا شيئية ليست وجودا كما يدعي المعتزلة لبيان معضلة عقدية عاشوها هم لظعف عقولهم ولظعف نسقهم المعرفي هذا هو التسوق ثم نأتي الى رد الاشكال المسألة الحادي عشر قال ويساوق الوجود الشيئية واضح الان? اذا عندنا كم مفهوم? مفهومان مفهوم الوجود ومفهوم الشئية نأتي الى المصداق لان التساوق بلحاض المصداق الواقع الخارجي الوجود يطال كل المصداق والشيءية تطال كل المصداق الشيقية تطال كل المصداقيات الوجود يطال كل المصداق اذا ما عندنا شيئا تسابقه العدم فلا تحققوا بدونه ولا تحقق بدونه يعني بدون الوجود لا معنى للشيء يعني والمنازع يعني من يخالف هذا المبنى مكابر مقتضى عقله نعم حقيقة حقيقة كثير من الناس مع الأسف الشديد لا يلتزمون بمقتضيات العقل. ما هو السبب امير المؤمنين عليه السلام يقول كم من عقل اسير تحت هوى امير لهوى مذهبي لهوى</w:t>
      </w:r>
    </w:p>
    <w:p>
      <w:r>
        <w:t>مبنى عليها ومدرسي لهوى شخصي لهوى مرجعي عنده عالم بحبه كثير ويتعصب لهذا العالم فيذوب فيه كل ما يقول هذا العالم او هذا الشخص هو يقول به امراض متعددة امراض متعددة هلاك الانسانية في ابتعادها عن العقل لانه اذا عاشت العقل قبلت المعايير الالهية والدين الصحيح يقبل حينها هذا كلام من? للمحقق الطوسي وبينا التساوي ما معناه وبينا التسابق ما معناه كل المفاهيم الفلسفية خذها قاعدة كل المفاهيم الفلسفية متساوية كل المفاهيم الفلسفية متسوقة اذا طبقت هذا هذا المبنى او هذه القاعدة على صفات الله تعالى صفات الله كلها متساوية. يعني عندك مفهوم الحياة ومفهوم العلم مفهوم الحياة يمسح كل الذات الالهية. لا تجد زاوية من الذات الالهية ليست عارمة. مستحيل وكذلك الحياة تمسح كل الذات الالهية. لا تجد زاوية من الذات الالهية ليست حية. مستحيل خذها قاعدة كل المفاهيم الثانية الفلسفية مفاهيم متساوية متساوية يعني لها وحدة المصداق وزيادة على ذلك ووحدة حيثية الصدق يعني دائرة واحدة في مسح المصداقي العلامة الحلي يقول اختلف الناس في هذا المقام طبعا هذه المسألة دخلت الى حيز التاريخ الآن لا قيمة لها علمية الا ان هذه المسائل الطالب يدرسها حتى اه عقله ينضج وينظر الى الامور من زوايا متعددة قد ترد عليه اشكالية عصرية لها تشابه مع هذه الاشكالات وكثير من الاشكالات العصرية اثارها القدماء ونسيت واحيت من جديد اختلف الناس في هذا المقام يعني تساق الوجود والشيء فالمحققون كافة كيف الحال? من الحكماء والمتكلمين من بيانيين من الحكماء والمتكلمين اتفقوا على مساوقة الوجود الشيئية مساواة اتفقوا على مساوقة الوجود الشيئية تلازمهما نعم يعني عدم الانفكاك اذا كان التسوق بالضرورة يكون التلازم حتى ان كل شيء على الاطلاق فهو موجود على الاطلاق وكل ما ليس بموجود فهو منتف وليس بشيء على الاطلاق ولا تطبق عكس النقيض الموافق ان شاء الله انا احاول في كل زاوية من زوايا المتن والشرح وبين التطبيقات المنطقية لانها مهمة بالنسبة الى الطالب مع الاسف الشديد هذا العلم الجليل بدأ الان ينسى هذا علم المنطق مع الاسف يقول انظر يقول ان كل شيء على الاطلاق فهو موجود. شيء موجود. عكس النقيض الموافق اه اه لا موجود يعني لا شيء وبالجملة لم يثبتوا للمعدوم ذاتا متحققة الى المجنون يعطي للعدم ذات متحققة ما معنى هذا? العدم متحقق يعني انتفاء العدم هوية لا هوية مبدأ الهوية ينتفي. لان مبدأ التناقض في البنية العقلية حامل مبدأ الهوية مبدأ التناقض حاولي حامل مبدأ الهوية كل ما يظرب مبدأ الهوية هو يقول لا يقول مستحيل عدم هويته العدم يعني مرفوع الوجود ثابت يعني ليس مرفوع الوجود اذن هويته انتفت بمجرد ان تقول ثابت هوية العدم انتفت اذا العدم عدم هذا غير معقول. وبالتالي لا يكون له ثبوت مطلقا لا يكون له وجود مطلقا نعم وبالجملة يعني بنحو القضية الكلية وبالجملة لم يثبتوا للمعدوم ذات متحققة. متحققة معدوم متحقق اجتماعا النقيضين. يعني كل البنية الوجودية تنتفي فالمعدوم الخارجي لا ذات له في الخارج. فالمعدوم الخارجي فرضا والا العلامة الحلي هنا عندو خالط وخالط بياني فالمعدوم الخارجي لا ذات له في الخارج. قل فالمعدوم الخارجي مفترض لا ذات له في الخارج والذهني لا ذات له ذهنيا ما عندنا العدل في اي مرتبة من مراتب الوجود لا في الخارج ولا في الدين قد تقول في الدين عندنا مفهوم العدم مفهوم العدم شيء اخر مفهوم العدم يحكي العدم وليس عدما نعم وقال جماعة المنت المتكلمين قال جماعة ليس كل المتكلمين هنا الشيخ حسن زادة اموري حفظه الله يقول آآ الحسين البصري من منظري المعتزلة وآآ ابو الهزيل العلاف من كبار المعتزلة والكعبة منهم كذلك لا يقولون بهذا المقال يؤمنون بتساؤق الوجود للشيءية وان العدم لا كيان له ولهذا قال جماعة وقال جماعة من المتكلمين ان للمعدوم الخارجي ذاتا ثابتة في الاعيان متحققة في نفسها. لا هي ذهنية ليست ذهنية لا غير كيف يعني العدم له تحقق? يعني فاهمين المسألة وهؤلاء يكابرون في الضرورة. ضرورة يعني مبدأ الهوية مبدأ الهوية ومبدأ الترابط فان العقل قاض قادم يشير الى البنية العقلية هذا ليس العقل الجزئي عقلي وعقلك هذا العقل المعياري حكمة الله طبيعية فان العقل قاض بانه لا واسط بين الوجود والمعدوم وهذا هو مبدأ التناقض فان الثبوت هو الوجود. الثبوت هو الوجود. تحقق اذن مبدأ مبدأ التناقض ليس قضية انظر ما وراء القضية يصحح المعرفة صحيح المعرفة نعم قال وكيف تحقق بدونه  ايه وكيف تحقق بدونه مع اثبات القدرة وانتفاء الاتصاف يأتي ان شاء الله في 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