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كنا معكم في تسوق الوجود والشيءية بمعنى ان الوجود والشيءية والشيءية هي الوجود ولا واسطة بين الوجود العدم حتى يكون هناك كيان هو شيء لا يصدق عليه الوجود ولا يصدق عليه العدم ووصل الماثل رحمه الله الى هذه العبارة قال وكيف تتحقق بدونه بدون الوجود مع اثبات القدرة وانتفاء الاتصال بعض المحققين شكك في كون هذا الكتاب للمحقق الطوسي ما عنده خبرة بالمتون ولا بالمباني من يقول هذا الكلام? هذه العبارات بهذا الدقة وهذا الظغط لا يتأتى الا من عقل كعقل المحقق الطوسي قدس سره والعلامة الحلي درس عنده. يعني العلامة الحلي لا يعرف ان هذا الكتاب لاستاذه معقول يعقل هذا ويأتي ويشرح هذا الكتاب بهذا الشرح العميق ولا يعرفنا اهل الكتاب لأستاذه لعل هذه كانت من فيوضات المحققة التونسي في الدروس ثم هو سجلها كمتن ثم العلامة الحلي رأى المتن مغلقا عميقا فعمد الى شرح وكيف تتحقق هذه الماهيات بدون الوجود مع اثبات القدرة. القدرة لمن? للخالق. والانتفاع الاتصاف لان الله تعالى لا يوجد الحيثيات. هذه امور مغلقة فلنقرأ لشرح العلامة ونشرح كل جزئية من شرح العلامة اقول لما استبعد المحقق الطوسي مقالة هؤلاء المعتزلة. هؤلاء القوم يعني المعتزلة ونسبهم الى الجهل لان مبدأ التناقض يؤمنون بمبدأ التناقض شرع في الاستدلال على بطلان قولهم بين ان شيئا تسابق الوجود وما عندنا شيء يخرج عن دائرة الوجود سموه العدم الازلي يسموه ما شاؤوا ما يشاؤون شرع في الاستدلال على بطلان قولهم اثبت الحق ثم يبطل هذه الخزعبلات صدقوني لا تحتاج الى ابطال لانها خلاف البنية العقلية. كيف يكون بالعدم ثبوت واعلم ان هؤلاء يذهبون الى ان القدرة يعني قدرات الله تعالى لا تأثير لها في الذوات انفسها بانفسها خذ الماهية ماهية الإنسان لا تقتضي الوجود ولا تقتضي العدم والله تعالى لا يعطي الهويات هذه كذلك مسألة بنيوية وابن سينا اشار اليها بعبارة جميلة ان الله تعالى لا يجعل المشمش مشمشة. بل يوجد مشمشة. كيف نخرج عن المتن قليلا. والله تعالى عنده هندسة مطلقة للاشياء هذه الهندسة يسميها ابن سينا وجودات علمية مثل الشاعر الشاعر عنده كمال ادبي اول ما يتجلى هذا الكمال الادبي في افق خياله. ينشئ قصيدة ويهندسها بجميع مقتضياتها النحوية والصرفية والبلاغية وفقه اللغة والجماليات اين يهندس ليس حين الانشاء الكلامي حين الفعل الكلامي لا في افق ذهنه هناك القصيدة تسمى وجودات علمية قصيدة علمية عندها وجود علمي في قلب الشاعرة في ذهن الشاعرة. جميل ثم تنتقل هذه الصورة الخيالية بشكل فعل كلامي نطق في علك فعل كلامي فيسمعها الناس ويلتذون بجمالها والله تعالى كذلك وخلق الانسان بهذه الكيفية وهو كذلك منى تكتشف ان الانسان الإنسان من صمخ الربوبية مخلوق يختلف عن جميع المخلوقات فالله تعالى يهندس الاشياء بوجودات علمية قبل الخلق هذا يسمى القضاء والقدر العلمية ثم يخلق يعطيها الوجود لا يعطي الماهية لا يجعل المشمش مشمشة جعل المشمشة مشمشة يعني انت اذا جعلت المشمشة مشمشة في الرتبة السابقة لم يكن مشمشة مع انها قلت مشمش الهويات في دائرة الهوية لا معنى للخلق. الخلق متى? الخلق اذا جاء الوجود يدخل هذه الهوية او هذه الماهية الى متن الواقع تبرز منها الاثار اذن الله تعالى لا يجعل المشمش مشمشا يجعل المشمشة موجودا. لماذا? لان الدائرة الهوية الانسان انسان الماء ماء هناك لا تتجلى عملية الخلق لماذا لان اذا اعطى الانسانية للانسان هذا الإنسان ما هو حكمه قبل اعطاء الانسانية? انت قلت انسان لا معنى لعملية الخلق في في دائرة مبدأ الهوية. عملية الخلق دائما في مبدأ جوهري. يعني تأتي اه حيثية الوجود وتحقق المهيئة كيف تتحقق المهية بالوجود? هذا بحث له علاقة باصالة الوجود واصالة الماهية لا نفيض فيه هنا يذهبون الى ان القدرة لا تأثير لها في الذوات انفسها لانها ثابتة في العدم الفيلسوف لا يقول الثابتة يقول لا تقتضي لا الوجود ولا العدم. ما يعطيها شيء هوما عطاوها الثبات عطاوها الثبات اذا عطاوها الثبات يعني ثابتة فإيجادها من باب تحصيل الحاصل. اذا القدرة لا تتعلق بالمهي الثابتة نعم مستغنيا عن المؤثر في جعلها ذواتا نعم لان انت بنيت ايها المعتزلي ان الماهية ثابتة في العذاب. ثابتة في العدم. انظروا هذا الخرافة مستغنية عن المؤثر لانها ثابتة تحسن للحاصر في جعلها ذوات جيد ما رأيك يفيض عليه الوجود كما يقول الفلاسفة كما يقول ابن سينا الله تعالى لا يجعل المشمش مشمشة. ليس لان المشمشة اه ثابت في العدم كما يقول المعتزلة ابدا. لان هويته لا تقتضي الوجود ولا تقتضي العدم فالله تعالى لا يعطينا هويته يحقق الهوية لا يجعل المشمش مشمشة يحقق المشمشة. يوجد المشمش جيد على مبناكم المائية ثابتة في العدم والثابت تحسين الحاصل لا يحتاج الى مؤثر لانه ثابت اذا القدرة هناك عاجزة. القدرة هناك لا تتعلق بالمالية الثابتة في دائرة العدم. وهذه خرافة سلم لي والوجود يعطيها الوجود. يقول الوجود حيثيات والحيثيات انتزاعيات والانتزاعيات لا تجعل الاعتباريات لا تجعل لماذا لا هويتها لها يقول ولا في الوجود لان الوجود عندهم حال. حال يعني انتزاعي يعني ايه اعتباري اعتباري نعم نحن نوافق ان الحيثيات كلها اعتبارية مفهوم الوجود يحكي حيثية اعتبارية اما الكلام ليس في الحيثيات الكلام في متن الوجود فرق بين الوجود وحيثية طاردية العدم الله تعالى يعطي متن الوجود ما يعطي هذه الحيثية التي هي ليست لها اهلية ان تنوجد فهنا هذا الدين المعتزلي اصاب بعض بعض المسائل اللي هي حق الا ان النسق خرب والطريقة التفكير خطب خطأ فهذه الاظاءات الجميلة تختفي وتنتفي ولا في الوجود لان الله تعالى لا يفيض الوجود. فالقدرة بعد لا تفعل وانتم تؤمنون بان الله تعالى قادرون بالقدرة المطلقة ولا في الوجود لانه عندهم لان الوجود عندهم عند المعتزلة هذا الفريق هذه الجماعة حال حال يعني حيثية يعني امر ايه هنا يجب ان نقف على هذه المسألة لانها حساسة وانا عندي يقين ان الطالب الان ذهنه مشوش كيف وجود حيثية او هو متن الواقع دقق جيدا انا اقرب لك المسألة بالمثال عندك الذات المقدسة الله تعالى ايوة قادر مريد محب وآآ عالم صفات معروفة صفات الذات الان نأتي الى الواقع الخارجي عندك انت صورتان لهذا الواقع الغريب عندك الذات الإلهية متن متن واقعية من الواقعية والحياة كذلك متنوع والعلم متن متن يعني واقعية والارادة واقعية والقدرة واقعية. كم صارت الواقعية الالهية? واقعيات متعددة اذا كيف تحل هذه المشكلة? يجب ان تدخل كل هذه الصفات في الذات هذه عينية الصفات في الذات تدخلها ما معنى؟ تقول شيخنا ليست كيانات ليست</w:t>
      </w:r>
    </w:p>
    <w:p>
      <w:r>
        <w:t>متونا هذه الذات بنحو الذات بنحو هذه الذات بنحو ننتزع مفهوم الحياة. مفهوم العلم مفهوم القدرة تأتي الحكاية تحكي متونا ام تحكي الشؤونات؟ تقول تحكي شؤون. شؤونات هذا مع الاعتبار هذا هو معنى اعتباري هذا معنى انتزاعي هذا معنى اذا كون الله تعالى طاردا لعدمه. له حيثية الوجود. يعني عندك انت الذات الهية والوجود بجنبها ام لا تقول الوجود شأن من شؤوناتها حينما تكون متحققة او في حالة تحققها اذا الوجود ليس متنا زائدا وانما يشير الى حيثية التحقق. اما الوجود المتن الالهي ذاك وجود غير. ذاك وجود غير. ومتى اتضحت هذه المسائل؟ ليست في عصر المحقق التونسي ولا في عصر العلام العلي في عصر ملا صدر نعم ولا في في الوجود يعني لا يفرظ عليها الوجود لانه عدم حال يعني انتزاع والحال يعني الانتزاع والحيثية غير مقدور عليه من باب السلامة بانتفاء الموضوع. ليس ان الله عاجز وانما الحيثية لا تقبل الايجاد انا اقول للفنان دقق جيدا هذه المسألة حتى تفهم بمثال المثال يقرب من جهة فنان كبير رسام كبير تقول له اريد ان ترسم لي الجلوس آآ يقول انا مستحيل انا ارسمك جالسا اما الجلوس كيف ارسمه ما هو السر? لان الجوجس ليس له متنية مستقلة ثم ياتي الفنان ويجسده في ايه في صورة فنية لا يمكن الجلوس حيثية للجالس شأن الجالس هذه الشأنية تسمى اعتبار ما معنى اعتبار? يعني الدين يجب ان يصلح اصنع لها كيانا اعتباريا حتى يفهمها في دائرتها هذا الصنع الكياني نسمى ايه اعتبار والا انت ما عندك الا ذات الجالسة. ما عندك ذات من هنا والجلوس من هنا. ابدا وبالتالي الله تعالى يريد ان يصنع الجلوس متنا مستقلا. يمكن او لا يمكن لا يمكن لا يمكن لان القدرة لا تتعلق بهذا الامر ليس ان الله عاجز لا لا ليس من باب العجز الجلوس شأن للجالس وليس له متن مستقل تتعلق به القدرة وهكذا جميع الحيثيات التي يتصل بها الموجود. وقد ثبت في نفس الامر يعني في الواقع ان اتصاف الماهية ما يعني شجر بقر ما ذهب بالصفة غير ثابت في الاعيان بل هو امر اعتباري. كلام جدا فخر من العلم الحل  انظر وقد ثبت في نفس الامر يعني في واقع الاشياء في واقع الاشياء. ان اتصاف المهيا بالصفة غير ثابت في العياء. اكتب تحتها ان الصفة ليست متنا مستقلا في مقابل ما هي كما بينت الان في جلوسي انا تفاحة حمراء صفر عندك الإحمرار متن ومستقل والتفاحة متن مستقل ام التفاح بنحو صارت حمراء عندك نتا الآن كرة كرة مادة مادة برونز او نحاس او ذهب في شكل كرة. هل الكروية التي يدرسها الرياضي والهندسي متن في مقابل هذا النحاس مستقل ام لا شأن لهذا النحاس? شأن لهذا النحاس كيف يتشائم بها مسألة اخرى يخضع لقانون هندسي اما ما عندك انت الكروية مستقلة كشكل هندسي في مقابل البرونز او النحاس او الحديد او او مستحيل اذا الصفة ليس لها ثبوت واقعي وانما هي ذات المتشائمة بها يقول وقد ثبت في نفس الامر ان اتصاف الماهية بالصفة. مهما كانت هذه الصفة غير ثابت في الاعيان. بل هو امر اعتباري هذا الذي بيناه هذا الذي بيناه الحيثيات كلها امور اعتبارية بمعنى نعتبر لها كيانا مستقلا خرطيا اذا صح هذا الكلمة هذه ثم لنتعقلها حتى نعقلها وندرسها في بعدها هل هي منفصلة متنا حقيقة ابدا ابدا ابدا انظر هذا الكتاب الان امامك. هذا الكتاب الان عنده شكل هندسي ام لا بشكل هندسي. الكتاب هنا دعك من الفهم العرفي الكتاب لا هذا الجسم عندو شك مستطيل هل هذا الشكل المستطيل مستقل عن هذا الجسم? ابدا وانما هو شأن من شؤونات الجسم. نأتي ونستخرج هذا الشكل المستطيل نخرجه بالإدعاء لا واقعية له في هذا الإخراج. نخرجه بالإدعاء يعني نعتبر له واقعية كيانا حقيقة لا مجازا. لماذا؟ حتى ندرس الإستطالة بمعزل عن هذا الجسم  وها نادرس احكام هذه الاستطالة هذا هو معنى الاعتبار نعم لكن الاستطالة هي موجودة في متن الكتاب يعني شأن من شؤونات الكتاب بل هو امر الاعتبار وضحناه والا لزم التسلسل لازم التسلسل هادي من شيخ الاشراق هذي قاعدة ابتكرها شيخ الاشراق يقول الحيثيات اذا استقلت متنا تسلسلت. والحق معه تخيل الان انت الان خذ وجود التفاحة بجنبك امامك تفاحة واحدة ام كثيرة? لا واحدة خرج الوحدة وعطيها المتنية فعندك كم؟ عندك التفاحة وعندك الوحلة واذا عمقنا الاعتبار هذه الوحدة كيانه واحدة ام كثيرة? تقول واحدة. فهذه الوحدة الثانية تنفك وهل تصير متن مستقلا ووحدتها تنفك وتصير مثل مستقل نقف او لا نقف لا نقف تسلسل هنا شيخ الاشراق اسس لقاعدة ذهبية. يقول الحيثيات الحيثيات التي تحكيها المفاهيم الفلسفية اذا تحققت تسلسلت فاذا قال المعقولات الفلسفية اذا تحققت تسلسلت لا يقصد المعقولات بما هي معقولات يقصد ما تحكيه المعقولات من حيثيات اذا تمكنت اذا صح التعبير تمكنت صارت واقعية متن الواقعية تسلسلت واضحة جدا واضحة جدا هذا الخاتم واحد واحد ام كثير? لا واحد خرج الوحدة وعطيها متنية صارت هنا متنا بمقابل الخاتم الوحدة فقط اه خصوصيات اخرى ننساها الوحدة خرجناه هذه الوحدة كثيرة ام واحدة? تقول لي واحدة? الواحدة تخرج المتن الثالث واحد ام كثير? تقول واحد الوحدة تخرج وتتسلسل الى ما لا نهاية. والتسلسل باطنه فالوحدة لا تتعين مطلقا فالخاتم لا يكون واحدا مطلقا والا لزم التسلسل هذا هو. خذها قاعدة. الحيثيات اذا تمكنت صارت متن وواقعية مستقلة عمن يتشأن بها فهي تتسلسل لان ذلك الاتصاف يبين التسلسل. لان ذلك الاتصاف اتصاف الخاتم بالوحدة مثلا لو كان ثابتا لو كان ثابتا يعني استقل بمتنية لوحده لكان مشاركا لغيره من الموجودات صار موجودا من الموجودات في الثبوت يعني متحقق ثابت ومتميزا عنها بخصوصية هي الوحدة مثلا او التحقق او او وما به الاشتراك مغاير لما به الامتياز. يمتاز عنه بكيان يعني الخاتم واحد ثم الوحدة لها كيان واحد الثاني له كيان واحد. نعم يشتركون في الكينونة ويختلفون في المرتبة وما به الاشتراك من مغاير لما به الامتياز فيكون اتصاف ذلك الاتصاف بالثبوت امرا زائدا عليه ويلزم التسلسل فيكون اتصاف ذلك الاتصاف. يعني الوحدة صفة لمن? للخاتم اعزلها متلا تتصف كذلك بالوحدة وحدتها عزاها متلا تتسلسل تتصل بالوحدة وهكذا لا نقف. كلها واحدة ومتميزة. ما بين الاشتراك وما به التميز. ما بين الاشتراكية الوحدة. ما بين التميز والكينونة المستقلة اذا ثبت هذا يعني بعدما بين العلمان حل لهذا الأمر مستوحى من كلام المحقق يقول اذا ثبت هذا فاعلم ان المصنف رحمه الله تسلم مذهبه جيد سلمنا سلمنا ان شيئية لها ثبوت في العدم وما ثبت في الأمر وألزمهم المحال وما ثبت في نفس الامر. يعني</w:t>
      </w:r>
    </w:p>
    <w:p>
      <w:r>
        <w:t>سلم مذهبهم وسلم ما ثبت في نص الأمر من شيئية موجودة في العالم. والزمهم المحال. الزمهم المحال يعني اوصلهم الى مبدأ التناقض قلنا اذا وصلت القضية الى مبدأ التناقض وتحقق فيها الوجود في متن العدم والعدم في متن الوجود المدعى زائف باطن وتقريره. ان الماهيات لو كانت ثابتة في العدم لاستغنت الممكنات في وجودها عن المؤثر لماذا? لان الثابت اعطاه الثبوت. تحصين الليل حاصل. ثابتة في العالم. يعني لها كينونة ثابتة فتأتي العلة تعطيها ماذا? تعطيها الثبوت ثبوت موجود على مستوى الباهية. فتنتفي عملية الخلق مطلقا فالقدرة لا تفعل. ولهذا قال مع اثبات القدرة انتم تثبتون القدرة. والقدرة لا تثبتها صفة هكذا في الفراغ. لا قدرة فاعلة تخلق. تخ توجد الموجودات وهنا الموجودات لا تنوجد لماذا? لانها ثابتة واعطاء الثبوت والتحقق والوجود للماية الثابتة تحصين للحاصل. وهذا هو المحال نعم ان الماهيات لو كانت ثابتة في العدم لاستغنت الممكنات في وجودها على المؤثر يعني الخالق فالمؤثر لا يفعل قدرته فالقدرة السير لا فاعلة فانتفت القدرة اصلا ورأسا والتالي باطل انتم تؤمنون بالقدرة القدرة نعم انتفاء القدرة باطن. اذا ثبوت المهيات في العدم باطلون نعم فالمقدم مثله بيان الشرقية. اذا بطل المقدم بطل بطلت التالي بطل المقدم. يعني قدرة ثابتة لا تنتفي انتفى المقدمة والمقدم ثبوت الماهيات في العالم الشرطية قلت لكم دائما ضحوا هذه في اه دينكم ومسألة بنيوية تتصل بالمنطق في القياس الاستثنائي عندنا بنية تكوينية وعندنا بنية معرفية. البنية التكوينية ما معناه? يعني اذا لم تتكون مكونات القياس القياس لا ينعقد ما هي مكوناته? شرطية واستثناء شرطية واستثناء. الشرطية قد تكون اتصالية قد تكون انفصالية الاستثناء قد نبطل التالي قد نثبت المقدم هذه البنية التكوينية. شرطية و اه استثناء البنية المعرفية لا تختلف. البنية المعرفية. بيان الملازمة بين المقدم والتالي وبإبطال التالي او ثبوت المقدم هذه البنية المعرفية هنا يشير الى البنية المعرفية. ماذا يقول? فالمقدم باطن بطلنا ان القدرة ثابتة ليست ليست منتفية اه بقي ماذا? الركن الثاني المعرفي بيان الشرطية يعني بيان الملازمة بين المقدم والتالي. ان القدرة حينئذ لا تأثير لها في الذوات. لان الذوات ثابتة اعطاها اعطاءها الوجود والثبوت تحصيل الليل الحاصل ولا في الوجود على مذهبهم لان الوجود حيثية هي اعتبارية والاعتبار لا يتعلق به الوجود كما بيناها. الله تعالى لا يوجد الجلوس لوحده. لان الجلوس حيثية اعتبارية ولا في اتصاف الماهية بالوجود على ما ثبت في نفس الامر نعم لان الماهية تتصف بالوجود يعني عندك ماهية كيان وعندك الوجود كيان هذا غير معقول لأنه المعتزلين لا يفهم ما معنى الحلية البسيطة قلت لكم الهدية البسيطة ما هو مجلولها? الانسان وجود ليس ثبوت الوجود للانسان. وانما ثبوت الانسان لاشكال بنيوي نعم ولا في اتصاف الماهية بالوجود على مثبات في نفس الامر. وذلك يستلزم نفي التأثير اصلا. يعني الله تعالى لا يعطي الماهية. لماذا ينال ما هي ثابتة في العالم متصفة بالثبوت فلا معنى ان يعطيها الثبوت تحصيل للحاصل ولا يعطي الوجود لوحده لان الوجود اعتباري حيثية ما معنى الانسان موجود? يعني الانسان متشائم بالتحقق الله يعطي الإنسان يعطيه الوجود ما يعطي الشأنية الشأنية هادي لا لا هوية لها ولا يعطي الاتصاف لماذا? لان الماهية كيان والوجود كيان فيلزم التسلسل نعم ولا في اتصاف الماهية بالوجود على ما ثبت في نص الأمر وذلك يستلزم نفي التأثير اصلا ارجع الى المثل وكيف تتحقق بدون الوجود مع اثبات القدرة انتم تؤمنون بالقدرة نعم وذلك يستلزم نفي التأثير يعني نفي الخالقية وبالتالي النفي ملاك الخالقية والتي هي القدرة. اصلا واما بطلان التالي فبالاتفاق يعني الله تعالى قادرون بالقدرة المطلقة بيننا وبين المعتزلة اتفاق واما بطلان التالي يعني كون الله تعالى قادرا هادي مسلم نعم والبرهان دل عليه على ما يأتي سيأتي ان شاء الله ان نثبت في الالهات بالمعنى الالهات بمعنى الاخص القدرة الالهية فلهذا استبعد المصنف رحمه الله هذه المقالة مع اثبات القدرة المؤثرة لهذا قال وكيف تغرب كيف? كيف انتم تؤمنون بالقدرة وتقولون بالمهي الثابتة يعني اذا كانت الماهية ثابتة في العذاب ثبوت ثبوت ثبوت يعني التحقق فكيف تعطيها القدرة الثبوت تحسينه للحصر? فالقدرة هذه تكون لا معنى لها. فلهذا استبعد المصنف بكلمته كيف كيف نعم اه هذه المقالة من المعتزلة مع اثبات القدرة المؤثرة انتم تؤمنون بالقدرة ايها المعتزلة ثم اذا جئنا الى الخلق لا يمكن لعملية الخلق ان تتعين. لماذا? لانكم بنيتم على ان الماهية ثابتة تبت عن التحقق فكيف يعطيها التحقق من باب تحصيل الحصر والقول بكون الاتصاف امرا ذهنيا اذا انتم بنيتم على ان الاتصاف امر اعتباري والاعتباري لا ينوجد ليس له الشأن ان ينوجد وانه منتفي في الخارج ونتا فيكامات وليس منتفيا كحي فيها انا الان جالس حقيقة لكن الجلوس ليس متنا منتفي متنا يعني كحقيقة قلة هذه المطالب ستتعمق كثيرا مع المسائل التي تأتي عندي تجربة في التدريس اكثر من خمسة وعشرين سنة في في درس هذه الامور العقائد وفلسفة والعرفان والمنطق عندي تجربة مع الطلاب الطالب في بداية المادة سواء كانت مادة اصولية او مادة تفسيرية او عقدية او فلسفية او عرفانية او منطقية عقله مغلق لا يستوعب جميع حيثيات الدرس. السر ما هو? لانه فاقد للحمولة المفاهيمية فاقد للخلفية المفاهيمية بقول الحدثيين الهرمونيتيكيين لم تتكون عنده آآ لم يتكون عنده الموقف التأويلي الى اكمل الكتاب تشكل ذهنه بمجموعة من المفاهيم متناسقة. طبعا اذا كان من اهل المباحثة والمثابرة والمطالعة والمداقة يتشكل موقفه التأويلي يراجع الكتاب من اوله لاخره فهمه يتغير جوهريا هذا الذي يؤهل للتدريس وللشرح والى الكتابة اذا اصبر الان ذهنك الان يتكون يشكل موقفه التأويلي هذه الخلفيات المفاهيمية كلها تستقر في ذهنك الشريف متناسقة متناغمة حينها اذا رجعت الى هذا المطلب بعد تمام الكتاب يتضح لك بطريقة عجيبة فانت يجب ان تصبر معنا. قال وانحسار الوجود مع عدم التعقل الزائد يأتي ان شاء الله واللهم صل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