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المعتزلة والقول بالحال يقول المحقق التونسي في ردي على المعتزلة في هذه المسألة  وانحسار الموجود مع عدم تعقل الزائد المعتزلة كان عندهم معظم اه عقدية وهي تفسير العلم الالهي فالله تعالى يعلم الممكنات التي ستأتي في الزمن ينظر الله تعالى يخلق مع الزمن فعندنا ممكنات تدخل الوجود قبل دخول هذه الممكنات الى الوجود الله يعلم بها قطعا وحتما اذا المتعلق اذا لم يكن موجودا ولم يكن معدوما لان الموجود لا ينوجد تحصيله محاصر والعدم لا ينوجد لانه يلزم اجتماع الموقفين اذا اين نضع هذا المتعلق اخترعوا ما يسمى عالم الثبوت ثابتة و مقاربة العلم الالهي بهذه الكيفية مقاربة سخيفة الضعيف مع الأسف الشديد هذه ثابتة الازلية المحقق التونسي يقول ليست محصورة بان الله تعالى يعلم باللامتناهي. فتكون غير محصورة وانحصار الموجود مع عدم تعقل الزائد خارج الوجود ما عندنا شيء نتعقل حتى العدم الذي له مفهوم مفهوم العدم قلنا وبينا انه لا يمكن ان يفهم الا في دائرة الوجود ورفع الوجود سلبنا الوجود اذا انعدم لا شيء الا سلب الوجود فهذه المهيات الثابتة بافرادها اللامتناهية غير معقول الوجود يجب ان يتشخص ويتحدد. اقول هذا برهان اخر من المحقق الطوسي دال على انتفاء المائيات في العذاب هذه الثابتات الازلية وتقرير البرهان ان مذهبهم بعض المعتزلة ان كل ماهية نوعية كالانسان كالذهب كالفضة الملك يثبت من اشخاصها في العدم ما لا يتناهى. هذا هو مبناه يثبت ثبوت عندهم غير الوجوب كالسواد ما هي من المائيات والبياض ما هي عربية والجوار كالإنسان والملك والمادة وغيرها من الحقائق اذا مبناهم ان هذه الثابتات الازلية غير متناهية. فالزمهم المحقق الطوسي المحال يعني هذا هذا المبنى يؤدي الى الاستحالة وهو القول بعدم انحسار الموجودات لان تلك المهي الثابتة وهي غير محصورة في عدد متناهي والثبوت هو الوجود قد تقول ثبوت اوسع من الوجود يقول لا ما عندنا هكذا امر كل ما خرج عن الوجود يندرج تحت سلة العدم فالوجود يقابل العدم لا واسطة تنتمي الى الثبوت الايجابي ولا الثبوت السلبي ابدا ما يسمى بالنفي والثبوت هو الوجود. هذه قاعدة ينطلق منها المحقق التوصي وجميع العلماء ان الثبوت والوجود والمنف والعدم لك كما يقول المعتزلة ان الثبوت اوسع دائرة من الوجود يشمل الوجود ويشمل الثابتات الأزلية المعدومات معدومات الوجود ولكن ثابتة في مقام الثبوت في مرتبة الثبوت كما يسمى عندهم النفي اعم من العدم ما لانكفاع لماذا الثبوت والوجود? يقول لي الانتفاء تعقل امر زائد على الكون في الحياة الوجود هو الكون في الاعيان وهو الثبوت وهو التحقق فلزمهم القول بوجود ما لا يتناهى من الماهية وهو عندهم باطل فان جعلوا الوجود امرا مغير للكون في الاعياد يعني فهموا الوجود غير الكون في العيان كان نزاعا في عبارة وقولا باثبات ما لم يعقل. ما نعقل هذا هذا الثبوت الذي هو خارج عن دائرة الوجود الوجود والثبوت. قلت لكم في قاعدة بنيوية ان الوجود ملاك تعين الذهن الفهمي وملاك تعين الفهم اه كل بالوجود يتعين الدين وبالوجود يتعين الفم فما عندنا الا الوجود نعم فان جعلوا الوجود يعني المعتزلة امرا مغاير للكون في الاعياد كان نزاعا في عبارة وكان قول باثبات ما لم يعقل. لا نعقل نحن هذا الثبوت الذي هو خارج عن دائرة الوجود مع ان نكتفي في ابانة محالية قولهم بالثبوت الذي هو الكون في الاعيان الثبوت يعني هو الوجود. غير هذا ما فيه فتنتفي الثابتات الازلية ابدا قد تقول وكيف نقارب العلم الالهي وذاك بحث فلسفي عميق لا ترقى اليه عقول المعتزلة واذا جاء دوره في هذا الكتاب هناك نقاربه المصادفة الجميلة ان المحقق الطوسي له رسالة في العلم طبعت مؤخرا واهدي الي هذا الكتاب ويأتي ان شاء الله العلم بالتفصيل مع انا نكتفي في ابانة محالية قولهم بالثبوت يعني يعني ثابتة الازلية متعلقات العلم الالهي التي هي لا موجودة ولا معدومة الذي هو الكون في الاحياء. وهم يسلموه لنا نعم يقولون ان الوجود هو الكون في الاعيان. اذا خارج الكون في الاعيان والوجود لا شيء والبراهين الدالة على استحالة ما لا يتناهى كما تدل على استحالته في الوجود تدل على استحالته في الثبوت. قاعدة واحدة القاعدة واحدة تسلسل في الوجود ينتفي الوجود. يجب ان تتشخص الوجودات. هذه قاعدة كذلك قاعدة تكوينية قاعدة تكوينية  الفلسفة ما هي? الفلسفة هي الدراسة تلك القوانين التي تحكم الوجود التي تحكم الوجود لكن مع الاسف الشديد لذهن الكثير ان الفلسفة هي تدرس الهة اليونان جيبيتر وابولو وهذا الشرك لا ابدا فلسفة تدرس القواعد التي يتعين بها الوجود وتدرس كذلك القواعد التي يتعين بها الفكر في دائرة الفكر يسمى علم المنطق او المنطق ونظرية المعرفة وميتافيزيقية الدين في الخارج عندنا الفلسفة ام العلوم ثم تتفرع عليها جميع العلوم اذ دلالتهما انما هي على انحصار الكائن في الاعيان. يجب ان ينحصر اه تنحصر الواقعيات في الوجود والا لم تتشخص وقول المصنف يعني المحقق الطوسي رحمة الله عليه وانحسار الموجود عطف على الانتفاع اي وكيف تتحقق شيئية بدون الوجود مع اثبات القدرة وانتفاء الاتصاف هذه بيناها ومع انحصار الموجود موجود محصور وانتم تقولون ان الثابتات الازلية لا نهاية لها وليست محددة في التشخص وهذا محال مع عدم التعقل الزائد يعني ما عندنا شيء زائد عن الثبوء على الوجود الوجود هو الثبوت شيء زائد على الوجود يسابق العدم الذي هو لا شيء. هكذا ينبغي ان يفهم اي هكذا ينبغي ان يفهم كلامه ها هنا. كان العلامة حل اه لمس عدم عدم فهم هذه العبارة من غيره او غموظ هذه العبارة ويجب ان يفهم المسألة هكذا قال ولو اقتضى التميز التميز الثبوت عينا لزم منه محالات الان وحقق الطوسي بعدما قارب الحال وابطله يأتي الى حججهم والمعرفة في ذلك الزمن معرفة في الديار الإسلامية اقصد لم تكن ناضجة ذلك النضج اه الكلام في بدايته كان ساذجا ثم مع المجيء المحقق التونسي صار مساقيا وصار علما وبدأ يتعمق استفاد كثيرا من الفلسفة في بيان موضوعاته اذا وصلنا الى الالهيات بمعنى الاخص في دراسة الله تعالى وصفاته وافعاله ابين لكم القواعد الفلسفية التي وظفها المحقق التوصيف في مقاربته للذات الالهية وصفاتها وافعالها. هنا بدأ في ابطال حججهم ولو اقتضى التميز الثبوت المعتزل يقول الاعدام متميزة الاعدام معلومة والمعلوم يجب ان يكون متميزا. مراد لان الله تعالى يريد ان يحققه لم يأتي بعد هو في دائرة ثبوت هناك مستقر لا موجود ولا معدوم</w:t>
      </w:r>
    </w:p>
    <w:p>
      <w:r>
        <w:t>فتتعلق به الارادة. اذا المراد فهو متميز كيف يريده الله تعالى وهو لا يتميز المحقق التونسي يقول آآ هذه الدعوة زائدة عن لا تفيدكم لان عندنا امور كثيرة متميزة ونتعقلها ولكن ليست اه تستدعي الوجود شريك الباري نتعقله ونميزه بالمعقولية هل هذا يعني انه موجود لا برهان التوحيد لا يمكن ان يقبله نعم ولو اقتضى التميز يعني التميز في الاعدام الثبوت الثبوت مفعول به لاقتضى ولو اقتضى التميز تميز في الاعدام الثبوت عينا يعني التحقق بمعنى الاعتزال لازم منه محالات اقول لما ابطل مذهب المثبتين للحال شرع في ابطال حججهم ولهم حجة رديئة ذكرهم المصنف وابطلهما حقيقة هذه المسألة يجب ان تندرج في تاريخ علم الكلام تخرج من المتون لا قيمة له خصوصا ان نحن وقتنا الان وقتنا الان ضيق جدا وعلوم تفرعت كثيرة. الان فلسفة الدين والامن العلم الارقى والاعلى في الغرب هو الارقى والاول في الجامعات الغربية خصوصا في امريكا. فنحتاج الى تخصص في هذا العلم وموضوعاته جديدة كالتعددية والتجربة الدينية واللغة الدينية وو ومن المسائل التي بدأت تتسلل الى جامعاتنا بدأت تدرس في جامعاتنا اذا لماذا انا اضيع حياتي في الحالة المعتزلة ادروجها في تاريخ علم الكلام تكتب في مجلدات في تليق علم الكلام من يريد ان يطالع هذه المسألة تاريخيا فيطالعها في كتب تاريخ علم الكلام وليس في المتون التدريسية لان هذا الامر باطن كما يقول العلم الحلي حجة رديئتان ذكرهم المصنف وابطلهما اما الحجة الاولى فتقريرها ان كل معدوم متميز وكل متميز ثابت اذا لم يتميز اذا لم يثبت كيف يتميز فكل معدوم ثابت قياس تافه جدا بالشكل الاول كل معدوم متميز الحد الاقصى الاوسط هو التميز وكل متميز ثابت الحد الاوسط من طبيعته انه يختفي في النتيجة. اكتب فائدة علمية منطقية قلنا نحن سنثير القواعد المنطقية اثناء التطبيق هذه المعلومة تثار في شكل سؤال. لماذا الحد الأوسط يختفي في النتيجة? واضحة جدا. ان العلة ليست موجودة على مستوى المعلول في دائرة هويته طبعا اما في دائرة احاطتها موجودة. لا في دائرة ماهية المعلوم لا يمكن لانها تنقلب معلولا. وهي علة. فيجب ان يحتفلون الحد الاوسط هو اعلان نتيجة فلا تكن العلة على مستوى المعلول فتختفي نعم فيقول ان كل معدوم متميز وكل متميز ثابت كبرى النتيجة التميز يختفي لانه حد اوسط. فكل معدوم ثابت اما المقدمة الاولى فيدل عليها امور ثلاث. يعني السورة. احدها ان المعدوم معلوم. والمعلوم متميز. لان الله تعالى يعلم بحفيدك قبل خلقه اذا حفيدك لموجود امامك ولا معدوم لان المعدوم لا يقبل الوجود اذا اين ضحوا? اضحوا في سلة الثبوت  الثاني ان المعدوم مراد لان الله تعالى يريد ان يحققه يعطيه الوجود فانا نريد اللذات ونكره الالام مثال اخر هذا المثال الأجمل هو ما اقوله انا. الله تعالى يريد ان يحقق حفيدك اذا المعدوم هذا الثابت حفيدك اه لا موجود الان ولا معلوم لان المعدوم لا يقبل الوجود. اذا نضعه في سلة اخرى وهي الثبوت فلابد وان يتميز المراد عن المكروه. جيد الثالث الدليل الثالث لهذه الدعوة ان المعدوم مقدور ان الله تعالى يقدر على حفيدك وكل مقدور متميز فان فان نميز بين الحركة يمنى ويسرى. وبين الحركة الى السماء ونحكم بقدرتنا على احدى الحركتين دول الاخرى فلولا تميز كل واحدة منه من الاخرى لاستحال هذا الحكم. نعم فالمعدوم مقدور طبقه على حفيدك احسن الذي سيأتي ان شاء الله اذا كنت اعزب بنته اللهم يقدر عليه فيجب ان يتميز من القدرة تتعلق بما هي محدودة. نعم واما المقدمة الثانية المقدمة الثانية ما هي? وكل متميز ثابت واما المقدمة الثانية يعني الكبرى فلان التميز صفة ثابتة للمتميز صفة لموضوع وثبوت الصفة يستدعي ثبوت الموصوف لانه فرع عليه القاعدة الفرعية القاعدة الفرعية ان شاء الله اذا وجدنا ذريعة من الذرائع في تطبيق المتن نبينها بالتفصيل ثبوت شيء لشيء فارعوا ثبوت المثبت له لا الثابت في نفس الظرف. هذه القيود ان شاء الله في محلها نبينها بالتفصيل. لا نبينها في تقرير الحال لانه لا يستاهل نعم والجواب ان التميز لا يستدعي الثبوت عينان. يعني ظرب للكبرى ضرب للكبرى اذا ضربت الكبرى انتهى الدليل وان التميز لا يستدعي الثبوت عينا. من قال انه كل متميز يستدعي الثبوت العيني. شريك الباري نتعقله نميزه تصورا ولا يستدعي الثبوت ولا الوجود. والا لازموها منه محالات. ما هي المحالات احدها? ان المعلوم قد يكون مستحيل الوجود لذاته كشريك الباري تعالى واجتماع الظدين وغيرهما اجتماع الظدين هنا المحقق التوصية راها معلومة. يعني قضية ادراكية قضية معرفية ونحن نقول ما قبل القضية الادراكية. ويتميز احدهما عن الاخر معني شريك البالي يتميز عن اه الذات المقدسة واجتماع ضدين يتميز عن مبدأ الهوية ومبدأ التناقض الاجتماعي الناقضين فلو اقتضى التميز الثبوت العين لازم ثبوت المستحيلات شريك البالي واجتماع ضدين واجتماع الناقدين. لأنها كلها متميزة في افق الإدراك والفهم. مع انهم موافقون على انتفاء المستحيل المستحيل لا معنى له لا تكون له عين ثابتة او موجودة نعم الثاني يعني دليلهم ان المعلوم قد يكون قد يكون مركبا ووجودا وليس ثابت في العدم اتفاقا يعني هذا الدليل الذي اتى به المحقق التوصيف ان المعلوم قد يكون مركبا ووجودا طبعا هنا المركبات الخيالية جبل من ذهب انسان عندو رأس فرس او فرس له رأس انسان هذه مركبات الخيالية نعم ان المعدوم قد يكون مركبا ووجودا وليس بثابت في العدم اتفاقا ابدا هذه المركبات الخيالية بطيفها الواسع نعم انا عندك انت انسان برأس فرس او فرس برأس انسان ومع انك تتعاقله وتوب تميزه نعم ان المعدوم قد يكون مركبا ووجودا وليس بثابت في العين اتفاقا. طبعا هنا بالوجود الوجود الذهني الوجود التعقلي ليس الوجود الخارجي نعم نعم من وجودات التخيلية اعطيناك اعطيتك مصداق نعم محيط من زئبق نهر من عسل. هذه المركبات الخيالية. جيد ان نتعقلها ونميزها. هل تستدعي الوجود لا ابدا لا تستدعي الوجود  ان المعلوم قد يكون مركبا ووجودا يعني له مركب مركب خيالي من واقعية الانسان لا يستطيع ان يركب ماهية خيالية تركيبية الا من واقعيات خارجية يأتي الى النهر وينزع الماء ويضع فيه نهر من ذهب من زئبق وهكذا نعم اذا اذا استدعى التميز الثبوت فهذه الواقعيات الخيالية واقعيات في افق الدين قد تكون ثابتة وهذا خلاف البلاهة الثالث ان المقدورية لو الثبوت لانتفت اذ لا قدرة على الثابت وكذا المرادية. ان المقدورية يعني الله تعالى قادر على ايجاد شيء. لو استدعت الثبوت لانتفت. هو يقول حفيدي بعد لم يأتي قد يأتي بعد عشر سنوات بعد خمس سنوات بعد عشرين سنة يقول انه مقدور من المقدورية ينتقل الى الثبوت لانهم احد ادلة من يقول بالحال هو هذا ان المعدوم مميز لانه مقدور</w:t>
      </w:r>
    </w:p>
    <w:p>
      <w:r>
        <w:t>هنا المحقق التونسي يقول ان المقدورية لو استدعت الثبوت لن تفت اذ لا قدرة على الثابت وكذا المرادية. لا فرق بين المقدورية والمرادية اه لماذا الله تعالى يريد او يقدر على حفيدك الذي سيأتي بعد آآ ممكن عشر سنوات ممكن خمس سنوات ممكن سبع سنوات ممكن ثلاثين سنة يقول ما دام الله قادر عليه فيحتاج الى متعلق القدرة تحتاج الى متعلق غير موجود وغير معدوم فحال بين الامرين جيد اذا كان ثابتا فالقدرة ما تعطيه ماذا اليس من التحصيل الحاصل تحصيل الحصر اذا القدرة تصير بدون فاعلية وهذا معنى انتفاء القدرة ان المقدورية لو استدعت الثبوت كما استدلت ايها المعتزلة لانتفت. لماذا تنتفي? اذ لا قدرة على الثابت والكلام هو الكلام على المرادية انتهى هذا البحث قال والامكان اعتباري يعرض يعرض لما وافق على انتفائه ان شاء الله هذا البحث نتركه الى الحصة القادمة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