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مرات اقول الحال واعلي به اه الثابتات الازلية يعني الممكنات التي ستتحقق وفق العلم الالهي والمعتزلة قالوا ما دام انها بعد لم تتحقق ولم تتلبس بالوجود وليست معدومة لان العدم لا يقبل الوجود فهي ثابتة مرة انا اقول الحل والثبوت لا الدروس التي مرت كنا نتكلم عن ثبوت يعني الماهيات في مقام الثبوت مقام الثبوت بالمعنى الاعتزالي يعني لها آآ نوع ثبوت لهو وجود ولا هو عدم. الحال سيأتي ان شاء الله في المسألة الآتية والتحليل التحليل هو التحليل ما يصدق على الحال يصدق على الماهية الثابتة لا فرق خرافات من خرافات المعتزلة قال والإمكان اعتباري يعرض لما وافقون على انتفائهم كلمات المحقق الطوسي مختزلة اه في غاية الاختصار فتحتاج الى اضطراب معرفي تفكيكي مفرداتها  الإمكان ما هو من الامور العويصة جدا في الفكر هي الإمكان والوجوب والإمتناع ما يسمى بالمواد مواد القضايا مواد القضايا في مقام الثبوت. مقام الواقع في مقام القضايا والادراك تسمى الجهة الإمكان والوجوب والإمتناع هذه تشير الى كيفية النسبة كيفية النسبة صفة للنسبة تقول الانسان عالم بالامكان الانسان ممكن العلم وتقول العلم ممكن العلم ممكن يعني ممكن الوجود ممكن ان يتلبس به الانسان هنا ان آآ المحقق التونسي يقول الامكان اعتباري باعتباري يعني انتزاعي لا هوية له مستقلة في الواقع الخارجي فاذا قلنا الانسان عالم نسأل هذا العلم تقتضيه ذاته ازلا وابدا كما تقتضي الذات المقدسة العلم ما يكون فتكون الجهة الوجوب الانسان عالم بالوجوب لا قد لا يعلم الانسان فهو منفتح على العلم كما قد يكون منفتحا على الجهل اذا لم يدرس هذا الانفتاح على العلم وعلى ما يقابل العلم الجهل هذا يسمى الامكان يبقى وله اقسام متعددة نصف الفلسفة هنا يتكلم عن الامكان مطلقا يعني ان الصفة لا تقتضيها الذات اقتضاء ذاتي تقتضيها بملاك يعني بعلة تفرض عليها هذه الصفة فالانسان عالم اذا اقتضت ذاته العلم فيكون العلم دائما معه لا اذا درس اذا تحققت الظروف الشروط الموضوعية وتحقق الظرف يفيض عليه الله تعالى العلم انا اقول الانسان عالم بالامكان بالإمكان صفة للنسبة نسبة العلم الى الانسان وهادي هي المادة اذا كنت في ذات القضية تسمى الجهاد هذه الامور تدرس في المنطق في باب الجهات وتدرس في الفلسفة كذلك المحقق التونسي يقول الإمكان اعتباري. واذا كان اعتباريا يعني ليس له متن مستقل ليس له مثل مستقل حتى انت تأتي من الامكان الذي هو صفة وتنتقل الى الموصوف لان الصفة بدون موصوف لا معنى له اذا انت فرضت الامكان عقيقة خارجية ولهوية له فيحتاج الى ماذا? الى موضوع الحفيد مثلا تقول الحفيد ممكن يعني ممكن ان يفاض عليه الوجود من الله تعالى مادام الإمكان صفة تحتاج الى موصوف فالحفيد متحققون باي تحقق ووجودي لعدمي لا. مع المعدوم لا وجود لا ثابت هذا هو دليل والمحققة التونسي يقول انتم لم تفهموا جيدا هذه المفاهيم الراقية الإمكان امر اعتباري اعتبار يعني حيثيا للنسبة يعني حيثية لمن? حيثية لثبوت العلم للإنسان معنى ان العلم هذا ليس تقتضيه الذات الانسانية ازلا وابدا لا يأتيه اذا توفر الظرف وتحققت شروط موضوعية والامكان اعتباري يعرض لما وافقون على انتفائه. اقول هذه الحجة الثانية لهم على ثبوت المعدوم وهو انهم قالوا ان المعدوم ممكن المعدوم الذي يعلم به الله تعالى وهو ليس بموجود وليس بمعدوم يعني بعد لم يتحقق نعم وهو انهم قالوا ان المعدوم ممكن المعدوم يعني الذي لم يتحقق بعد ليس المعدوم الذي هو في سلة العدم. ذاك لا يقبل العدم ابدا وامكانه ليس امرا عدميا الإمكان ثبوتي صفة بصفة للموصوف للقاعدة الفرعية ثبوت الصفة للموصوف فرع ثبوت الموصوف اذا حفيدك الذي سيأتي ثابتون تقول موجود لا يقول البعض لم يخلق معدوم لا المعدوم لا يقبل الوجود. اذا نضحوا في سلة ونخلص وهو الثبوت وامكانه ليس امرا عدميا لا امر ثبوتي ثابت للحفيد والا يعني اذا قلنا الامكان امر عدمي والا لم يبق فرق بين النفي الامكان بين الإمكان المنفي. لا لا تفرق بين ثبوت السلب ورفع السلب داك تلك الأدلة عجيبة وغريبة نعم ما فرق بين الفرق بين الإمكان اه نفي الإمكان وبين الإمكان المنفي انظر هنا يعترفون ان الاعدام لا تتميز وهما بنوا على ان الاعدام تتميز بالمعلومية والمقدورية المرادية عجيب والا لم يبق فرق بيننا في الامكان نفي الامكان يعني اما واجب وامامهم ممتنع. تقول الله حي ليس بالامكان. هنا نفي الامكان. الوجوب شريك الباري آآ شريك البريء اه اه عالم بالامكان لا بالاستحالة نعم ولم والا لم يبق فرق بين نفل كان وبين الامكان المنفي. الامكان المنفي يعني تنفي الامكان بالظرورة تقع في الوجوب او الامتناع. فيكون الامكان امرا ثبوتيا. جيد. تريد تفر عليه ماذا? يقول اذا كان الامكان صفة ثبوتية والصفة تستدعي الموصوف اذا اذا كان حفيدي انا الذي سيأتي بعد عشرين سنة اه موصوف بالامكان وليس بالاستحالة وليس بالوجوب اه الصفة تستدعي الموصوف يعني تستدعي حفيدي اي لا وجود ولا عدم ففي الثبوت نعم فيكون امرا ثبوتيا وليس جوهرا قائما بذاته صفة طبيعة الحال صفة فلابد له من محل يعني موصوف ثبوتي يسانخه وهو الممكن يعني حفيدي انا لاستحالة قيم الصفة بغير الموصوف اكتب تحتها للقاعدة الفار ايا ثبوت الصفة يستدعي ثبوت الموصوف ثبوت المحمود يستدعي ثبوت الموضوع نعم فيكون الممكن العدمي يعني حفيدي الذي سيأتي بعد عشرين سنة ثابتا اي وجود لا لان بعد لم يخلق عدم العدم لا يقبل الوجوب اذا في سلة اخرى وهي الثبوت وهو المطلوب واجاب المصنف عنه بان الامكان امر اعتباري. ليس شيئا خارجيا اكتب فوق الامر الاعتباري يعني انتزاع يعني حيثية وليس شيئا خارجيا يعني ليس له متن مستقل ما عندك انت الانسان عالم بالامكان عندك الانسان كمتن العلم كصفة والامكان  متن مستقل الخارجي لا ابا هذه كلها حيثيات انتزاعية نعم والا اذا كان متنا خارجيا لزم التسلسل. قلنا هذه قاعدة ذهبية اسسها اه معرفيا اساسها معرفيا شيخ الاشراق الحيثيات اذا استقلت بمتن مستقل يلزم التسلسل. بيناها ونبينها مرة اخرى قلت لكم التفاحة محيفة بماذا? محيفة كونها على اليمين مثلا اليمين حيثية لها يعني بنحو تكون على اليمين ليس على الشمال انزع اليمين كمال مستقيم يكون يمينا او شمالا يمينا يمين يستقل وهكذا خذ انت الجمال وردة جميلة. اذا الجمال تمكن يعني صار واقعيا مستقلة عن الوردة. هذا الجمال جماله فكذلك صفاته تنقلب واقعيا و تتسلسل. اذا الحيثيات الانتزاعية اذا صارت متونا واقعيات مستقلة</w:t>
      </w:r>
    </w:p>
    <w:p>
      <w:r>
        <w:t>تتسلسل هنا نسأل هل يمكن ان تصير واقعية? مستحيل لان الشؤونات لا هوية لها وهادي بيناها ونكررها والا لزم التسلسل بيناه وان يكون الثبوت حالا في محل عدمي. وهو باطل قطعا وان يكون الثبوت حالا في محل عدمي لان هذا قد تقول هذا الدليل مبنائي هم لا يؤمنون آآ بانه عدم انت حاصرت قصرت مقام نفس الأب من الوجود والعدل الإمكان يثبت لحفيدي عند المحقق التونسي آآ يندرج تحت اللا شيء امر ثبوتي يثبت لأمر عدمي فهذه لم يقبلها المعتزل يقول انا اعطيه الثبوت. هذا الثبوت عندك انت يساوي العدم هذا بناك انت. وان يكون الثبوت ما هو الإمكان. لأنه عنده ثبوت حالا مستقرا في محل عدمي وهو باطل قطعا لاننا نلزم اجتماعا ناقضين وايضا فان الامكان يعرظ للممكنات العدمية كالمركبات المركبات قلنا المركبات  خيالية جبل من ذهب نهر من من عسل هذه كلها مركبات خيالية. ممكن او ليس ممكنة او ممكن اذا يجب ان تكون هذه المركبات الخيالية لها واقعية خارجية. لانك انت تؤمن بالقاعدة الفرعية اذا كان الإمكان ثبوتي صفة ثبوتية تستدعي الموصوف متحققان. نعم اه القاعدة الفرعية اه واكررها مرة ثانية لانها مهمة جدا عندنا قظية موظوع محبوب يقولون ثبوت المحمول للموضوع طبعا في الآليات المركبة ليس في الهليات البسيطة ليس في القضية التي تحكي الوجود. انسان وجود الملك موجود الذهب موجود. لا. هناك ثبوت تبوت الموضوع. لا دائما في الاليات المركبة. اولا بعد الفرعية تجري في الآليات المركبة يعني الانسان عالم الانسان جالس التفاحة حمراء وهكذا يقولون ثبوت الموضوع للموضوع ثبوت المحمول للموضوع طالع ثبوت موضوع الا الثابت العاقل يقول الموضوع يجب ان يكون اما الثابت لا ليس بالضرورة لا الثابت في الظرف نفسه يعني اذا كان المحمول بافق الدين الموضوع اين يكون? في افق الدين على مبناهم اذا كان الموضوع في المحمول في الخارج الموضوع يكون في الخارج. يعني مراعاة الظرف اذا كان المحمول في نفس الامر الموضوع اين يكون? في نفس الامر هكذا تبوت المحمول للموضوع في ظرف طالعوا ثبوت الموضوع في الظرف نفسه لا الثابت ان شاء الله في مناسبة اخرى نحلل هذه القاعدة بالتفصيل. مع التطبيقات نعم وايضا فان الامكان يعرض للممكنات العدمية كالمركبات الخيالية وهم وافقون على انتفائها خارجا. لا يقبل بوجود اه نهر من عسل ممكن في النشأة الاخروية ولا يمكن ان يقبل ان يكون فرس برأس انسان او جبل من ذهب. فيبطل قولهم كل ممكن ثابت ابطل الكبرى انتهى الكلام في الثابتات الأزلية للمعتزلة وانها خرافة كبيرة ناشئة من عجزهم في مقاربة العلم الإلهي المسألة الثانية عشر في نفي الحال بما فيه الحال وهو يرادف الثبوت يعني الوجود يرادف الثبوت والعدم يرادف النفي فلا واسطة اذا المحقق التونسي هنا ليس في صدد ابطال الحال لان هذه المسألة لا يمكن ابطالها ولا يمكن اثباتها. هنا يريد يبين البنية البنية ان الذهن يتحرك في دائرة مبدأ التناقض. مبدأ التناقض يقول اما ان تفهم الوجود واما ان تفهم العدم الذي يفهم ببركة الوجود واسطة تسمى الحال او غير الحال ما عندنا اذا الوجود يسابق الثبوت والعدم يسابق النفي المعتزلة الذين يقولون بالحال يقولون لا الحال دائرة اوسع تشمل الوجود و الأمور امور اخرى فعموم الخصوص مطلق دائرة الوجود مندرجة تحت الدائرة الفوقانية يعني الواسعة وعندهم كذلك النفي العدم والنفي الدائرة اوسع  ان نفي العدم يكون اضيق حتى يعطوا مساحة لما يسمى بالحال نعم يقول والوجود يرادف الثبوت اذا ما عندنا منطقة تسمى الحل والعدم النفي كل عدم نفي وكل نفي عدم فلا واسطة اذن مسألة استدلالية ام بنيوية بنيوية واذا جئنا بالادلة لتشريح البنية وليس اه البرهنة على المسألة اقول ذهب ابو هاشم الجباري واتباعه من المعتزلة والقاضي القاضي البقلاني امام الاشاعرة والجويني امام الحرمين في بعض اقواله في لانه هو رجع عن اقواله مثلا في قضية الاختيار الاشاعرة يقولون بالكسب الجويني بعد الجويني امام الحرمين الاستاذ الغزالي آآ تغيرت الاشاعرة من القول بالكسب الى القول بالاختيار كما تقول الامامية والجوين يعني امام الحرمين من الاشاعرة الى ان ها هنا واسطة بين الموجود والمعدوم وهي ثابتة بس سموها الحال وحدوها عرفوها ليس الحد المنطقي الجنس والفصل لان هذه امور اعتبارية حدها يعني عرفوها بانها صفة لموجود يعني صفة لموضوع لا توصف بالوجود ولا بالعدم. تشبه الثابتات الازلية فيكون الثابت اعم من الوجود اعم من الوجود يعني الثابت يشبل يشمل الوجود ويشمل الحال هذه الواسطة بين الوجود والعدم والمعدوم اعم من المنفي. المعدوم دائرة وتدخل في دائرته مدى المنفي وهذا المذهب باطن بالظرورة. بالظرورة يعني اشارة الى البنيوية وليس الى الاستدلال. يعني بنية الذهن البشري والبنية الوجودية البنية الوجودية تنفي هذا الامر لا يحتاج الى الدليل فان العقل قاض العقل يشار الى البنية قاض بان لا واسط بين الوجود والعدم العقل هنا اشارة الى الحكمة الالهية الخالدة التي اذا بيترقى الانسان وخرج من العقل الاسير والعقل الوهمي والعقل الجزئي وترقى الى هذا العقل يدرك الحقيقة في دائرة النظر ويدرك الحقيقة في دائرة العمل يعني الخير فان العقل قاض بانه لا واسط بين الوجود والعدم. اشارة الى معيار عقله ومبدأ التناقض وان الثبوت والوجود مترادفان يعني حقيقة واحدة وكذا العدم والنشب مترادفا يعني حقيقة واحدة. عدم نفي نفي عدم ولا شيء اظهر عند العقل من هذه القضية ليس اظهر من عند العقل ما به الظهور ما به الظهور ما به الظهور يعني لا تتجلى القضايا العلمية الا بمبدأ التماقض نعم ولا شيء اظهر عند العقل من هذه القضية فلا يجوز الاستدلال عليها. انظر فلا يجوز يعني لا يمكن لا يجوز يعني لا يمكن الاستيلاء عليها لانها بنيوية ما بها الإستدلال? انت اذا حاولت تستدل ترجع الى مبدأ التناقض اذا كان المطلب باطنا ترجحه الى المحال يعني الى اجتماع النقيضين فهي المعيار قبل المعرفة ما بها المعرفة. جميل جدا هنا هذا الكلام من من العلامة الحلي. بين الامور الدنيوية وافتى فلا يجوز الاستدلال عليها نعم اذا لا معنى لهذه الواسطة التي تسمى الحل. مثلا كالفوقية والتحتية والخالقية والراسقية هذه الأمور الإنتزاعية اذا الدين المعتزلي صحيح كان ينحو نحو العقلانية احسن من اهل الحديث واحسن من الاشاعرة ولهذا تجد المعتزلة اقرب الى الامامية  كتير من الامور الا ان النضج العقلي والنضج المعرفي لم يكن في الافق الصحيح قال والوجود لا ترد عليه القسمة والكل ثابت ذهنا ويجوز قيام العرض بالعرض فكك هذا المثل الى ثلاث مراحل الوجود لا ترد عليه القسمة. هذه المرحلة الاولى القسم الاول والكل ثابت ذهنا اتنين ويجوز قيام العرض بالعرض ثلاثة. يعني عندنا قضايا ثلاثة مطالب ثلاثة نعم والوجود لا ترد عليه القسمة من الحمقات في القسمة ان تقسم الشيء الى نفسه</w:t>
      </w:r>
    </w:p>
    <w:p>
      <w:r>
        <w:t>اقول الوجود اما عدم او وجود يصير القسم هو المقسم والمقسم هو القسم فتنتفي بنية القسمة بنية القسمة مع الأسف الشديد جيد العلامة الحلي يبين هذه الامور المختصرة جدا في الاثناء انا اضيء بعض الاضاءات المهمة. اقول لما ابطل مذهبه. ما هو الحال اشار الى بلطانهم احتجوا به يعني يأتي الى الادلة السخيفة التي اثروها وهو وجهان الأول قالوا قد تبين ان الوجود زائد على الماء نعم بينا هذه المسألة وجود حيثية والمهي ذات او عرظ او جوهر فاما ان يكون موجودا او معدوما. انظر جيدا الموجود يكون موجودا يكون مع الدوما. يعني المقسم يصير قسما. الموجود اما موجود او معدوم. معقول هذه بنيت القسمة تختل فالعقلانية تخطئ. المسألة بنيوية صادروا على مسألة تخرب البنية كان عندي صديق  منتمي الى الحوزة طبيب كان في دمشق والتقى مع شيوعي في ذلك الزمان الذي التسعينات فهذا الشيوعي اراد ان يناقش انا طالب العلم والان من الفضلاء ومن العقول الكبيرة في الحوزة فقال له انا لا اعرف شيوعيا تفضل بين ثم ندخل في النقاش الشيوعي قال عندنا الوجود واجب الوجود والعدم كم مصداق او كم قيس تلات الوجود واجب الوجود والعدم. يعني يريد يبطل واجب الوجود لانه شيوعي لا يؤمن بالله فصديقي ماذا قال له? قال هذه اقسام حدد المقصد وملاك القسمة ضابطة القسمة. لم يدرك هذه المسألة. قال ماذا تقول فقال له صديقي اذهب ادرس المنطق جيدا ثم تعال تتناقش معي. باي ملاك انت خرجت هذه الاقسام وجود واجب وعدم فهذه كذلك يقول الوجود اما موجود او معدوم معقول. معقول ان المقصد يصير قسما تصير قسما يعني فيه خلل بنيوي او لا موجود ولا معدوم الوجود لا موجود ولا معدوم الوجود لا موجود ولا معدوم. يعني الموجود موجود وهو لا موجود او لا معدو والاولان باطنان اما الاول فلأنه يلزم التسلسل لان الوجود اذا كان وجودا ووجوده وجود ووجوده وجود ووجوده وجود قلنا حيثية اذا تمكنت صارت واقعية يلزم التسلسل. هكذا يستدل. الخطأ في البنية في القسمة والخطأ في الاستدلال. واما الثاني فلأنه يلزم منه اتصاف الشيب نقيضه. يعني اذا كان الوجود وجود يتسلسل واذا كان اه الشيء عدم يعرض عليه الوجود يلزم هذا التناقض مبدأ التناقض اذا الموجود اما موجود او معدوم. هكذا يستدل صادر على بنية خربانة جعل المقسم قسما. الموجود اما موجود واما معلوم. جيد. سلمنا بهذه الخربطة كمل يقول المبني على الفرضية الاولى الوجود وجود والوجود الثاني وجود. والوجود الثالث وجود نقع في التسلسل والتسلسل محال اذا الوجود لا يكون وجودا. جيد. والفراظة الثانية. يقول العدم لا يقبل الوجود. لا يقبل عروض الوجود عليه. الوجود يعرض على العدم يلزم اجتماعا ناقدا. جميل اذا ما هو الحل? الحل يجب ان نفرظ اه بعدا ثالثا وهو الحال والجواب ايوه اما الاول فلانه يلزم التسلسل بيناه الوجود وجود وجود وجود وجود. واما الثاني فلانه يلزم منه اتصاف الشيء بين قيده يعني اتصاف العدم بالوجود. فيبقى الثالث وهو الحال والجواب اذا هنا خلط بنيوي وخلط استدلالي نعم والجواب ان الوجود غير قابل لهذه القسمة الخربانة. هذه القسمة الخربانة. الموجود اما موجود واما معدوم دي استحالة انقسام الشيء وهو المقصد الى نفسه الى قسمه الذي هو نفس الذي هو نفسه والى غيره لا يمكن ان تقول الانسان انسان آآ امرأة. انسان انسان وامرأة غير صحيح الانسان واما رجل واما امرأة بميلاد قسم خاص وهو الجنس اللون اما اسود او ابيض ما تقول اللون اما لون او ابيض. غير معقول اذا نخلطو البنيوي وخلط اه بنائي ومبنائي اذا اختلطت البنية تسري الى المبنى والى البناء والى البيان كله خربان. نعم والجواب ان الوجود غير قابل لهذه القسمة لاستحالة انقسام الشيء هو المقصد الى نفسه حتى يصير قسما. يعني المقسم يصير قسمان وهذا محال والى غيره يعني تقول الموجود اما موجود واما معدوم خطأ اللون اما لون ابيض خطأ فكما لا يقال السواد اما اما ان يكون سوادا او بياضا كذلك لا يقال الوجود اما ان يكون موجودا او لا يكون يعني يكون معدوما ولان المنقسم الى شيء اعممهما قاعدة قاعدة بنيوية في المقصد في القسمة المقسم دائما اعم. القسمة هو المقسم مع قيد فيتعين القسم ثم يأتي قسم اخر بقيد اخر فيتعين يقع في مقابل القسم ولا يقع في مقابل المقسم. المقسم يسري في الاثنين اذا قلت العلم اما حصولي او اه العلم الحصولي اما تصور او تصديق قد تصور علم والتصديق علم المقسم يسري في اقسامه ولا يكون قسما ابدا والا اختلت بنية القسمة. يا معتزلي نعم كذلك لا يقال وجود اما ان يكون موجودا او لا يكون ولان القسم الى الشيء الاعم ان المنقسم يعني المقصد الى الشيئين يعني الاقسام اعاملهما دائما المقصد اعم ويستحيل ان يكون الشيء عن من نفسه يشير الى الخلل في في البنية عند المعتزل. الموجود اما موجود او عدم او معدوم يعني هذه البنية لا معنى لا لم يراعي البنية القسمة. الوجه الثاني ان اللونية امر ثابت مشترك بين السواد والبياظ تقول السواد لون كذا البياض لون كذا. اذا اللونية جنس فتتميز سواد بفصل وتتميز بياضا بفصل فيكون كل واحد من السواد والبياض ممتازا على الاخر بامر زائد. الامر الزائد هو الفصل على ما به الاشتراك الذي هو اللونية هذه طبيعة طبيعة تعين الانواع عندنا جنس عام ثم ياتي الفصل الفصل له ثلاث وظائف. يقسم يميز اه ويشخص الجنس نعم فيكون كل واحد من السواد والبياظ ممتازا عن الاخر بامر زائل هو الفصل على ما به الاشتراك التي هي اللولية. ثم الوجهان ان كانا موجودين لازم قيام العرض بالعرظ يعني اذا كان آآ هذا ما يميز البياض فصله يعرض اللونية لوني عرض وما يميز البياض عرظ فيعرظ العرض العرب عند المعتزلي عروظ العرظ على العرض غير ممكن محقق الطاوسي يبطل هذه المسألة بالمصداق لا ثبوت العرب للعرب موجود ومبين في الفلسفة بالتفصيل ثم الوجهان ان كانا موجودين يعني اذا كان في الوجود اللون موجود ويعرض عليه الفصل الذي ينشئ السواد او البياض فهذا الشيء هو الفصل مفرق البصر او جامع البصر كما يقولون فيلزم عروض هذا الشي على اللون لازم قيام العرض بالعرض وهو محال في مباني المعتزل وان كانا معدومين يعني اللونية معدومة وما يميز الفصل معدوم لازم ان يكون السواد امرا عدميا وكذلك البياض يكون امرا عدميا وهو باطن بالظرورة الظرورة هنا الشهود شهود نرى السواد ونرى البياض فثبتت الواسطة. اذ لا موجود ولا معدوم احيانا العقل البشري يتقعر كثيرا ويسقط في في الخطأ. في الحصة القادمة ان شاء الله اننا الوقت انتهى سنبين علاقة الفصل بالجنس في اي بقعة مبدأ الهوية ليس في مبدأ الجوهرية ولا علاقة لعروض الفصل</w:t>
      </w:r>
    </w:p>
    <w:p>
      <w:r>
        <w:t>على الجنس بالوجود ولا بالعدم المطلقة خلط كبير جدا. هذه امور كلها انتزاعية ذهنية كما يقول المحقق الطوسي في بداية العبارة. آآ العبارة اين المهم سنشير اليها ان شاء الله في الحصة القادمة لأن الوقت داهمنا نعم والجواب من وجهين الأول ان الكل ثابت في الذهن فلا ترد عليه هذه القسمة الثاني ان العرض قد يعرض يقوموا بالعرض يعني يعرض العرض على ما يأتي ان شاء الله. وايضا فإن قياس الجنس بالفصل ليس هو قيام عرض بالعرض. هذه اجوبة فيها نكات علمية راقية جدا. سنقاربها لاحقا.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