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وصلنا الى مسألة في الحال والعلامة الحلي ذكر مجموعة من النقط ووعدتكم ان ابينها في هذه الجلسات وبيني وبينكم ان دراسة خرافات بعض المتكلمين القدماء تضيع للوقت الان عندنا علوم جديدة مهمة جدا نحتاج الى دراستها فوقتون قليل وبالتالي هذه الامور يجب ان تدرج الان في تاريخ علم الكلام وليس في المسائل التي يجب على الطالب العزيز ان يدرسها لانها تأخذ من وقته الكثير قال من المحقق الطوسي اعود الى المتن حتى ابين النقطتين والوجود لا ترد عليه القسمة. هذا المقطع الاول لان صاحب الحال ماذا قال? قال الموجود اما موجود او معدوم وهذه بيناها قلنا هذا خال بنيوي لان القسمة ليست هكذا لا يكون المقسم قسما ولا القسم مقسما فلا تقول اللون اما لون او ابيض تقول اللون اما اسود او ابيض لا تقول الموجود اما موجود او معدوم لان اذا وجد المقسم  على مستوى الأقسام وصار المطلق مقيدا وليس بمقيد سريعا يأتي الخلل البونيوي لأن اجتماع النقيضين تدخل بمجرد ان تأتي حاكمية اجتماع النقيضين يعني مبدأ التناقض في الفكر اعرف انك في الزيف انك في البطلان فصاحب الحال يقول انتم تقولون ان هذه الواقعيات موجودة مين صار موجود مثلا نأتي الى المحمول موجود ام معدوم? كيف يفكر هذا المعتزل اذا قلت الوجود في عروضه للانسان موجود يعني استقل بمثنية بواقعية فيكون وجودا وبالتالي يسري التحليل لوجود الثاني فيكون وجودا يعني ثالثا رابعا خامسا سادسا يتسلسل واتى سوس باطل ان القاعدة الذهبية التي اسسها الشيخ الاشراق هي ان طبيعة الحيثيات اذا ان وجدت مستقلة بمتن يعني بواقعية تتساسر هذه قاعدة ذهبية وافقها وافقه العلماء عليها بمجرد ان تخرج الشأن الذي هو لا هوية له وتعطيه واقعية فهو يتشائم كذلك فتشأونه له واقعية ويتسلسل والتسلسل سيأتي بيانه في باب العلية والمعنوية باطنه وهذا صاحب الحال ماذا يقول? جيت انتم تقولون الانسان وجود فهذا الوجود وجود او عدم فانت تبقى محتار وجود نقع في التسلسل عدم كيف العدم يثبت للمهي? نحن قلنا الانسان وجود اذن هو لا وجود ولا عدم وهذا الذي نقوله نحن الحال لماذا تصعبون المسائل علينا قلت لكم ان ذهنيا معتزلية ذهنية عقلانية. من ناحية هذه جميلة واضطهدت اضطهدت من اهل الحديث خصوصا في زمان المتوكل وقليل قليل اختفت من الوجود في القرن العشرين احياها جماعة من التنويريين السنة مجموعة من الدكاترة يريدون العقلانية وتسمى المعتزلة الجدد نيو اعتزال ولم تنجح هذه الحركة اذا انتم هنا امام معضلة وجود يلزم تسلسل وعدم كيف يعرض العدم ما هي? لا وجود ولا عدم. اذا الحال المعجزة المعتزلة بنوا على خلفية خاطئة الهدية البسيطة في هويتها تختلف على الهنية المركبة الهدية البسيطة وجود الإنسان. الهدية المركبة وجود الإنسان اه الهدية البسيطة للإنسان ووجود هل هي المركبة? لسان عالم قادرون. نخرج من صفة الوجود الى حيثيات اخرى فمعنى الانسان وجود يعني الثبوت الانسان معنى الإنسان عالم ثبوت العلم للإنسان ثبوت شيء لشيء وما فهموا الهلية البسيطة الانسان وجود. التي تعني وجود الإنسان ثبوت الإنسان ايهما هما فهموها هل هي مركبة تبوت الوجود للانسان. فالوجود له كيان يا اما موجود واما معدوم موجود تسلسل عدم كيف يكون الوجود على مبدأ التناقض فالحل الوحيد لهذه المعضلة الفكرية ان نقول بالحال وهذا خلط كبير بالهلية البسيطة والهلية المركبة لم يبينها العلامة الحلي وثانيا ان الوجود المحمول لا هوية له يعني الثبوت الانسان ليس له هوية حتى نأتي ونركز عليه حيثية انتزاعية. اذا قلنا حيثية انتزاعية يعني يعقل يعقل وليس له كيان استقلالي. يعقل في متن الانسان بمتن الماهية. يعني الماهية طاردة للعدم فليس له كيان هو شأن من شؤون الانسان. فهو عقلي. عقلي. ما معنى عقلي? يعني انتزاعي يعني تعطيه هوية مستقلة بالادعاء وبالكذب المعرفي حتى تدرك دائرته فقط دائرته فقط هذا القسم الأول والكل ثابت ذهنا. اذا هذا الوجود الذي انت ركزت عليه جعلت هذه الثنائية اما موجود واما معدوم نحن نقول هذا عقل يعني انتزاعي انتزاع يعني اه ذهني يعني ليس له هوية مستقلة نعم يعقل نعم لكن لا يعقل التامات المستقيل يعقل في دائرة الموضوع شال من شؤونات الموضوع كما بينت لكم جيدا في الجلوس. الجلوس هنا متن واقعي ام عقلي? عقلي بمعنى انا افهمه افهمه في دائرة الإنسان الجالس وليس لهم متن وواقعي افهموا في دائرة المتنية الواقعية نعم ويجوز قيام العرظ بالعرظ. المعتزل يقول لا يجوز قيام العرض بالعرض. لا ادري انا كيف يفهم المسألة؟ انظروا هذا الكتاب الان جسم ام لا؟ جسم جسم عندو اه اه كم كم يعني امتداد كم امتداد كمي على الامتداد عندنا امتداد طبيعي وعندنا امتداد كمي. ولهذا نقول عشرين سنتيمتر هذا الامتداد اصل الكم عرضه ثم نوعية الكم مستطيل يعني هذا الكم يتصل بالاستطالة عرظ والكم عرظ عرظ العرض وعلى العرض على مبنى اصالة المهيا طبعا والا على الدقة العقلية هذه امور عدمية وليست هويات عرضية حتى تعرض المهم نحن نبني على النموذج نسميه او الانموذج الان يسموه الانموذج ما معناه? البراديق ما يشبه ما هو في ادبياتنا الحوزوية المباني. تقول مبنى اللئيم والمبنى ولكن اوسع من من هذا  هو الافق الذي يتحرك فيه تتحرك فيه المدرسة مثلا مجموعة من المفاهيم والمباني تفسر الكون تسمى المدرسة المشائية. مجموعة من المفاهيم والمباني تفسر الكون تسمى المدرسة الاشراقية والمدرسة حكمة متعالية. حكمة متعالية فاذا اردت ان تفهم مفردة في الكون في من له خاص والاشراق كذلك والحكمة المتعالية كذلك مرة يغلق خلاص ما يستطيع ان يجيب عن الاسئلة فينغلق فينبثق اخر يفسر بالمفردة الوجودية بطراديق من جديد. ثم ممكن هذا البراديق يغلق ثم يأتي جديد بمباني ومفاهيم اخرى يفسر الوجود بطريقة اخرى وهكذا تسري الامور. هذه نظرية ابتكرها احد علماء امريكا انا هنا اتكلم عن الذي كان يتنفس فيه المحقق الطوسي ولعل من حلي علماء الكلام عموما البرادق من اعتزاله هكذا يفهم الامور هكذا يفهم الامور ان العرض لا يعرض العرض وهذا فين الفلسفي واضح بديهي كما بينته لكم اقول انا اعدت كل الدرس وقسارة حيف والله لان المسألة مذكورة في الكتاب وفيها نكات علمية الطالب ينفتح على نقاشات تذكر في اثنائها مطالب جميلة جدا اقول لما ابطل المحقق الطوسي مذهبهم يعني مبناه اشار الى بطلان ما احتجوا به يعني جاء الى الادلة وناقشها وهو وجهان الاول قالوا قد تبين ان الوجود زائد على المهيأ. نعم هذا بيناه نعم بيناه اين زائد عن المهياء في البنية الذهنية في التحليل وليس في الواقع الخارجي</w:t>
      </w:r>
    </w:p>
    <w:p>
      <w:r>
        <w:t>هذا التحليل البنيوي الذهني سره الى الخارج فقال هذا الوجود المحمول اما موجود واما مما عدوه فاما ان يكون موجودا او معدوما. هنا المعضلة بدأت اذا كان موجودا فوجوده وجود ووجوده وجود ووجوده وجود نقع في التسلسل المحال. او معدوما فالوجود يكون معدوما اجتماعا نقي او لا موجودا ولا معدوما يقول في فرضية اخرى لا موجود ولا معدوم يقول لا خلاف الشهود. انا ارى الشجرة موجودة وارى الماء موجود وهكذا. والاولان باطلان اما الاول فينا انه يلزم التسلسل وجود وجود وجود وجود. طبيعة الحيثيات اذا تمكنت تصابت الواقعيات تتسلسل واما الثاني يعني كونه معدوما فلانه يلزم منه اتصال اتصاف الشيء بنقيضه. يعني لوجود عدم. فبقي الثالث ان يكون ماذا? لا موجود ولا معدوم يعني لا موجود ولا معدوم يعني ليس بمعنى ارتفاع الناقضين حال انظر لماذا انا دائما افكك بين البنية والمبنى والبناء والبيان? اذا كانت البنية خراب فيترتب عليها المبنى الخراب والبناء الخراب والبيان الخراب. هذا بيان خراب مبنى خراب بني خراب الجواب لعلم الحل يجيب المعتزلة ان الوجود غير قابل لهذه القسمة. الوجود لا ينقسم الى نفسه ولي الى ما يقابله لاستحالة انقسام الشيء لنفسه والى غيره هذه بنية تتصل بالقسمة البنية تتصل بالقسم صحيح كلام صحيح البنية صحيحة للقسمة المقسم بقيود يتجلى ويسري في الاقسام ولا ينوجد تأتي قيود ترشح ال الاقسام فالقسم ما هو? هو المقسم بقيد. ليس هو المقصد نعم فكما لا يقال السواد اما ان يكون سوادا او بياضا كذلك لا يقال الوجود اما ان يكون موجودا او لا يكون. واضحة جدا مسألة بنيوية ولان المنقسم يعني المقسم الى الشيئين اعم منهما نعم اعم لان القسم بقيد يعني المقسم يضيق يضيق يصير عمومه خصوص مطلق نعم لان المقصود دائما المقصد كما يتجلى في القسم الأول يتجلى في القسم الثاني اوسع اوسع تقول الإنسان بالجنس يعني بملاك الجنس ذكر وانثى الذكر والإنسان الأنثى انسان. فالإنسان اوسع من الذكر والأنثى. فالمقسم اوسع من اقسامه ويستحيل ان يكون الشيء اعم من نفسه اذا كان المقصد في ذاته الاقسام صار قسما فصار العام اخص والاخص اعم. وهذا خراب وخراب للبنية اجتماع النقيضين. الوجه الثاني ان اللونية امر ثابت مشترك بين السواد والبياظ اللونية جنس يأتي الفصل يعطي السواد. اللي هو جنس يعطي فاصل جديد يعطي البياض. هكذا علمونا في التعريفات نعم التعريف ما هو جنس معنى جنس مبهم بيأتي الفصل يخرجه من الابهام الى التحصن التحصن هنا قلت لكم وعدتكم ان نقف وقفا جميلة جدا خلينا نطبقها على مفهوم انسان افضل مفهوم الانسان ما هو جوهر ممتد يعني فيه الامتداد. تأتي الجسمية يعني ذات ممتد تنمو وتتحرك وحساسة ثم تدرك ناطقيا جمعها كلها حيوان ناطق بعد التحليل يأتي التركيب. نقول الانسان حيوان ناطق عندنا مفردة الحيوان الجنس وعندما الناطق اللي هي الفصل ثم يتشكل النوع الانساني ماهية الإنسان مفهوم الإنسان جيد الان ما هي العلاقة الجدلية بين الحيوان والمنطق هل الحيوان تعينت هويته ثم جاء سيدنا الناطق وانضم اليه خرافة كبيرة جدا عدم فهم الواقع كما هو لا الناطقية هي الحيوانية ترقت حيوانية صارت ناطقية لكن في عالم التحليل حتى تفهم جيدا اقول حيوان ناطق لا استطيع ان اجد الحيوانية في قلب الناطقية لان الناطقية الناطقية ولا اجد الناطقية في الحيوانية لان بعد لم يتكامل فالناطقية غير حاضرة في الحيوانية قبل التكامل والحيوانية غير حاضرة في الناطقية بعد التكامل ذابت وترقت اذا علاقة عجيبة وغريبة علاقة عجيبة وغريبة حيوان ترى ناطقا اذا الانسان يساوي الحيوان ويساوي الناطق والحيوان يساوي الناطق. بعبارة اخرى نحن في مبدأ الهوية العلاقة بينهما علاقة هوية علاقة هوية يعني الانسان والانسان مبدا الهاوية انسان حيوان مبدأ الهوية الانسان ناطق مبدأ الهوية. الناطق الحيوان ناطق مبدأ الهوية وهذا الذي التفت اليه بعبقرية تخصه على من تباطل في كتابه البداية والنهاية قال الإنسان حمل اولي انسان حيوان حمل اولي انسان ناطق حمل اولي فقد قال الحيوان ناطق حمل شائع وكذلك هذا غير دقيق حتى الحيوان الناطق حمل اولي. لماذا? لانه لم لم نخرج بعد من من الهوية. خرجنا من الهوية. لا لم نخرج من الهوية. اذا الحيوانية ليست متعينة تمت وانغلقت ثم جاء سيدنا الناطق اليها. لا لا لا هي تلقت ناطقا هي تلقت ناطقة فما في تفكك داخلي هذا التفكك تفكك في البنية الذهنية في التحليل حتى نفهم مكونات الانسان كيف هي والا في الواقع الحقيقي الواقع الحقيقي فحقيقة واحدة يعني انسان حيوان ما معناه? يعني في حالة الابهام التكاملي لازال يتكامل ولم يتعين تكامله لسان ناطق خلاص وصل الى الانغلاق الحيوانية ذابت في الناطقية انتهى الامر انتهى الامر. ولهذا حيوانية الانسان تختلف عن حيوية حيوانية النمر. وحيوانية الاسد حيوانية اندكت في الناطقية. اتكلم عن الانسان الحقيقي انسان حقيقي حيوانية تحت حاكمية الناطقية والادراك هذا هو الجنس وهذا هو الف فصل المعتزلي قال عندنا حيوانية في الانسان وعندنا حيوانية في الاسد فصل الانسان ناطق فصل الاسد مفترس ما بين اشتراك حيوانية ما بين اختلاف الناطقية الافتراس اذا ما به الاشتراك الذي هو الحيوانية او اللونية السواد والبياض موجودة ام معدومة لا موجودة ولا معدومة معدومة يلزم تركب اه الحيوان من من العدم والوجود والانسان من عدم الوجود اذا كانت الحيوانية معدومة وكذلك تركب البياض والسواد من من امر من امر عدم من عدم هذه الفرضية مدفوعة يبقى فقط انها موجودة موجودة وهي ليست موجودة لان انت عندك حتة الاشتراك فلا موجودة هنا معدومة فتكون حالا فهم ساذج جدا للواقعية للواقعية. بينت لكم انا ما معنى الحيوانية كجنس؟ واللونية كذلك. اللون ما هو علاقته مع آآ البياض تكامل الى فصل هذا الفصل حصل وحقق البياض اللونية تكاملت في فصل ذابت في فصل وتشكل السواك ننظر للعلامة الحل كيف يجيب الوجه الثاني ان اللونية امر ثابت مشترك لم يقل موجود. قال ثابت امر ثابت مشترك بين السواد والبياض اشتراك الجنس في انواعه الاسد حيوان الانسان حيوان النمر حيوان كل الانواع تشترك في الجنس فيكون اللون او تكون اللونية اهو او هذا الامر الثابت فيكون كل واحد من السواد او كل واحد من السواد والبياظ يعني هذه الانواع او قل الاسد والانسان ممتازا على الاخر بامر زائد وهو الفصل يعني الناطقية والافتراس على ما به الاشتراك التي هي الحيوانية في مثاله هو اللونية ثم الوجهان ان كان موجودين موجودين هنا حسن زاد الهاموري يقول والمراد بالوجهين الامران المذكوران في الوجه الثاني ولذا يدل على بدل في المطبوعة الوجهان الامرين وان كان موجودين يعني اه لونية والفصل حيوانية والناطق الحيوانية والافتراس. كم بعدا يلزم قيام العرب بالعرظ لانه هو يتكلم في الانوار والانوان اعراظ اللون المفرق للبصر اللون الجامع للبصر. سواد البياض. يتكلم في الاعراض قال ثبوت العرض يعني الفصل عرض</w:t>
      </w:r>
    </w:p>
    <w:p>
      <w:r>
        <w:t>و والجنس فصل فصل في الالوان وان كان معدومين لازم ان يكون السواد امرا عدميا والبياض كذلك لان البياض ما هو لون اه مفرق للبصر او جامع للبصر لا يهم بتشكل من جنس وفصل. تخيل انت ما بين الاشتراك عدم البياض يكون عدا من والسواد يكون عدما لا تقل لا اللونية اللونية موجودة لونية موجودة ثم ياتي الفصل الحيوانية موجودة ثم يأتي الناطقية او الافتراس. مفترس يقول هنا عندنا مشكل معرفي عروظ العرظ على العرض يعني عروض النطق المفرق للبصر والذي هو عرض على اللونية التي يعرض نعم وان كانا معدومي لزم ان يكون السواد امرا عدميا ولزم ان يكون البياض امرا عدميا وهو باطن بالظرورة ان عندنا البياض بالضرورة يعني بالشهود عندنا البياض وعندنا السواد نشاهد سواد البياض وهو باطل بالضرورة اكتب تحت الضرورة الشهود فثبتت الواسطة نباتات الوسيطة الوسيطة التي هي الحل لا موجودة ولا معدومة والجواب من وجهين الاول ان الكل ثابت في الدين يعني قاعدة كلية ان الحيثيات هذه الحيثيات ثابتة في الذل بما معناه يعني عندك انت الحيثيات في الدين يعني عندك الوجود الخارجي في الدين؟ لا ابدا. حيثيات يعني هذه امور معقولة. يعني امور منتزعة اه لماذا امور معقولة? لا معقولة يعني معقولة في دائرتها اذا عاقلناها في دائرتها لا يعني باي حال من الاحوال انها ماتت المستقلة كالجلوس انا الجلوس اعقله في متن الانسان. هل له متن مستقل? لا لا ملازمة بين المعقولية والمتنية. والواقعية. هذا معنى كلامه ان الكل ثابت في الدين عليه امور انتزاعية هنا الكلي بمعنى الامور العامة يعني المفاهيم الثانية كل هذه الأمور التي نعاينها هي امور عامة هذه الامور العامة هي الحاكمة على الوجود حاكمة على الوجود حكمة الله البالغة والمذهب التجريبي غارق فيها  لا يؤمن بها مع الاسف الشديد يؤمن فقط بما هو محسوس. هذه الامور سابينها ان شاء الله بالتفصيل لانها مهمة جدا. كيف الوجود تحكمه الامور العامة وهذا اللي تدرسه الفلسفة اللي هي معلولية تقدم تأخر ان كان وجوب هذه كلها امور عامة. خاضع لها الوجود. كله جميعه فيلسوف يدرس هذه القوانين التي تحكم الوجود ان الكل ثابت في الدين فلا ترد عليه هذه القسمة. لماذا? لانه لا هوية له لا هوية له حتى تقول موجود ومعدوم وانما هو آآ وجود ربط الشيخ جوادي اموري اعطى اصطلاحا جديدا جميلا الحيثيات وجود رابطي عندنا الوجود الرابط والوجود الرابط والوجود الرابطي. هذه نبينها ان شاء الله في محلها. وجود ربطي جلوس هنا وجود ربطي وجود ربطي يعني مربوط بمتنه ليس له هوية مستقلة الثاني ان العرض قد يقوم بالعرض على ما يأتي كما بين وبين وبينت لكم انا الاستطالة عرظ على على الكم عرظ والاستطالة عرظ عرظ عرظ على عرظ وايضا فان قيام الجنس بالفصل ليس هو قيام عرظ بعرظ. بينت هذه المسألة العلاقة بين الجنسي والفصل علاقة اخرى ليس عرظ على عرظ العرض عرظ هوية مهوية والعرض الثاني هوية مهوية هذا يعرض هذا. يعني هذا له كيان مستقل العوارض الاول. والعرض الثاني له كيان مستقل ما هو يعرض الثاني اما من حيث الجنس والفصل انت في حقيقة واحدة مرة تكون في دائرة الابهام الابهام التكاملي وليس الابهام العلم الاجمالي لا ابهام التكاملي يعني الانسان يتكامل من الامتداد الى النمو الى الى الحساسية والحركة لا زال له كمال اخر بعد لم يتعين به وهو الناطقية. يعني الادراك العقلنة فهو لحد الان ليس كاملا مبهمة لا بشرط فالناطق ينظم اليه ام لا? هو يترقى ويتعين ناطقا ثم يصير نوعا ما وهو الانسان الحقيقة حقيقة واحدة يعني الانسان هو الناطق والناطق هو الحيوان والحيوان هو ناطق الحيوان هو الانسان حقيقة واحدة يأتي العقل يقول الانسان الماهية التامة الحيوان المهيا الناقصة. هي هي لكن ناقصة مبهمة ثم يأتي الناطق ينضم اليها ام هي ترقى الى الناطقية? هي ترقى الى الناطقية الإنسان والإنسان حمل اولي الإنسان حيوان حمل اول انسان ناطق حمل اولي حيوان ناطق حمل اولي لم نخرج عن دائرة الهوية نعم اما الثاني ان العضد قد يقوم بالعرض على ما يأتي يخليه اصل موضوعي يأتي في محله نعم هنا لعل ما الحسن زاد عملي يعطي مثالا نافعا السرعة تعرض الحركة والعرضة تعرض الجسم هاي السرعة حيثية من حيثيات الحركة. الحركة عرض وسرعة على طول وايضا فان قيم الجنس بالفصل يعني قيام الحيوانية بالناطقية ليس هو قيام عرض بعرض. ما عندنا هويتان منفصلتان ينضم شيء الى شيء. هوية الى هوية لا لا لا ليس من هذا الباب مطلقا كما بينته لكم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