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الله الله والحمد لله يا الله سبحان الله الله يا الله والحمد لله الله يا الله سبحانه اعوذ بالله من الشيطان الرجيم بسم الله الرحمن الرحيم وبه تعالى نستعين والصلاة والسلام على محمد واله الطيبين الطاهرين نزلنا اعزائي الطلاب معكم في هذه المسألة مسألة الحال هي ومسألة الممكنات المعدومة او المعدومات الازلية تنتمي كما ذكرنا في مقدمة هذه الدروس الى العرض من المد قلت لكم المتن على قسمين اساسي واراضي ملاك القسمة ان العرض اذا انفك من المتن حذف من المتن يبقى المتن او النص لا فرق على متانته وعلى عمقه والمراد الجدي يمكن الوصول اليه الاساتذة اذا حذفت الاساسي النص ينتفي تماما المتن يتبخر تماما. قضية الممكنات المعدومة كما قاربها المعتزلة وكما سمعتم الدرس والحال من الأمور العرضية. احذفها من النص من هذه الدورة العقدية او الكلامية لا تتأثر الدور مطلقا لماذا? لانها خرافات الخيال الانساني والخيال المعتزلي في ذلك الزمان لم تنضج الفلسفة ولا علم الكلام ذلك النضج الذي يؤهل الانسان للتعاطي مع هذه الامور تكوينية او العقدية بطريقة ناضجة وراقية قال وقسمة الحال مجرور معطوف على ما مر فبطل ما فرعوا عليهما يعني من الممكنات العدمية او الاعدام الازلية من تحقق الذوات ومن قسمة الحال الى المعلل وغيره وتعليل الاختلاف بها. يعني بالحال وغير ذلك مما لا فائدة بذكره يعني حتى المحقق التونسي ملتفت الى ان هذه المسألة لا قيمة لها لا في البعد المعرفي ولا في البعد العقدي نعم وقسموا الحال الى لهم مبدأ مبدأ الاشتقاق اولى ومثلوا بالعالم الانسان العالم العالم فيه مبدأ لهذا الاشتقاق والاشتقاق العالم مبدأ الاشتقاق هو الصفة والعلم يعني الكمال اما اذا قلنا الاسود فما عندنا هناك ملاك للسوائل للأسودية هكذا هم يقولون لأنهم لا يفهمون جيدا المعاني العميقة. ثم يقولون الواقعيات كلها تشترك في الماهيات وتتميز ما يميزها بالحال ويأتي الرد على هذه الامور التي لا تتميز بقيمة معرفية ولا عقدية اقول لما ذكر المحقق الطوسي تفاريع القول بثبوت المعدوم شرع في طريق تفاريع القول بثبوت الحال وذكر منها فرعين. الاول يعني الفرع الاول قسمة الحال الى المعلل وغيره يعني معلل وغير معلل. قالوا ثبوت الحال للشيء اما ان يكون معللا معلل هنا ليس بالمعنى العلية والمعلولية في علة تفيظ المعلول لا معلن عن الميلاد له ملاك معللا بوجود قائم بذلك الشيء كالعالمية المعللة بالعلم لان العالمية حال كالفوقية والتحتية كل هذه نعم احوال للواقعية. فاذا قلت عالمية كالعالم له مبدأ الاشتقاق العالمية التي هي حال انتزاعية كذلك لها مبدأ الاشتقاق والعلم او لا يكون هذا الحال كذلك. يعني له مبدأ الاشتقاق له ملاك معلل. كسواديت سوادية والابيضية و هكذا امور فقسموا الحال الى المعلل يعني له ملاك واقعي وغيره كلها خرافات نعم لا انت تقول الابيضية من اقوى البياض الاسودية من السواد كيف تكون ابيضية والاسودية بدون ميلاد ثاني اتفقوا على ان الذوات الذوات يعني هذه الجواهر التي نعاينها ماء ذهب فضة ملك انسان كلها متساوية في المهية صحيح هذا الكلام صحيح يعني في عالم الخلق كلها ماهيات والما هي ماذا جعلها? جعلها كالجنس فتتميز بحال لا الما هي مفهوم فلسفي مفهوم ان انتزاعي حيثية كون الواقعية محدودة فتتعين بما هي اذا حتى الماهية لم يفهموا معناها نعم وانما تختلف هذه الذوات باحوال تنظاف الى تلك المهيات فالحال هو الذي يميز هذه الزواج الكثيرة التي تشترك في الماهية اشتراك في حيثية انتزاعية ليست جنسا وليست فصلا نعم متفقة اكثر العقلاء على بطلان هذا العلامة الحين يكثر من اجمع العقلاء واكثر العقلاء تقيما للاكثرية في الامور العقدية والعقلية بلاك هو البرهان هو الدليل واتفق اكثر العقلاء على بطلان هذا هذا الكلام لوجوب استواء المتماثلين في اللوازم ولم يناقشوا في القسمة فانت من حقك ان تقسم كما تشاء بملاك كما تشاء المهم ان المبنى يكون صحيحا ناقشه في ان الواقعيات او الذوات تشترك كلها في المايت انتم درستم في المنطقة. الشكل الثاني ما هي بنيته بنيته عندنا موضوعان مختلفا الف جيم يشتركان في محمول واحد في الموضوع الأول بالثبوت الموضوع الثاني بالسلب. يعني محمول على الموضوع الأول مسلوب عن الموضوع الثاني اقول الجسم متحيز الله ليس بمتحيز فبالضرورة والقطع في بينونة بين الله والجسمية. الله ليس بالاسم الشكل الثاني دائما ينتج معرفيا نتيجة سلبية بنيته بنيته الكونية متشكل من قضية اولى لها موظوع ولا محمول ثابت بالايجاب للموضوع ولها قضية اخرى موظوع منفي عنه المحمول نفسه اه تباين الذات بين الموضوع الاول والثاني اكتشفناه من من ثبوت اللازم الأول كالتحيز للجسم وانتفات تحيزه على الله تعالى. نكتشف البينونة بين الله التحيز. هذه هي فلسفة شكل الثاني في الحقل المنطقي يطبق هذه القاعدة على اه على كلام المعتزلة. كل الذوات ماهيات كل الذوات ماهيات واينما تكون الماهية تأتيها لوازمها واذا اتحدت كل الذوات تتحد في جميع اللوازم. من يقول هذا من يقول هذا اذا النار والماء اشتركا فيما هي انتزاعية. اما المهي بالحمل الشائع يعني الحقيقة المائية والحقيقة النارية متباينتان بالاطلاق اذا اذا اشتركت على مبنى المعتزلة كل الذوات في الماهية فلا حقيقة واحدة فلوازمها تكون حقيقة واحدة ما يعني ان الواقعيات كلها متداخلة. النار هو الماء والماء هو النار والماء والذهب والذهب هو الماء والملك هو الماء والذهب وهكذا وهذا خراب للبنية الوجودية وخراب للبنية العقلية واتفق اكثر العقلاء على بطلان هذا هذا المبنى لوجوب استواء المتماثلين في اللوازم على ماهية وهذا ماهية وحدة الماهية اذا وحدة اللوازم بناء على القانون العقلي اينما تكون الذات تكون معها لوازمها فالماء ما هي فله لازم هو رفع العطش النار ما هي? فيلزمها رفع العطش كذلك وليس الاحتراق او العكس النار يلازمها الاحتراق فالماء باعتباره ما هي؟ يتحد مع النار في المهية  فيكون كذلك محرقا وهذا خلط بين المهي بالحمل الشائع والماهية كمفهوم فلسفي كحيفية من الحيثيات جيد اذا اختلطت المهيات واتحدت اللوازم اختلطت يعني اتحدت واتحدت في لوازمها ماذا يتفرع لذلك بدأ يتفرع على ذلك فالتفريع فيجوز على القديم الانقلاب الى المحدث والمحدث يصير يصير آآ يصير قديما يعني الله يصير آآ انسان والانسان يصير اه الى فيجوز على القديم الانقلاب الى المحدث وبالعكس والمحدث لا القديم هذا اشكاله? يعني كل الواقعيات تختلف تصير حقيقة واحدة ولان التخسيس لا بد له من مرجح هذه العبارة ولان التخصيص لابد له من مرجح وليس ذاتا والا تسلسل ولا صفة لازمة للذات صفة ذات يعني صفة لازمة للذات والا تسلسل هذا بحث فلسفي آآ يثار اين يثار في الحقل الفلسفي تحت هذا السؤال. كيف تعددت الافراد وهذا القانون ينطبق فقط على الماديات لا يطاله الله تعالى العقول والملائكة والمجردات كيف مثلا الحقيقة الانسانية تعددت في الافراد</w:t>
      </w:r>
    </w:p>
    <w:p>
      <w:r>
        <w:t>الكل يقول للمادة المادة هي سبب التكثر ولهذا ترشح من الانسان نطفة فتصير انسانا اخر يشير الى هذا القانون قانون عويص جدا وصعب يدرس في الحقل الفلسفي. يقول ولان التخصيص يعني التشخص يعني الماء تخصص في دائرة وتشخص النار كذلك القمر كذلك الشمس الانسان الملك ولان التخصيص بهوينا لابد لهم من مرجح نعم. لماذا تخصص ماء او تخصص نارا او هذا الماء ذاك الماء لابد له من مرجح الملاك ملاك جعله ماء و ملاك جعله نارا لابد له من مرجح المرجحات اما مكونات داخلية جنس وفصل او لوازم لا تنفك او عوارض قد تنفك تأتي وتذهب نأتي الان الى الذاتي داخل الذات جنس او فصل ولان التخسيس لابد له من مرجح واضحة جدا وليس ذاتا وليس ذاتا وليس من مكونات الذات كذلك. لا ذات ولا  اذا كانت الذات هي ملاك التشخص والتخصص تشخصت ميلاك موجود فيها تخصصت في زيد مثلا الإنسان الإنسان شخص في زيت زيت الانسان ام لا الذات موجودة التخصص قد تولد مصداقا اخر داك المصداق انسان كذلك يولد انسان اخر يلزم التسلسل اذن الذات ليست هي ملاك هذا التشخص التحدد اذا انتفت الذات كذلك تنتفي المكونات من الجنس والفصل لان الميلك واحد. اينما تكون الذات تكون معها مكوناتها من جنس والا تسلسل تسلسل يعني كما بينا ولا صفة الذات صفة ذات شرط ان تكون هذه الصفة لازمة نعم كلمة صفة تعني اللازمة لأن اللازم كذلك لا ينفك عن الذات اينما تكون الذات يكون فإذا كانت الذات هي ملاك ملاك التشخص فاللازم كذلك يكون هناك التشخص واللازم لا ينفك فاينما تكون الذات يكون معها فتتسلسل الامور. ويقول ولا صفة ذات والا تسلسلا اذا نحتاج الى لذة ولا مكونات الذات ولا لازم لا ينفك لا عرضي. العرضي يحتاج الى قابل هو المادة. اذا المادة هي ملاك التشخص هذه المسألة دعكم منها لا علاقة لها لا بالحال ولا علاقة لها بهذه المسألة هذه مسألة فلسفية نأتي الان الى المسألة الرابعة عشر في الوجود المطلق والخاص مسألة  تنتمي الى الاساس الا ان الاساس العاضد الخادم وليس الاساء الذاتي الاساسي قال ثم الوجود ما دام هو في بحث الوجود يذكر اه هذه المواصفات للوجود شؤونات الوجود بعدما ابطل الثبوت والحال رجع الى اصل البحث ثم الوجود قد يؤخذ على الاطلاق فيقابله عدم مثله. طبعا هذا التقابل مجازي وقد يجتمعان لا باعتبار التقابل ويوعقلان معا وقد يؤخذ الوجود مقيدا فيقابله مثله يعني العدم المقيد جميل هذه هذا الذاتي العاضد والخادم عندك نتا وجود مطلق غير مقيد باي ما هي من الماهيات لا انسان ولا بقر ولا ماء وجود مطلق في مقابل عدم المطلق طبعا هذا التقابل التقابل التناقض. تقابل مجازي ما عندنا عدم حتى يقابله. وانما الدين يعتبر يجعل هذا الوجود المطلق مرتفعا. يمكن يمكن بالادعاء نعم بالمجاز فاذا ارتفع الوجود المطلق ماذا يحل في محله مجازا ادعاءا كذبا خرطيا العدم المطلق فبينهما تقابل تقابل الناقضين تقابل الناقضين ولهذا يقول ثم الوجود قد يؤخذ على الاطلاق. لم يقيد قيد ما بمهية ما فيقابل هذا الوجود عدم مثله عدم مطلق وقد يجتمعان لا باعتبار التقبل كيف كيف يجتمع العدم المطلق مع الوجود المطلق? يقول لا لا بعنوان التقابل قال له اجتماع الوجود المطلق مع عدم المطلق مبدأ التناقض اي اجتماع الناقضين محال لا باعتبار التغابن ويوعقلان معا نعم. قلت لكم العدم مطلقا مطلق العدم المضاف اول المطلق لا يعقل الا بالوجود الا بالوجوب رفع الوجود يعطيك معنى العدم اذا بفظل الوجود وصلت الى العدم ويعقلان معا وهذا يجتمعان هنا العلامة الحلي يبين هذه النكتة اه يجتمعان كيف يجتمع العدم المطلق مع اه الوجود المطلق قد يستهجنها الانسان قد يمجها العقل سنبينها في مقاربة الاعلام الحي. اصبروا ويعقلا معا بيناها هنا خرج من الوجود الواقعي الذي يقابل العدم متن الواقع تقابل النقضين الى المعقولية وانتم دائما يجب ان تحذروا بنية الذهن بنية خاصة اذا حلت فيها الواقعيات ام ما يقابل واقعيتك الاعدام تخضع للبنية الدينية. يعني افاق المفاهيم والمعرفة غير افاق الوجود الخارجي. لا نخلط بين النظمين. نظم الذهن غير النظم ان نظمن خارجي نعم وقد يؤخذ الوجود مقيدا ووجود الشجر ووجود الانسان يقابله مثله عدم الإنسان عدم الشجر هنا العلامة حسن زاده امولي يشير الى ما اشرت اليه انا في الحاشية ينبغي في المقام يعني في هذا المقام كلام المحقق الطوسي التدبر التام في الفرق بين العين والمفهوم. يعني بين النظم الواقعي والنظم الذهني نعم اقول اعلم ان الوجود عبارة عن الكون في الاعيان. مر هذا الكلام وقلنا التعريف الدوري ولا بأس به لأنه في دائرة تعريف اللفظ ثم هذا الكون في الاعيان قد يؤخذ عارضا لماهية انما تقول وجود انساني وجود شجري يتخصص الوجود حينئذ بوجود انساني ووجود بقري ووجود مائي وقد يؤخذ مجردا مجردا يعني مطلقا مطلقا من اي قيد من غير التفات الى ما هي خاصة. فيكون حينئذ وجودا مطلقا. مطلق الوجود في مقابل مطلق العدد هذه الى هنا واضحة اذا عرفت هذا يعني اذا بنينا على هذا فالوجود العام الوجود العام هو الوجود المطلق يقابله عدم مطلق غير متخصص بهما هي خاصة. نعم. وهذا الوجود المطلق والعدم المطلق قد يجتمعان على الصدق يجتمعن على الصدق كيف شيخنا العزيز ومبدأ التناقض حاكم يقول لا يجتمعان ولا يرتفعان مطلقا. قانون عقلي معيار عقلي هو ملاك كل المعاريف يقول فان المعدوم في الخارج المعدوم في الخرج اه معدوم في الخارج اه تسامحه ما عنده الا معدوم في الخارج. يعني مجازا ادعاءا كذبا الكذب المعرفي ليس الكذب الأخلاقي فان المعدوم في الخارج الموجود في الذهن بعد انتقل من البنية الخارجية من النظم الخارجي الى النظم الذهني يا شيخنا العزيز العدم في الخارج مجاز في مجاز في الذهن مفهوم العدم. خرجنا من العدم الى مفهوم العدم. الى البعد المعرفي الى الفهم. الى الكشفية فانتقلنا الى نظم جديد نظم جديد اصبروا معي في تحليل هذا النص فان المعدوم في الخارج الموجود في الدين. المعدوم في الخارج لا ينوجد في الدين مطلقا الموجود في الدين هو مفهوم العدم كاشفية. وقلت لكم التفاحة في المرآة غير التفاحة في الخارج. التفاحة في الخارج لا تنوجد في المرآة مطلقا واللماء الذي ينوجد فيها ظلها شيء يكشفها وليس هي فان المعدوم في الخارج الموجود في الدين يصدق عليه انه معدوم مطلقا وانه موجود مطلقا. لا اله الا الله محمد رسول الله. خلط بي النظم قلطهم في النظم مع هذا ابين المسألة للطالب العزيز يصدق عليه انه معدوم مطلق في دائرته ام في دائرة حكايته يعني باعتبار المفهومية ام باعتبار الكاشفية والحاكاوية باعتبار ما يوصل اليه هو يوصل الى المعدوم الخارجي الذي هو مجاز في مجاز مثل</w:t>
      </w:r>
    </w:p>
    <w:p>
      <w:r>
        <w:t>التفاحة في المرآة اذا سألت العرفي تقول له ما هذه في الميراث? يقول تفاحة لا يقول حديد مصقول لا لا يلتفت الى هذه طبيعة العرف هكذا يقول تفاحة هل يقصد التفاحة كحديد مصقول وهي المرآة ام ام يقصد ما تحكيه ما في المرآة ما تحكيه في المرآة. يعني التفاحة المشار اليها وهذه ليست تفاحة في المرآة يصدق عليه انه معدوم مطلق باعتبار الحاكاوية. احكي باعتبار ما يشير اليه. سلمنا شيخنا العزيز. وانه موجود مطلق باعتباره عدمان محكي ام باعتباره مفهوما? باعتباره مفهوما. اذا الحيثية تختلف البعد يختلف. اللحاض يختلف. الافق يختلف ولهذا قال المحقق التونسي في المتن وقد يجتمعان لا باعتبار التقابل يجتمعان في مسألة اخرى يعني في الدين عندنا مفهوم ينتمي الى الشأن النفسي فهو وجود ينتمي الى الوجود المطلق باعتبار حاكيته او حاكي حكايته حاكويته فهو يحكي المعدوم المطلق. فاجتمع في الشيء الموجودية والمعدومية لكن ليس باعتبار التقابل بهذا الفهم وفي تصوري ان هذا خطأ من المحقق التونسي ومن العلامة الحلي البنية الذهنية نتكلم عن المفاهيم والبنية الخارجية نتكلم عن محك المفاهيم المصاديق الوجود ولكل نظم احكام نعم لانه تسمى ان المسألة فيها خلط فيها خلط فيها خربطة نعم اذا نظر الى وحدة الاعتبار يعني من جميع الجهات الوجود المطلق لا ينسجم مع المعدوم المطلق مطلقا امتنع اجتماع المعدوم المطلق مع الوجود المطلق. في الصدق على شيء واحد هذا هو الأصل مبدأ التناقض اما اذا قلت لا مفهوم العدم يصدق عليه انه وجود وانه معدوم غير صحيح لان هناك عالم المفهومية وانما يجتمعان كي قلت يجتمع وانما يجتمعان اذا اخذا لا باعتبار التقابل. يعني خرجنا من النظم الخارجي الى النظم العقلاني يعني نظم المفاهيم هناك نقول ليس عدما هناك مفهوم العدم. اين العدم? من مفهوم العدم. اين التفاحة الخارجية? من التفاح كيا. ولهذا كان المعدوم المطلق متصورا اه يعني عالم المعقولية البنية الذهنية للحكم عليه بالمقابلة للموجود المطلق هناك لا يقابل وجود مطلق بالعكس يعلم الدين من مصادق الوجود المطلق لانه شأن من شؤونات النفس وكل متصور ثابت في الذهن نعم من شؤونات النفس لكن هناك ليس عدما ذاك مفهوم العدم. يعني اشراقة تضيء معنى العدم الذي هو ما جلس في مجاز. وهذا غير العدم  والثابت في الدين احد اقسام مطلق الثابت. يعني الموجود في الدين احد اقسام مطلق الوجود فيكون الثابت المطلق صادقا على المعدوم المطلق لا اله الا الله. اكتب تحت هذه العبارة فيكون الثابت المطلق يعني الوجود المطلق صادقا يعني منطبقا على المعدوم المطلق. اكتب باعتبار المفهومية باعتباره شأنا نفسيا لا باعتبار التقابل ليس باعتبار النظم الخارجي. هناك يلزم اجتماع الناقلين وهذا الوجود المطلق والعدم المطلق امران معقولان. اذا في عالم الذهن يا سماحة الشيخ في عالم الذين كل المفاهيم والمعقولات متباينة بتمام الذات. لا تقابل بينها سلب بانتفاء الموضوع وان كان قد نازع قوم في ان المعدوم مطلقا متصور نعم من هذا الذي نازع? آآ سيأتي في المسألة السابعة والثلاثين ان الدين يتصور العدم المطلق  بعضهم ذهب الى ان المعدن المطلق لا يمكن تصوره الان. المعدوم المطلق في حيزه لا يمكن تصوره لأن المعدوم المطلق ليس حقيقة ادراكية فنركن الى الوجود بالادعاء نرفعه. اذا عقلناه باعتبار الوجود وليس باعتبار هويته المجازية الخرتية واما الوجود الخاص وهو وجود الملكات المتخصصة باعتبار تخصصها انه يكون مقيدا كوجود الانسان مثلا. المقيد بيقيد الانسان يعني بما هي انسانية وغيره من الماهيات كالماء والذهب والملك والفلك والشمس فانه يقابله عدم مثله خاص. واضحة المسألة وجود الإنسان ما يقابله عدم الانسان لان وجود الانسان لا يجتمع وفقا لقانون مبدأ التناقض مع عدم الانسان واللهم صلي على محمد وال محمد  آل محمد</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