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الى المسألة الخامسة عشر لان عدم الملك يفتقر الى الموضوع. قال المحقق الطوسي ويفتقر يعني عدم الملكة الى الموضوع كافتقار ملكتي شأنه شأن الملكة تقول الانسان يبصر الابصار ملكة فتحتاج الى موضوع فيه شيء يبصر عدم الملكة تقول زيد اعمى او لإنسان اعمى او الحيوان اعمى حسب الفرد او النوع او الجنس فما معناه معناه كمال من شأن هذا الموضوع بهذا القيد من شأن هذا الموضوع لا تقل خشب اعمى لان الابصار ليس من شأن الخشب اذا فقدان كمال من شأن هذا الموضوع الاتصاف به جيد ذهاب الكمال الذي هو من شؤونات الوجود كمال شغلات الوجود حيثيات الوجود احكام الوجود غابت عن الموضوع فيأتي عدم الكمال الذي هو العمى يستقر في الموضوع فتقول زيد اعمى الانسان اعمى الحيوان اعمى هل هذا الاستقرار حقيقي ام ادعائي مجازي? مجازي ادعائي العلماء يقولون له حظ من الوجود لا لا حظ له ولا يحزنون ادعاء في ادع اذا كان الكمال موجود البصر يبصر الانسان. يعني الاثار موجودة اذا غاب البصر لحادث ما يستقر مجازا فيه العمى. الاثار تختلف تنتفي لا يبصر ولا يشاهد شيئا. من الاشياء يريد يشير الى هذه النقطة مع هذا مع هذه الاظاءة هذه القاعدة يعني الملكة وعدم الملكة دائما تجري في الماديات لتطال الله تعالى ولا تطال الملائكة والعقول باعتبارها ليست مادية الا اذا من امن بي ان الله تعالى او الملائكة وجودات مادية هذا شأنه المبنى الصحيح ان الله مجرد عن المادة والملائكة والعقول مجردة عن المادة. قال ويفتقر من? عدم الملكة الى الموظوع يعني الى المحل كافتقار ملكته شأنه شأن الملكة بيناها بمثال البصر وهذه المسألة ذاتية خادمة عاضدة وليست ذاتية اساسية. اقول عدم الملكة ليس عدما مطلقا. عدم مضاف بل له حظ من الوجود ابدا ليس له حظ من الوجود الاعدام لا شيء وارتفاع البصر ويأتي عدم البصر لاين اين حظ من الوجود ويفتقر الى الموضوع كافتقار الملكة اليه لكن افتقارنا للموضوع حقيقة ام مجازا مجازا فانه عبارة عن عدم شيء عن شيء اخر يعني كمال عن موضوع من الموضوعات مع امكان اتصاف الموضوع بذلك الشيء. يعني من شأن الموضوع ان يتصل بالكمال غاية الأمر ان هذا الكمال لظرف ما لسبب ما اختفى. وضاع ثم يمثل العميل فانه عدم البصر لا مطلقا. فقط فقط فقدان كمال البصر ولكن عن شيء من شأنه ان يكون بصيرا فهو يفتقر الى الموضوع الخاص المستعد للملكة. يعني من شأنه الملكة كما تفتقر الملكة يعني البصر الى ايه? الى الموضوع. ولهذا لما امتنع البصر على الحائط لعدم استعداده امتنع العمي عليه. لا تقل الحائط اعمى او الشمس اعمى والقمر اعمى مسألة واضحة جدا نعم والتقابل بين هذا الكمال فقدان الكمال من موضوع له شأنية الكمال اقاموا الملكة وعدم الملك قال ويؤخذ الموضوع شخصيا ونوعيا وجنسيا قد تكون في ذلك الشخص تقول زيد اعمى قد تقول تكون في دارك الإنسان اعمى او الحيوان اعمى. اقول لما فسر عدم الملك بانه عدم شيء عن موضوع من شأنه ان يكون له يكون له ذلك تلك الملكة وجب عليه ان يبين الموضوع هذا الموضوع ما هي مصديقه? وقد اختلف الناس في ذلك عن العلماء فذهب قوم الى ان ذلك الموضوع موضوع شخصي فقط زايد اعمى لا تقل انسان اعمى او الحيوان اعمى فعادم اللحية عن الامراض عدم ملكة وعدمها عن الافضل ليس عدم المراكب  نعم في منتهى القرد رجل افت يعني انسان ما عنده الشعر ما عنده هذه اللحية عن ليس عدم الملكة وقوم جعلوا اعم من ذلك بحيث يدخل فيه الموضوع النوعي وحتى الجنسي بعدم اللحية من الاصطد ايجاب وعدم ملكة وعدمها عن الحياة وليس عدم ملكة ومرة يصعدوه الى الجنس وقد جعلوه اعم من ذلك بحيث يدخل فيه الموضوع الجنسي ايضا ولا مشاح في ذلك لعدم فائدته. جميل. جزاكم الله خير المسألة السادسة عشر في ان الوجود بسيط هذه المسألة مهمة جدا ذاتي عاضد قوي انا الوجود بسيط جيد يجب ان نفهم مسألة جيدة ايها الاعزاء هذه المسألة اركز عليها لفائدتكم لا تخلطون بين البنية الذهنية والبنية الخارجية من النظمة الذهني والنظمة الخارجي اذا تكلمنا عن مفهوم الوجود غير الوجود الواقعي عالم المفهومية الوجود المفهوم الوجود لا يحكي الوجود الخارجي ينال وجود الخارجي لا يمكن الوصول الى كله. يحكي فقط حيثية ما هي? انه طارد للعدل. يعني هو تحقق متحقق لا يمكن لمفهوم الوجود ان يحكي وجودي انا ويوجود الله تعالى ان له ذلك يحكي فقط هذه الحيثية ما هو كونه متحققا. انتهت حكايته اذا يحكي حيثية انتزاعية. ما معنى حيثية انتزاعية؟ يعني هاذي الحيثية معقولة وليست متنا واقعيا مستقلا عن الوجودات. ما عندنا وجود الهي بجنبه حيثية. وجود انساني بجنب حيثية العذاب لا. وانما هي شأن من شؤونات الوجودات فالتعقل ينصب على ماذا? على المتون ام على الحيثيات دائما على الحيثيات بأن لا هوية لها فلنصنع لها مفاهيم تحكي تلك الحيثيات. فالعلوم لا تحيط بالوجودات تحيط بتعيناتها باحكامها. هذه الاحكام تسميها حيثيات او الاعراض الذاتية نعم قال ولا جنس للوجود بل وبسيط لا فصل له. بسيط يعني غير مركب نعم كل ما فيه حيثيات جمعية ليس حيثية تفرقية. الكثرة هناك ذائبة فيه و مندكة مثل صفات الله تعالى عين ذاته هذه تنفعنا هناك اذا الوجود ليس من صنخ الماهيات التي تنقسم الى جوهر وعرض ونبحث عن جنسها وفصلها ابدا الوجود ليس من هذا السر. اقول قد بينا ان الوجود عارض لجميع المأكولات بينا ان الوجود غير الماهية جميع المعقولات يعني ما ندركه من ماهيات. فلا معقول اعم منه هذا هي البنية اذن هو ملاك المعقولات في النظم الديني وملاك الكونيات في النظم الواقعي فلا معقول اعم منه لانه ملاك. ملاك كل المعقولات نعم الايراني اذا قلت له اه زيد عالم يبقى متحيرا ذهنه اه يعني التركيب لم يلم لا ينعقد في ذهنه او لم ينعقد في ذهنه يجب تقول له هكذا زد علي ما اقصد الذي هو الوجود الرابط هو الذي يعطي بلاك الفهم لهذا التركيب نعم اقول قد بينا ان الوجود عارض لجميع المعقولات فلا معقول اعممه فوق المقولات وهو مناك حتى المعقولات الثانية فلا جنس له ولا فلا فصل. من باب سلب بانتفاء الموضوع خذها قاعدة خذها قاعدة ما عندنا جنس وفصل لاي مفهوم حتى المفاهيم المهاوية انسان بقر ماء حتى هذه ما عندنا جنس مفصل تقول شيخنا العزيز مضت خفت علينا انسان حيوان ناطق الأسد حيوان مفترس</w:t>
      </w:r>
    </w:p>
    <w:p>
      <w:r>
        <w:t>جنس وفصل لعب لا دقق جيد معي. الذهن يتعامل مع الحيثيات لا يصل الى كل الاشياء. حتى ابن سينا قال هذا الامر. لا نصل الى الانسان نأتي الى الانسان الى حيثياته حيثياته الإمتداد حيثية جوهر وما نعرفو حيثية النمو حيثية. الحساسية حيثية. الحركة حيثية. العلم ادراكي حيثية حيثيات ناتي ونرتبها الترتيبا تكوينية منطقية ونصنع له ما هي ونقول ما به الاشتراك مع باقي الانواع الجنس وما بين اختصاص فصل دي كلها مهيات صناعية لأجل الفهم لاجل التواصل المعرفي حيثيات كلها جمعناها الإنسان هو امتداد امتداد حيثية الانسان هو الادراك لا الانسان ادراك حيثية الحساسية حيثية الحركة حيثية كيف صارت هذه الحيثيات هي متن الانسان وماهية الانسان الانسان تقول انسان انسان فقط جسمنا حساس متحركة ناطق الا اذا دخلنا الى متن الوجود فيتجلى الانسان بوجود فتبرز له لوازم حيثيات اللوازم القريبة كما يسميها ابن سينا. نأتي هذه اللوازم المميزة ثم نجعلها ثقال ما هو ونجعل حيثية الاشتراك منطقيا حتى يترتب الفهم. الفهم من الاعم الى الاخص من الاعم الى الاخص وهكذا فنقول جنس وفصل البعد في النظم الذهني والا في النظم الخارجي هي حيثيات بسيطة. اذا كل الحيثيات بسيطة كل الحيثيات بسيطة وبالتالي لا تنسى ولها ولا فصل واذا وجدت تعريف للجنس والفصل تعريف تعريف صناعي تواصلي معرفي في البنية الذهنية فقط فلا جنس له فلا فصله من باب السالبة بانتفاع الموضوع باعتباره ليس من جنس المقولات والمهيات لان الفصل تعليل هو المميز لبعض افراد الجنس عن البعض نعم افراد الجنس لو قال انواع الجنس احسن يعني مصاديق الجنس التي هي الانواع ليس الافراد فاذا انتفت الجنسية انتفت الفصلية بل هو بسيط قلت لكم ان المفهوم الوجود اعلى من المقولات اعلى من الجنس والفصل وبالتالي لا ينقسم الى اه اه الى جنس وجنس اخر وبالتالي انتفى الجنس واذا انتفى الجنس لا معنى للفصل توا بسيط اذا اردت بياني انا بسيط جدا ما نحتاج الى هذه الادلة. اقول الحيثيات كلها بسيطة. يعني كل ما يحكيه المفاهيم الثانية مطلقا فهي بسيطة لأن الحيثيات والحيثيات يعني التعينات والتعينات لا هوية لها حتى تكون لها ذات مشكلة من جنس وغرس لا يقال لم لا يجوز ان يكون مركبا  لا من الاجناس والفصول كتركب العدد من الاحد هناك تركب العدد من الاحاد  هذا ليس مثالا للمنفي مثال للنفي العدد ما هو اثنين ثلاثة خمسة تكرر الواحد اتنين تكرر واحد مرتين. تلاتة تكرره اثمرت فالواحد علة لي تواجد العدد بحسب التكرر الواحد تكرر اثنين تعير تكرر مرة تعين للاثنان تكرر ثلاث مرات تعين الثلاث وهكذا اذا هذا التراكب ليس من صنخ الجنسي والفصل لان نقول تلك الاجزاء يدخل في متاهات هل اشكال اه متاهات الاستدلال على هذا الاشكال يا العلم الحلي قبل الدخول في الاستدلال لندقق المسألة جيدا. العدد كمون تم عرضن ماهيته والوجود فوق الباهية اذا هذا المثال لا معنى له مثل صاحبه الماهيات والوجود غير الماهية. انتم قلتم في فصل مستقل الوجود غير المهيأ واعلى من المقولات انتهى الامر ليس من صنخ العدد من العدد كم كم كن منفصل عرض والعرض ما هي والوجوه غير ما هي لماذا ندخل في الاستدلالات المتعبة مع ان المسألة بنيويا خطأ. بنيويا خطأ لهذا نقول تلك الاجزاء لنفرض ان الوجود له اجزاء. هذه الاجزاء وجود وجودات تقوم الشيء به نفسه يلزم الضوء اعداء يلزم اجتماع النقض ايضا تلك الاجزاء اما ان تكون موجودة او لا تكون كذلك. يعني معدومة. وعلى التقدير الاول يعني موجودة تكون طبيعة الجزء والمركب واحدة. يعني يلزم الضوء تقدم الشيعة على نفسه وتركب الشيم النفسي فلا يقع الامتياز الا بالمقدار وهو منتفي نعم كيف يتميز الجزء عن الكل؟ انا لا ادري يعني الوجود مم هذا الوجود له اجزاء كلها وجودات. ركبت المركب كونت المركب فالوجود تركب من نفسه ونفسه علة للمركب يلزم الدور يعني يلزم اجتماع النقيضين. ما هو جزء ليس بجوز وما هو مركب ليس مركب ولا يقع الامتياز بين الكل والجود لان الكل والجزء من الكل وجود والجوز وجودن الا بالمقدارية المقدار يعني الكل مقدار والجزء مقدار وهو منتفي من المنتفي على من حل من المنتفي? المقدارية المقدارية منتفية عن من? عن الجزء ام عن الكل ام عن مطلق الوجود المقدارية كمون كمون عرظ ماهية منتفية عن الوجود انتفاء موضوعي خروج تخصصي ليس تخصيصيا كما يقول الاصوليون وعلى التقدير الثاني يعني مركب من الاعدام لا يكون الوجود عارضا لجميع المعقولات مع اظفر دينائية كذلك هذا خوف يعني الوجود لا يعرظ الواقعيات انه معدوم والمعدوم اينما عرض ينفي الموضوعات ولا يحققها لا احسن تقول تركب الوجود من الاعدام يلزم اجتماع النقيضين محال لماذا تذهب بعيدا اذا هذه الاستدلالات عرضية احذفها حذفها من ذهنك هذا هو المبنى الصحيح الوجود حيثية يحكيه مفهوم الوجود والحيثيات كلها بسيطة لماذا? لا هوية لها حتى تتركب من جنس وفصل المسألة السابعة عشر في مقوليته على ما من الجوز ايت فينا هنا خلط بنيوي مهم جدا المحقق التونسي والاعلامي الحلي مرة في خلط بين النظم الذهني والنظم الخارجي مرة في خرط بين البنية والمبنى والبناء. يعني مسألة بنيوية لا تحتاج الى الاستدلال ليست مبنى يبنى عليه. بني هي التي تحمي الفكر وتحمي الوجود ملاك الفكر وملاك الوجود وبالتالي تأتي تبني عليها خطأ. فالبيان يكون قاطئا مرة لا مرة اللي في المباني مرة الكلام ظاهر في اصالة المالية مرة لا يمكن بيانه الا باصالة الوجود. هذا الخلط غير واضح في ذلك الزمن لم تكن هذه المسألة مفصولة في الحقل المعرفي فانت تتعجب تتعجب من بعض المقاربات في مقوليته يعني يقال يحمل في مأمقولية الوجود الوجود ليس بمقولة لو قال يحمل في محموليته كان افضل. على ما تحته من جزئيات الوجود ليس له جزئيات ليس له جزئيات. الماهيات لها جزئيات. قال ويتكفر بتكفر الموضوعات فدي مسألة ويقال بالتشكيك اكتب التشكيك المفهومي ليس التشكيك الصدرائي على عوارضها ويقول بالتشكيك على عوارضها يعني على موضوعها نعم ويتكثر بتكثر الموضوعات نعم هذا الوجود هذا الوجود يسري في مصاديق متعددة. وجود الانسان ووجود الماء ووجود الذهب اذا بنينا على اصالة المهيا اذا قلنا وجود الانسان يعني ما هي متحققة ما هي انسانية متحققة ما هي شمسية متحققة اذا بنينا على اصالة الوجود لوجود الانسان المتحقق ويتكفل بتكفل الموضوعات. واضح جدا يعني هذا الوجود العام المطلق يتجلى لنا في وجودات متعددة. وجود الشمس وجود القمر وجود الما وجود الملك واضحة جدا. ويقال بالتشكيك على عوارضها انتم قلتم الوجود مشترك معنوي. يعني تحقق تحقق تحقق اذا سرا في موضوعاته وجود الهي وجود انساني فتتساوى كل الواقعيات في الموجودية فيصير وجود الشجر كوجود الله تعالى يقول لا مفهوم الوجود يصدق على ما يسري فيه من مصاديق هو سماها جزئيات بالتشكيك. يعني تشكيك ما هو التشكيك? يعني بالتفاوت</w:t>
      </w:r>
    </w:p>
    <w:p>
      <w:r>
        <w:t>التشكيك كلمة تعني التردد يعني انا في كثرة ام في وحدة متحير وحدة ام كثرة. كلها وحدة تحقق تحقق تحقق وكثرة اله شمس بقر تراب ماء انسان حجر. كثرة ام لا? اترت اتردد اليست كلها وجودات اليست كلها متحققة وحدة اليست موضوعات متكفرة فانا بين كثرة واحدة واحتار هذا هو التردد. تشكيك على التردد التشكيك هنا المفهومي المشائي يعني صدق الحيثية يعني هذه الحيثية تتجلى في الله التحقق يعني الوجود وفي الحجر وفي الماء ليس على وتيرة واحدة والا صارت الواقعيات كلها واقعية واحدة. لا ابدا ملاك التشكيك ظابطة التشكيك الاولوية وعدم الاولوية يعني في الواجب له الاولوية في المخلوقات عدم الاولوية في الذات المقدسة هو الاول بالوجود اولية في عدم عدم الاولية ثم الشدة والضعف في الواجب لا نهاية لشدته بالمخلوقات تتنزل في الشدة ترى العقول شديدة الملائكة اقل شدة والانسان اقل وهكذا الى نهاية الوجود في سريانه وهي الاحجار مثلا المعادن او الهيولة اذن ايلا كان التشكيك ما هو ثلاث امور اولية والاولوية والشدة والظاء اقول الوجود طبيعة معقولة الوجود ليس طبيعة وجود مفهوم فلسفي الطبيعة تصدق على الماهية اذا هذا تسامح في تسامح في التعبير. طبيعة معقولة نعني قابل للادراك اذا حل الدين انا اشاهده انا في في معاينة معه مباشرة علم شهودي ثم اصنع له مفهوما للتواصل العلمي اقول مفهوم الوجود فاذا تواصلت معك وقلت مفهوم الوجود او الشجرة موجودة انت تفهم ان هذه الشجرة متحققة معقولة لوجود طبيعة معقولة كليا ليست كلية عامة. الفرق بين العام والكلي افهمها جيدا. العامة يسري في الحيثيات الكل يصرف الجزئيات الكل يسري في الجزئيات الكلي بمعنى ما هي جوهرية او ما هي عارضية. اما العاملة العام يسري في الحيثيات. ما عنده علاقة بالجوهر والعرض واحدة قلنا اشتراك معنوي غير متكثرة هذا الوجود الطبيعة المعقولة الكلية الوجود العام فاذا اعتبر عروضه للمهيات يعني الموضوعات انسان ما بقر شجر يتكفر بحسب تكفرها. نعم وجود انساني وجود بقري وجود مائل لاستحالة عروض العرض الشخصي ديما هيات متعددة نعم على وجود وجود الانسان خاص بالانسان لا يسري الى البقر والماء والذهب. الوجود العام هو الذي يطال جميع هذه الماهيات ويشخصها بالوجود يحققها بالوجود يقول لاستحالة عروظ العرض الشخصي يعني حيثية الشخصية لماهيات متعددة وتكون طبيعته متحققة في كل واحدة من عوارض تلك المهي اعني ان طبيعة الوجود متحققة في وجود الانسان. ووجود الفرس ووجود الماء ووجود الملك ووجود الشمس وغيرهما. من وجودات الحقائق ويصدق عليها صدق الكل على جزئيته? لا لا اكتب هذه قاعدة بنيوية صدق المفاهيم العامة على الحيثيات ليس صدق الكل على جزئي ليس لها مصديق لها مصدوق ابين المسألة انت الآن عندك مفهومة وفوق الوحدة اذا قلنا الصدق الكلي على الجزئي يعني يجب ان تجد الوحدة مستقلة عن موضوعاتها. لوحدها هكذا. مثل ما تجد طه الانسان وليل الانسان صدق الكل على الجزء دائما في المهيات فين ماهية انسان عندو طهارة عندو ليلى عندو خالد يصدق عليه. صدق الكل على الجزئي. اما المفاهيم العامة صدقها على الحيثيات ليس من باب صدق الكلي على الجزئي. وانما الصدق العام على الحيثيات. على الحيثيات  هادي فهمها جيد ويصدق عليها يعني ايه يصدق مفهوم الوجود العام على هذه الموضوعات صدق الكل على جزئياته? لا ابدا. لماذا قال العلامة الحلي وهو عبقرية لا شك فيها يقول ويصدق عليها صدق الكل على جزئياته لان هذه النقاط المعرفية انها لم تكن واضحة في ذلك الزمن وعلى تلك الماهيات صدق العارض على معروضاته نعم هذا جيد اذا عندنا انسان موجود اليس كذلك عندنا مفهوم الوجوب خرجوا من المفهومية بالادعاء والمجاز بالخرطي وضحوا في هذا هذه الواقعية. عندنا انسان ووجود في دائرة ذلك الوجود يقول صدق الكل على الجزئي لانه يعتقد ان يعتقد بان الوجود كل طبيعة تصدق على افرادها وجزئياتها. وانا قلت صدق العام على الحيثيات الان صدقه على الانسان قلنا الوجود غير الإنسان غير الماهية كيف يصدق يصدق صدق العارض على المعروف اذا صدق مجازي صدق مجازي يسري الى الانسان ببركة حيثية العالم ويصدق عليها يعني هذه الوجودات صدق الكل على جزئياته قلنا لا صدق العام على حيثياته وعلى تلك الماهيات التي يغايرها صدق العارض على معروضاته نعم نعم اذا صدق حقيقي ام صدق مجازي? صدق آآ مجازي نعم. اذا تقول كيف صدق مجازي شيخنا العزيز? نقول خذ هذا التركيب. الانسان وجود عندك الطهور للخارج مفهوم الوجود لا يصدق على الانسان حيوان ناطق يصدق على حيثية طريدية العدم فيسري الى الانسان سريان مجازي صدق العرظ على المعروض كما يقول العلماء اه الحلي وهذا كلام صحيح ويقال على تلك الوجودات العارضة للمهيات بالتشكيك هنا التفاوت. بينت التشكيك معنا معنى حيرة تجعلنا ندوخ بين الكثرة والوحدة كثرة ام وحدة. وذلك ان الكل اذا كان صدقه على افراده على السواء يعني التواطؤ كان متواطيا او متواطئا وان كان على السواء وان كان لا على السواء بل يكون بعض تلك الافراد اولى بالكل من الاخر او اقدم منو اه هو اشار الى ملاك الاولوية والاقدمية وانا اقول الاولية والشدة كذلك والضعف او يوجد الكل في ذلك البعض اشد منه ملاك الثاني في الاخر كان مشككا يعني مصدوق يصدق بالتفاوت والوجود من حيث هو بالنسبة الى كل وجود خاص كذلك يعني يصدق بالتشكيك يعني لا يصدق على الله تعالى كما يصدق على الحجر. لا الله شديد الحجر ضعيف. الله اولى بالوجود. الحجر ليس اولى بالوجود. الله اول من اتصف والحجر بعد ما اتصف نعم لان وجود العلة اولى بطبيعة الوجود من المعلول اولوية والاولية والشدة والضعف. والوجود في العلة سابق على الوجود هذه الاولية في المعلول واشد عند بعضهم فيكون مشككا. ذكر العلامة الملاك باقسامه الثلاثة اولية والاولوية والشدة والظاف قال فليس جزءا من غيره مطلقا تفريع على ممر. يأتي ان شاء الله واللهم صلي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