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هذا المقطع قال يعني المحقق الطوسي فليس الوجود جزءا من غيره مطلقا ويمكن لك التعبير بهذا التعبير تقول الوجود ليندرج تحته لا يندرج تحت مقولة من المقولات ابدا ستكون هذه المقولة  جوهرا له ثم يأتي الفصل ويتركب وكذلك لا يكون هو جزءا من شيء من الاشياء واضحة جدا اذا كان جزءا لشيء والشيء مركب منه يعني من هذا الجزء اره ذلك الغير وجود ام عدم اذا لم يكن وجودا فيكون عدما فالشيء يتنكر من الوجود والعدم وهذا محال اقول هذا نتيجة ما تقدم من ان الوجود لا يقال اه يقال على ما تحته من الجزئيات بالعروض يعني لا يكون في داخل الاشياء وذلك لان المقول بالتشكيك المعقول بالتشكيك بينا التشكيك يعني التردد بين الكثرة والوحدة المعقول يعني المحمول فاذا حمل على المهية عند من يقول باصالة المائية او على وجودات لمن يقول باصابة الوجود يحمل بالتشكيك بمعنى الاولية وعدم الاولية الاولوية عدم الاولوية الشدة والضعف الشدة والضعف هذا هو المقول بالتشكيك لان المقول بالتشكيك لا يكون جزءا مما يقال عليه مما يحمل عليه نعم فهو عربي يعني بعدما تنعقد الماهية يأتي هو نعم ولا نفس حقيقته مم حقيقة المعروض والمهيئ لامتناع التفاوت في ماهية واجزئها عمل خط تحت هذه العبارة لأنها مهمة جدا المهيات لا يجري عليها التشكيك ابدا الماهية لا يصدق عليها التشكيك ذوات ثابتة مطلق الماهيات اللاجئ عليها التشكيك لا المهية جوهرية ولا الماهية العربية التشكيك يجري في نسبة العرب او العرض نعم العرض الى الجوار هذه النسبة تسمى العربي مثلا عمامة بيضاء يعرض عليها البياض. قماش يعرض عليه البياض. قماش جوهر مادة التشكيك اين هذه العمامة مع الزمن تصير صفراء وهكذا الا التشكيك في جوهر العمامة يعني المادة كذات كجغر ولا في البياض فيه نسبة البياض للقماش للعمامة القماش هذه النسبة تسمى العرضي. التشكيك في العرضي. يعني التشكيك لا في البياض ولا في مادة العمامة. تشكيك في الابيضية. في الاعلامية بالاسودية. هذا يتصور فيه الشدة والضعف في اللون ولا في اجزائها نعم في الجنس والفصل على ما يأتي هذا امور تبين في المهيئة فيكون البتة يعني قطعا عارضا لغيره عارضا نعم الوجود لا يكون هو المعية والجزء لا جزء المعية. عارضا لغيره فلا يكون جزءا من غيره على الاطلاق. اذا الوجود من مقولة العرظي وليس من مقولة الماهيات اما بالنسبة الى الماهيات فلانه عارض لها او عارض عليها على ما تقدم قلنا هناك الوجود غير للمهية الوجود غير المائية المائية تنعقد ثم يعرضها الوجود نعم. اما بالنسبة الى المهيات فلانه عارض لها على ما تقدم من امتعاناع كونه جزءا من غيره وانه زائد على الحقائق يعني على المهيان واما بالنسبة الى وجوداتها نعم انظر هذه العبارة واما بالنسبة الى وجوداتها هنا فهم الكثير الكثير ان المشاء ويمثلهم هنا المحقق الطوسي يقولون باصالة الوجود يقول وجدتها يعني ما عندنا ايصال وجود عندنا وجود الانسان وجود نعم فهذا يوهم بالقول باصالة الوجود. جيد. هل المشاة يقولون باصالة الوجود? لا لا يقولون بها اصالة الماهية لماذا? لان مقاربتهم مقارباتهم للموضوعات العلمية كلها على ذوق الشيخ المطهري رحمة الله عليه يقول لم اجد موردا يقول فيه المشى باصالة الوجود الا موردين. الواجب وجود محض لا مهية له وانا اقول كذلك هذه لا تدل على صلاة الوجود تدل على ان الله ذات مطلقة فقط اما الوجود بمعنى الصدراء الى ثم الجعل الله تعالى يعطي الوجود ولا يعطي الماهية هذا كذلك لا يدل على اصالة الوجود. يعطي الوجود ان يحقق الماهية هذا فقط واما بالنسبة الى وجوداتها يعني عرض على الوجود فلانه معقول عليها بالتشكيك نعم ليس بالتواطؤ يعني في شدة والضعف كما بينا التشكيك. فلهذا قال رحمه الله مطلقا يعني مطلقا الوجود لا يكون جزءا لغيره حتى على الوجودات لانه مشكك متفاوت والجزئية يعني كونهما هي او جزء الشيء او لا يجري عليه التشكيك المسألة الثامنة عشر في الشيئية قال والشيئية من المعقولات الثانية وليست متأصلة في الوجود التفريع ما هو? فلا شيء مطلقا ثابتون. بل هي تعرض لخصوصية الماهيات هذه من الفقرات الذاتية العاضدة نعم الا انها قوية جدا ورائعة جدا فهذا الكتاب فيه اضاءات خارقة من المحقق الطوسي شيء هي من المعقولات الثانية يعني حيثية بمجرد ان تقول معقول الثاني المعقول الثاني لا يحكي الا حيثيات الا تعينات واذا قلت حيثية وجود ربطي يعني لا هوية لها مستقلة لا متن لها مستقل. لا واقعية مستقلة لها. ولهذا يقول وليست متأصلة في الوجود يعني ليس لها متن مستقل هذه خصوصية من? محكي المعقولات الثانية قلت لكم ما احكي المعقولات الثانية هي الحيثيات لها خصوصيات متعددة تعرض عدة مقولات تقبل التشكيك بسيطة انتزاعية وليست مستقلة متنيا. وجود ربطي. وجود ربطي. هنا يشير الى الوجود الربطي يقول وليست متأصلة في الوجوب كل الحيثيات هكذا ليس فقط شيئا لماذا ذكر بالخصوص? لان بعضهم ذهب الى ان شيئية ماتينية واقعية والشيئية من المعقولات الثانية المعقولات الثانية هي المعقولات التي تحكي الحيثيات فإذا قال الشيء يميل المعقولة الثانية لا يريد المعقول البنية الذهنية يريد محكي المعقول لانه تواصلي في التواصل المعرفي يتكلم لسان البنية الذهنية والا هو يشير الى البنية الخارجية من الذي ليس له متن في الواقع الخارجي. المعقول لا المعقول ينتمي الى البنية الذهنية اذا ما حكي المعقول شيئا كحيثية. انا شيء هذا الزجاج امامي المنضدة شيء شجرة شيء هذه الشئية انظر اولا دراك معنوي ومشككة لان كل الحيثيات تقريبا مشككة وليس لها متن مستقل. يعني لا تجد الشجرة بجنب وشيء تحييك بجنب اخر لا ابدا ولهذا قال وليست متأصلة في الوجود ما معناه؟ يعني ليس لها مات للواقع مستقل فلا شيء مطلقا ثابت فلا شيء ما عندنا شيء مطلقا بنحو الكلية ثابت يعني له متن مستقل بل تعرض اشارة الى الحيثية ان شاء الله الى تعين حيثية فيحكيها معقول انسان فلسفي بل هي تعرض لخصوصية المريض اعرض بخصوصية الماهيات يعني الشجرة ما هي وشيء الانسان ما هي شيء. الشمس ما هي? شيء قمر ما هي? شيء. الماء ما هي? شيء. الملك ما هي شيء اقول قال ابو علي بن سينا الوجود اما ذهني واما خارجي. نعم يعني عندنا بنية ذهنية وعندنا بنية خارجية البنية الذهنية انعكاس البنية الخارجية في البنية الذهنية انعكاس كما هو في الخارج بالاثار لا وانما انعكاس فهمي انعكاس عقلي والمشترك بينهما وهو الشيء يعني</w:t>
      </w:r>
    </w:p>
    <w:p>
      <w:r>
        <w:t>في الذهن شيء وفي الخرج شيء لا هذا غير معقول هذا الكلام غير معقول. يعني لم تكن العلوم الناضجة كما هو الحال الان المعقولات ليست شيئا معقولات لا هوية لها ما عندنا في الدين اشياء كائنات شيئية فقط في الوجود الخارجي شيء ذهنية شيئية فهمية ليست شيئية من صدق الوجودات الخارجية شيئية فهمية والشئية فهمية لا يصدق عليها الشيء بالحقيقة نعم فان اراد حمل الشيء على القدر المشترك وعلى صدقها عليه على هذا القدر المشترك. فهو صواب والا فهو ممنوع اذ اذا عرفت هذا فنقول شيئية والذاتية والجزئية واشبهها من المعقولات الثانية لماذا من المعقولات الثانية? لان كلها حيثية على ما نحن يقول فإن اراد ابن سينا حمل الشيعية على القدر المشترك على القدر المشترك يعني اشارة الى الحي في هذا الاشتراك المعنوي وصدق اه وصدقها عليه على هذا القدر المشترك فهو صواب لان طبيعة المعقولات الثانية انبساطية اشتراك معنوي تشكيكية ولا تصدق في داخل المهيات وانما تصدق في شؤونات المهيات في حيثيات الماهيات والا فهو ممنوع اذا اراد ان الشيئ لها واقعية مستقلة يعني تقول شيء اما ديني او خارجي فعندما شيئية مستقلة بالموجودية ثابتة كما يقول المحقق التوصي اه في العبارة ماذا قال في العبارة? ارجع الى العبارة المثنية وليست متأصلة في الوجود فهذا غير مقبول من ابن سينا. طبعا ابن سينا لا يشير الى هذا الامر فاذا عرفت فهذا هذا فنقول ابن سينا اذا قال الشيء اما ذهني وخارجي شي بالحبل الشائع وليس بالحبل الاول انا اقول الشجرة شيء مر اقصد الحيثية مرة اقصد ما تعرضه الحيثية شيء يعني يقصد الشجرة عندك شيء يعني عندك قلم عندك كتاب عندك آآ اه سيارة عندك بيت وهكذا. يعني بالحمل شاب نسينا يريد يعني ما تصدق عليه هذه الحيثية شجرة شيء الماء شيء اذا ينظر الى المصداق اذا عرفت هذا فنقول السيئية والذاتية والجزئية واشباهها كثير من المعقولات الثانية يعني الحيثيات التي تعرض للمعقولات الاولى يعني الماهيات لانها لان هذه الاشياء شيئية والذاتية والجزئية وو لا تعقل الا عارضة لغيرها من الماهيات. لا تعقل الا عارضة لغيرها من المهيات اكتئاب تحتها وجود ربط يعني لا استقلالية متنية لها لا استقلالية متنية لها كما يقول المحقق التونسي وليست متأصلة في الوجود معناه ليس لها واقعية مستقلة الشجرة شيء لا تجد الشجرة على اليمين والشيء هي تحييك على اليسار. هذا لا يمكن شيئية هي تعين الشجرة ولهذا لانها لا تعقل الا عارضة لغيرها. وجود ربطي من المهيات من بيانها وليست متأصلة فالوجود يعني ليس لها متن مستقل مثل كتأصل الحيوانية والانسانية والمائية والذهبية والقمرية والشمسية فيه في الوجود. بل هي تابعة لغيرها. اكتب تابعة لغيرها يعني وجود ربطه وجود ربطي ربطي ليس وجودا استقلاليا بل هي تابعة لغيرها في الوجود وليس يمكن وجود شيء مطلق ابدا من الحيثية. فلا شيء مطلقا ثابت. فما عندنا شيء مطلقا ثابت انما الثبوت يعرض للمهيات المقصوصة الشخصية الثبوت هو للمهيات اذا هنا رائحة اصالة المائية تفوح من كلام العلامة الحلي اذا عندنا انا من اصالة المهيا عندنا الواجب متن صحيح واقعي وعندنا الماهيات الجوهرية متن الواقع صحيح وعندنا الاعراض اما الحيثيات والعرضيات هذه وجودات لا ليس لها اه متنية مستقلة نعم وانما هي راه مربوطة بغيرها عندنا الوجود الرابط على قسمين وجود الرابط في باب المعرفة تقول الإنسان علي ماسط يعني الذي يربط الموضوع بالمحمول. هذا الوجود الرابط في باب القضايا وعندنا الوجود الرابط على باب نصب المتألهين المعلول رابط بعلته هذا في الأنطولوجيا في الوجود الواقع الخارجي وعندنا الوجود الرابط اه عروض الاعراض للمهيات يعني البياض مثلا العمامة قماش عندنا البياض وعندنا الابيضية الابيضية هي العرضي الذي يجري فيها التشكيك هذا الوجود الناعتي الوجود الرابط هذه الاستراحات حتى نفكك بين هذه المفاهيم. ولا نخلط بهذه المصطلحات كلها للمتأخرين الوجود الناعتين هنا ينعت القماش بالبياض الوجود الرابط وعندنا الوجود الربطي الوجود الربطي للحيثيات للاعراض الذاتية للحيثيات للتعينات وجود رابطي هنا العلم الحلي بتبع المحقق الطوسي يقول بالوجود الربطي وليست متأصلة في الوجود ان شاء الله الى الوجود الربطي ماذا يقول ان وليس يمكن وجود شيئية مطلقة فلا شيء مطلقا ثابت انما الثبوت يعرض للمهيات المخصوصة الشيءية. ثبوت فقط خاص بمن? بالماهيات الجوهرية والماهيات العرضية. اما شيئية فهي وجود رابطية  تم الكلام في المسألة الثامن عشر. نروح الى المسألة التاسعة عشر في تمايز الأعدام تمايز الاعدام يعني يعقل ان الاعدام تتمايز يعني الاعدام لها متنية حتى تتمايز اذن التمايز التمايز انتزاعي التمايز اعتبار ان التمايز التواصلي تواصلي والا الاعدام لا شيء حتى تتمايز نعم يقول قال يعني المحققة التونسي وقد يتمايز الاعدام قد تدخل على المضارع تفيد التقليل. وقد يتمايز الاعدام ولهذا استند عدم المعلول الى عدم العلة لا غير ولا في عدم الشرط وجود المشروط انا في فعل ماضي من المنافاة عطف على اسنانه استند عدم المعلول الى عدم العلة لا غير ونافى عدم الشرط وجود المشروط. يعني اذا انتفى الشرط ينافي وجود المشروط. يعني اذا انت في الشرط ينتفي المشروط وصحح عدم الظد وجود الاخر بخلاف باقي الاعدام عبارات مغلقة الا انها ليست صعبة  اذا هذه الاعدام كلها اعدام انتزاعية. يعني انت الان عندك علة نار عندك خشب تحرقه النار اليس كذلك ارفع الاحتراق انتزاعا ادعاءا ادعاءا خرطي ترفع الوجود لا يمكن ترفع ادعاء نقول عدم احتراق الخشب اية اية كاشف على عدم العلة يعني نار ما فيه هل هذا حقيقة ام انتزاع? انتزاع الا ان هذا الانتزاع ليس سليقيا كما تشاء ذوقي الله ناتج من نفس الامر من واقع النفس امري. كذلك لو كان فيهما الهة الا الله لفسدتا يعني السماوات والارض ان في الشرط ما في تعدد الالياء الفساد ينتفي بطل الفساد ينتفي الشرط اه وصحح عدم الضد وجود الاخر. عدم الضد  يعني اذا انتفى السواد من العمامة ياتي البياض واذا انتف البياضية السود. اذا تواجد السواد في الحمامة دليل على انتفاء البياض. الذي هو ضده نعم بخلاف باقي الاعدام. اقول لا شك في ان الملكات متميزة الملكات متميزة. نعم ملكة السمع غير ملكة البصر ملكة الذوق وهكذا واما العدمات فقد منع قوم من تمايزها تمايز المتن نعم مستحيل. اما التمايز الانتزاعي ببركة الوجود يمكن لماذا هذا ما نعى تمايز الاعدام? بناء على ان التميز انما يكون للثابت خارجا يعني لي هو المتن الحقيقي لوجود الوجودات تتمايز اما الاعدام هي لا شيء كيف تتمايز? نحن نقول تمايز الادعائي التمايز الاعتباري الذي هو ناشئ من نفس الارض من الواقعية كما بينت لكم. ارفع الاحتراق تكشف عن ارتفاع العلة. ارفع العلة يرتفع الاحتراق نعم. وهو خطأ العلامة الحلي يقول من نفى التمايز في الاعدام خطأ. لماذا? فانها تتمايز بتمايز ملكاتها. يعني يرجع الامر الى الامور الثبوت الى الامر وجود وهذا هو المبنى الصحيح</w:t>
      </w:r>
    </w:p>
    <w:p>
      <w:r>
        <w:t>هذا هو المبنى الصحيح عندك ملكة الابصار والآلة العين تبصر صار حادث راحت هذه الالة راحت ملكة الابصار فنقول انتفى الابصار يعني هذا العدم رفع البصر يعني العذاب اذا يجب ان ترجعها الى متن الوجود الاصلي حتى تفهم العدم نعم وهو خطأ فانها تتمايز الاعدام بتمايز ملكاتها يعني ارجعها الى الملكات الى الوجود. واستدل المصنف عليه بوجوه ثلاثة بيناها نعم هو لم يستدل وانما جاء بمصديق الأول ان عدم المعمول يعني عدم الاحتراق يستند الى عدم العلة. يعني ما فيه نار ولا يستند الى عدم غيرها. نعم للمسانخة فلولا امتياز فلولا امتياز عدم العلة من عدم غيرها لم يكن عدم المعلول مستدني اليه دون غيرنا لان الاحتراق من النار اذا ارتفع الاحتراق يعني صار الاحتراق عدما بالادعاء صارت النار عدما بالاحتراق نعم وايضا فانا نحكم بناء عدم المعلول لعدم علته. ولا يجوز العكس عدم العلة لعدم معلولة ولا يجوز العكس يعني انت اذا اه هادي فالأمور المادية عندك نار تحلق الخشب  حتما اذا انتفى المعلول يكشف عن كفاء العلة ام يكشف عن انتفاع العلة الخاصة الخاصة الذي تحرق ولهذا يقول وايضا فانا نحكم بعدم المعلول لعدم العلة. انت انزع النار الاحتراق ينتفي اما اذا نزعت الاحتراق هل يعني ان النار منتفية? لا قد النار تكون موجودة لكن العلل المعدة يعني الاقتراب البلل غير موجود. الاحتراق لا يكون آآ النار هناك ليست علة هناك النار اه كيان مستقل حتى تصدق عليها العلية يجب ان تتحقق كل الشروط التي تؤدي الى الاحتراق يعلم الحلي فهنا نحكم بعدم المعلول عدم علته ولا يجوز لا يجوز العكس اذا انتفت العلة بشروطها الاحتراق ينتفي. فلولا تمايزهما يعني عدم العلة وعن عدم المألول لما كان كذلك. نعم. واضحة جدا. اذا هل هذا التمايز واقعي ام تمايز ادعائي ببركة الوجود؟ ادعائي يعني ايه انتزاعي؟ يعني صنعي. لكن تحت ضغط الوجود. صنع نفس امري الذي نافى التمايز بالاعدام يشير الى هذه النقطة ما عندنا واقعيات تسمى الاعدام حتى تتمايز. نحن نقول لا ما عندنا واقعيات صحيح لكن عندنا واقعيات اذا رفعناها بالادعاء فهذا الادعاء نسميه التمايز في الاعداء. الثاني ان عدم الشرط ينافي وجود المشروط نعم عدم الشرط ينافي وجود الشرط يتناغم مع عدم المشروط ان عدم الشرط ينافي وجود المشروط لا يمكن ان يكون الشرط منتفيا والمشروط متحققا. لاستحالة الجمع بينهما. مبدأ التناقض لماذا? العدم لا يولد الوجود. العدم لا يولد الوجود. وهذه اخذها المناطق وجعلوها اصلا اساسيا في انتاج القضايا القضايا القياس الاستثنائي باش قضية بالشرطية المتصلة سجلها عندك هادي نعم ان عدم الشرط ينافي وجود المشروط لان العدم لا ينسجم مع الوجود لاستحالة الجمع بينهما. العدم يولد الوجود مستحيل لان المشروط لا يوجد الا مع شرطه والا لم يكن الشرط شرطا وعدم غيره لا ينافيه عدم غيره يعني عدم الشرط لا ينافي المشروط يتناغم معه فلولا الامتياز لم يكن كذلك. اذا عدم الشرط متميز عن عدم المشروط وفي تناغم بينهم عدم التنافي. اما اذا عدمنا الشرط والمشروط موجود يلزم اجتماعا ناقضا. كيف العدم يولد الوجود الثالث ان عدم الظد عن المحل قلتم سواد البياظ يصحح وجود الظد الاخر. ارفع السواد عن العمامة يحل البياض ارفع البياض يحل السواد لانهما لأنهما ضدان لا يجتمعان في موضوع واحد نعم ان عدم الظد على المحل يصحح وجود الظد الاخر في لانكفاء صحة وجود الطارئ مع وجود الظد الباقي. لا يمكن ان ياتي البياض طارئ على العمامة والسواد مستقر مع وجود الضد الباقي السواد مستقر هذا غير معقول يلزم اجتماع الظدين وعدم غيره لا يصحح ذلك فلابد من التمايز وعدم غيره لا يصحح ذلك. نعم اذا فهمنا الادب. تقول استقرار السواد في العمامة يشير الى رفع البياض. عدم البياض في العمامة. ها وعدم السواد اذا استقر البياض لا يحل العمامة فعندنا عدم سواد وعندنا عدم البياض بينهم تمايز تمايز مع الثالث ان عدم الضد عن المحل يعني ارتفاع البياض عن المحل يصحح ماذا? وجود الظن يعني السواد الظد الاخر يعني السواد فيه في المحل لانتفاء صحة وجود الظد الطارئ مع وجود ظد وجود الظد الباقي لا يمكن للسواد ان يستقر في العمامة والبياظ مستقر ابدا. لانتفاء صحة وجود الضد الطارئ. يعني البياض يريد ان يحتل العمامة ويستقر فيها. مع وجود السواد مع وجود الضد الباقي وعدم غيره وعدم غيره لا يصحح ذلك. نعم آآ عدم الغير يعني مصر عدم البياض ارتفاع البياض ارتفاع البيع لا يصحح عدم السواد لا قد يأتي اللون الاحمر اللون اللون البنفسجي وعدم غيره يعني عدم البياض مثلا لا يصحح عدم السواد في اه لا يصحح اه السواد في اه العمامة لان اه لان الظدين لا يجتمعان نعم ولكن يمكن ان يرى اه تفعل وعدم غيري لا يصحح ذلك يعني لا يصحح استقرار السواد. يعني اذا العمامة ارتفع عنها البياض هل ياتي السواد او عدم السواد لا لا السواد ولا عدم السواد قد تكون حمراء. لا يصحح ذلك يعني لا يصح حلول السواد او عدم السواد في العمامة فلا بد من التمايز اه فيه تمايز بين عدم السواد وعدم البياض قال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