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والحمد لله سبحان الله الله يا الله والحمد لله الله يا الله سبحانه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وفقنا الله واياكم لكل خير وصلنا الى مطلب دقيق  ينتمي الى عالم التحليل  وليس ينتمي الى عالم الوجود تحليل يعني فعالية ذهنية نعم قال ثم العدم قد يعرض لنفسه تقول العدم عدم فيصدق النوعية ايصدق النوعية يعني اه وهذا الكلام سابينه. الان ابين المتن فقط وابين الخلل اه في هذا الكلام لماذا لان المعايير العقلية غير موراها مراعاة هنا بحث بنيويوي اكثر ما هو بنائي يعني معرفي ثم العدم قد يعرض لنفسه انعدموا يعرضوا لنفسه تقول عدم عدمه. انا اسألك بنية هادي مبدأ الهوية يعني العدم في دائرة ما هو وجود له عدمه فقط مبدأ الهوية يعني تعين العدم بدائرته بغض الطرف عن الواقع الخارجي او الواقع الذهني ما عندنا علاقة لا بالذهني بالواقع الخارجي. عدمه في في دائرته عدمه لا زيادة ولا نقصان لا زيادة ولا نقصان حتى التميز غير موجود هناك اما الذي يسمى بالحمل الاولي لان مبدأ الهوية يفرز الحبل الاولي في الدين مبدأ له يقول الف الف يفرز العدم عدم ما معنى هذا الافراز? هذا التركيب ادي تركيب تركيب تصوري بمعنى ان العدم في دائرته ينبسط في غير دائرة العدم يزيد على العدم او ينقص لا العدم عدم الانسان ايه? انسان الانسان انسان اذا قلنا الانسان انسان في اندراج لا الإندراج دائما يكون اذا انحازت الهوية انحاز هذا الموضوع الى حيثية من حيثيته يكون الاندراج. على مبنى اصالة الماهية الانسان انسان ما فيه لا اندراج ولا يحزن فقط بيان لان بيان لهذا الامر الهوية الانسانية في دائرتها انسان ازيد من نقص انتهى الامر الوجود هناك لا كلام عن الوجود الفهم لا كلام عن الفهم لا فهم ولا واقع خارجي. العدم في دائرته ماذا يمثل العدم? ما في اندراج حتى تكون جنسية ونوعية ثم اذا قلت الانسان خارج الانسان انسان عالم. هنا يأتي الازتياح. يقولون شاء يعني الانسان مندرج تحت مطلق العلم لان اركان الحمل شائعة بيناها ونعيدها للطالب العزيز الحمل الشائع يعني خروج الذات من دائرة مبدأ الهوية الى مبدأ الجوهرية. تقول الانسان عالم خرج عن دائرة الانسان وصار عالما قضى حمل الشائع. يقولون اركان حمل الشائع هي اندراج الموضوع تحت المحمول يعني اندراج الانسان تحت مطلق الكاشفية ثم سراية اثار المحمول الى الموظوع فاذا قلنا الانسان عالم فالعلم يسري الى الانسان فيصير فيصير الانسان كاشفا يكشف الاشياء. هذا هي اركان الحمل الشائع هنا المسألة بنيوية واذا قاربناها تيبوعديها المعرفي بنائيا ومبنائيا البيان يأتي خربطة انظر ماذا يقول ثم العدم قد يعرض لنفسه. يعرض لنفسه حقيقة ام هذا هذا العروض? عبارة عروض تحليلي. الانسان يعني الانسان يعرض على الانسان معقول واحدة واحدة عدم التفكيك هناك العروض للصفات للحيثيات للتعينات للاعراض الذاتية اما الذات لا تعرض لي ذاتها. اذا هذا العروض عروض تحليلي. يعني انت تجعل بقوتك التحليلية الانسان موضوعا وتجعل بقوتك التحليلية. الانسان محمول وتقول الانسان انسان. هل هناك عروظ? لا ابدا لان نحن في مبدأ الهوية لا عروض ولا صفة ولا يحزنون فيصدق النوعية فيصير العدم الموضوعي بناء على ما يقوله المحقق التونسي نوعا من العدم المحمول العدم عدم يا استاذنا العزيز يا شيخنا العزيز الاندراج دائما يكون في مبدأ الجوهرية. يعني اذا خرجت الهوية الى صفة من صفاتها مثلا تقول العدم متميز. التميز واسع جدا حتى في الوجودات تفاحة متميزة عن الماء. فالتميز مفهوم اعم من العدم. فيندرج العدم تحت التميز هذا حمل شائع اما فيكون العدمون نوعا من التميز. اما الذات في دائرتها لا انفكاك بين الذات والذات حتى تعرض الذات على الذات وتندرج تحتها ابدا. سيصدق النوعية لا يصدق النوعية لماذا? لان مبدأ الهوية لها معنى للصدق هناك والتقابل يعني التقابل بين العدم الموضوعي والعدم المحمول في قولك العدم عدم. والتقابل عليه باعتبارين اعتبار تحليلي فقط اعتبار تحليلي يعني التفكيك تحليلي فقط للتواصل للتواصل قد يكون شخص بليد لا يفهم الامور يقول ما هو الموز? يتعجب البائع قل له الموز موزن اسألني عن هل هو غالي اصفر كذا بوركينا فاصو هندي. ما تسألني عن الموزية. موزه موزون. موز موز فقط. اقول الموز موز موز موز. نعم والتقابل عليه وعلى هذا المبنى على العدم الموضوعي تحت العدم المحمول يعني الاندراج النوعي يعني العدم الموضوعي نوع من من العدم المحروم المحمول العدم المحمول كالجنس والتقابل بين العدم الموضوعي والعدم المحمول في التركيب. ما هو التركيب? العدم عدم باعتبارين لا يمكن بالحقيقة. الاعتبارين يعني بالادعاء اقول العدم قد يفرض عارضا لغيره. يفرض ما معنى يفرض حقيقة ادعاء امر فرض يعني ادعائي لغيره عارض غيري وقد يلحظ لا باعتبار عروضه للغير  وقد يلحظ لا باعتبار عروضه للغير فيكون امرا معقولا قائما برأسه. نعم نعم مفهوم قلت لكم انا كل الواقعيات وكل الحيثيات ورفع الواقعيات ورفع الحيثيات التي هي باب العدم الكل يعقل منفصلا الكل يعقل في دائرته وهذه خاصية للبنية الذهنية. لماذا? اذا فهمنا الاشياء المختلطة بشوشة لا يمكن فهمها. فهم يكون خاطئا يجب ان نفصله افكك وهذا هو الحمل الاولي عم اقول العدم قد يفرض عارظا لغيره. مثلا على نفسي تقول العدم عدم او مثلا العمى عدم. وقد يلحظ لا باعتبار عروضه للغير. فيكون لوحده في هويته هذه الهوية الانتزاعية الخورطية امرا معقولا قائما برأسه. سر ما هو? قلت لكم البنية الذهنية تعقل كل الاشياء متباينة كل الاشياء متباينة بتمام الذاتي سر المعقولية هذا سلا المعقولية هذا. نعم فيكون امرا معقولا قائما برأسه ويكون له التحقق في الدين. تحقق في الدين بالمعنى المعقولية وليس التحقق بمعنى المكنية افهموا جيدا هذه المسألة البنيوية كيانات الدين كيانات عقلية وليس كيانات متنية لها الاثار نعم اذا قال ويكون له تحقق في الدين ليس التحقق الخارجي المتن وانما التحقق الفهمي العقلي كيانات عقلية ثم ان العقل يمكنه فرظ عدمه هذا العقل قد يمكنه. اذا المسألة تحليلية في دائرة البنية البنية الذهنية حكم من احكام البنية الذهنية. كيف? تفهم العدم في دائرته فتسأل العقل العدم في دائرته ما هو? يقول العدم عدم اولي  في اندراج يعني ادرجت العدم الموضوعي تحت العدم المحمول يقول لا معنى للاندراج في دائرة مبدأ الهوية الاندلاج في دائرة مبدأ جوهرية نعم. يقول ثم ان العقل انظر ملتفت الى ان هذه المسألة بنية ذهنية وليست بنية خارجية. ثمان العقل يمكنه فرض عدمه. يعني تقول عدم عدمه لان الذهن يمكنه الحاق الوجود والعدم بجميع المعقولات حتى بنفسه تقول الوجود وجود والعدم عدم. فاذا اعتبر العقل للعدم ماهية معقولة اعتبره يعني</w:t>
      </w:r>
    </w:p>
    <w:p>
      <w:r>
        <w:t>يعني ادعاء لكن هذا الادعاء جاي من الامور الواقعية وليس كالياب الاغوال مثلا سليقتك تعتبر كما تشاء. حاكمية الوجود هو الذي يحدد لك دائرة الاعتبار هذه مسألة بنيوية كذلك سجلها ان العقل لا يمكن ان يصنع اه المفاهيم من عنديته وانما يصنعها تحت ضغط الوجود. الوجود هو الذي يحدد له ماذا يعتبر وماذا لا يعتبر. لان الذهن يمكنه اذا بنية ذهنية. الحاط الوجود والعدم بجميع المعقولات حتى بنفسه. تقول الوجود وجود والعدم عدم. لكن لا تقل وجود عدم او العدم موجود. مبدأ التناقض يرفض ذلك يعني لا يمكن لا يسمح لك ان تعتبر هذا الاعتبار ابدا لان اه الذهن يمكنه الحاق الوجود والعدم بجميع المعقولات حتى بنفسه. الوجود وجود على معنى. فاذا اعتبر العقل للعدم ماهية معقولة. يعني كيان ذهني وفرض هذه معقولة معدومة يعني يقول العدم عدم كان العدم عارضا لنفسه يعني في موضوع ومحمول عارض ومعروف العدم عادم عارضا لنفسي انت تقول شيخنا العزيز هذا العروض تحليل ادعاء خرطي. اذا ليس من باب العروظ في مبنى الجوهرية تعني انت تأتي للعدم وتسأل العدم في هويته ماذا يشكل? باقول عدمه عدم. لا زيادة ولا نقصان. ويكون العادم العادم عارضا ويكون العدم العارض للعدم مقابل لمطلق العدم فيكون العدم العارض للعدم مقابل لمطلق العدد. باعتباره كونه رافعا له كي شيء عجيب وغريب اذن العلامة الحلي والمحققة الطوسي فهم عروض العدم على العدم. او عروض الانسان على الانسان اين? في دائرة مبنى الهوية. من باب العروض الحقيقية فحتما اذا قلت من باب العروظ الحقيقية يعني من باب العروظ في مبدأ الجوهرية. بعد ان زياح الهوية الى حيثياتها. حتما يكون هناك اه اندراج الموضوع مندرج تحت المحمول بباب الحمل الشائع لا ابدا هذا ليس من سنخي الحمل الشائع فالعلامة الحليم ماذا يقول? يقول هذا العدم المعروف عرظ على عدم الموظوع. يعني العدم المحمولي عرظ على العدم الموضوع عدم الموضوعي مطلقا معتبر مطلقا يعني العدم المطلق والعدم العارض في مقابل عدم المطلق وعدم عدم المطلق يعني قيد اخرج المطلق من اطلاقه. ولهذا يقول ويكون العدم العارض يعني المحمول في قولنا العدم عدم العارض للعدم مقابل لمطلق العدم. يعني كانه تخصيص للعدم المطلق باعتباره لماذا? باعتبار كون هذا العدم العارض يعني المحمول رافعا لعدم الموضوع وعدم اللهو ونوعا مين يعني فهم المسألة من باب الاندراج ويأتي العدم المحمول يعدم العدم الموضوعي لا اله الا الله ونحن اين في مبدأ الهوية وليس في مبدأ جوهرية فالعدم ليس حيثية حتى يأتي الحمل وانما هو هو ذاته ذاته بلا اندماج ولا نوعية ولا جنسية ولا عروض حقيقي ولا عدم مطلق ولا عدم خاص ولا مقابل مقابلة بين العدم العارض والعدم المعروف. فقط فقط بيان للهوية. العدم عدم عدمه عدم والا بالله عليك العدم يرفع العدم ام يعمقه اذا اردنا نتقعر في الاعتبار لعدم اذا عرظ على العدم يرفعه يرجع له وجودا? ام يعمق عدميته? يعمق عدميته. لماذا? لانه هو عدم يعطي يعطي صفاته يعطي كيانه للموضوع نعم انت عندك عدم سيأتي العدم يعرضه يعمق عدمه يدخله في كتم العدم. ولا يرفعه حتى يكون مقابل له يا شيخنا العزيز. اه نعم نعيد العبارة فإذا اعتبر العقل للعدم مهية معقولة يعني العدم وفرضها معدومة يعني هي معدومة كان العدم عارضا لنفسه. تقول العدم عدمه ويكون العدم العارض يعني المحمول للعدم يعني الموضوع مقابل لمطلق العدم نعم يعني جاء يرفع هذا العدم المطلق باعتبار كونه رافعا له يعني العدم المحمول يعدم يعدم هذا اه لعدم المطلق اذا عدمه قعر عدمه ام اعطاه الوجود رفعه لا لم يرفعه زاد في عمقه العدمي وعدم اللهو نوعا منه نوع يعني اندراج يعني عدم اه اما تقول العدم الموضوعي مندرج تحت العدم المحمول او تقول لا العدم المحمول باعتباره رفع العدم المطلق فهو نوع من انواع يلي من تجلياته باعتبار ان العدم المعروض يعني المحمول في قوله كان عدم عدم اخذ مطلقا على وجه يعم العارض له ولغيره يعني العدم الموضوعي عام من هذا المحمول وغيره فيصدق نوعية العدم العارض للمعروض يعني فيصدق نوعية العدم العارض يعني المحمول للمعروض يعني الموضوع والتقابل والتقابل بينهم باعتبارين اعتبار الاطلاقية والاعتبار التخصصية والنوعية وهذا الكلام كله خلط بنيوي كله خلط بنيويوي اخذ احكام اخذوا احكام مبدأ الهوية وتحليله في مبدأ الجوهرية او اخذ احكام مبدأ الجوهرية و مقاربة مبدأ الهوية فندخل في هذه المتاهات البنيوية اذا ما معنى العدم عدم في عروض لا عروض دائما في مبدأ الجوهرية. حين تتعين الذات او الموضوع بحيثية من الحيثيات الانسان انسان ما في عروض ما في اندراج ما بيان للهوية في دائرتها فقط. الانسان عالم هناك عروض اندراج حمل شائع وو اذا العدم عدم ما معناه? العدم عدم البيان للهوية العدمية في ذاتها وفي داخلها وفي دائرتها. العدم عدمها. لا زيادة ولا نقصان. اذا كون العدم الموضوعي مطلقا والعدم العارض يعني المحمولين النوعية من نوعية العدم المطلق هذا كله خلط قالت بنيويوي نعم قال وعدم المعلول ليس الا لعدم العلة في الخارج وان جاز في الدين على انه برهان اني وبالعكس برهان ليمي هذه مسألة جدا واضحة في بحث العلمية والمعنوية هل انتفاء احتراق الخشب يعني رفع رفع يعني ان النار تنتفي النهار تنتفي ذات النار لا تنكفي لكن الشروط التي ادت الى الاحتراق تنتفي يعني عندك انت ورق وعندك نار هذه الورقة اذا لمستها النار تحترق وجود العلة في متن النار ووجود المعلون حتما وقطعا وهو الاحتراق بللنا بللنا الورقة النار لمست الورقة ولم تحرقها فانتفاء الاحتراق يدل حقيقة على انتفاء المعلول لان العلة لماذا? لان العلة ليست بالنار فقط بالنار وشرط الاحتراق وهو جفاف الورقة لان الشروط الموضوعية غير متوفرة اما انتفاء الاحتراق يدل على انتفاء ذات النظر لا انها قد تكون واذا جفت الورقة وتلمسها تحرقها. اشارة الى هذا البيان اذا انتفاء العلة كاشف عن انتفاء المعلوم ليس علالي انتفاء آآ انتفاء المعلوم ليس علة واقعية في الخارج لانتفاء اه انتفاء المعلول في الخارج لا يدل على انتفاء العلة لماذا? لان العلة اقوى من نعم وانتقال من العلة من العلة الى المعلوم برهان يعني تعرف الاشياء باسبابها وفق القاعدة النفيسة الذهبية ذوات الاسباب لا تعرف الا باسبابها والبرهان الاني هو انتقال من اه من المحلول الى العلة يعطيك اليقين في وجود العلة لكن لا يعطيك اليقين في نوعية العلة مثلا انت ترى الدخان تتيقن بوجود من سبب هذا الدخان نوعيته ما هو? لا تعرف البرهان يعطيك لمية اليقينية الوجود ولكن لا يعطيك يقينية نحو الوجود اقول لما بين المحقق ان الاعدام متمايزة بان عدم المعلوم مستند الى عدم العلة. ذكر ما يصلح جوابا لتوهم من يعكس القول ويجعل عدم المعلول علة لعدم العلة. لا ليس علة اكتب</w:t>
      </w:r>
    </w:p>
    <w:p>
      <w:r>
        <w:t>اية كاشفة امارة لعدم العلة. فازال هذا الوهم وقال ان عدم المعلوم ليس علة بل الامر بالعكس عدم العلة علة لعدم المعلوم على ما يأتي في بحث العلية والمعلومية ثم قيد النفي بالخارج لماذا? العلية والمعلولية في متن الخارج لان عدم المعلوم قد يكون علة لعدم العلة في الدين ما معنى هذا الكلام البنيوي لان عدم المعلول قد يكون علة لعدم العلة في الذئن يعني الكشف في الكشف في الكشف مجرد يقول في الدين يعني نحن في دائرة مفهوم العلة ومفهوم المعلول ليس في العلة الخارجية كما في برهان ان بان يكون عدم المعلول اظهر عند العقل من عدم علة اظهر يعني اية كاشفية ويستدل العقل عليه ويكون علة له باعتبار التعقل لا باعتبار الخارج نعم يعني اية كاشفية برهان الان  اذا عثرت على المعلول على وجود علة. نوعية العلة لا يعطيك هذا الامر امتثال معلول يدل على انتفاء وجود العلة نوعية هذه العلة لا يعطيك برهان الانيني. ولهذا لا يفيد اليقين علة له باعتبار التعقل يعني الكاشفية لا باعتبار الخارج. ولا يفيد العلية في نفس الامر بل في الدين. يعني اه اية كاشفية فقط. ولهذا سمي لانه لا يفيد الا الوجود. ها دقق جيد. اذا انت اذا ابصرت بصمت الدخان تتيقن انه فيه سبب لهذا الدخان المصادفة غير معقولة فأنت تتيقن بوجود اصل الدخان. نوعية هذا الوجود ما هو؟ لا تدري لأن برهانا الا يعطيك نوعية الوجود نحو الوجود. يعطيك فقط الوجود. ولهذا سمي النيا لأنه لا يفيد الا الوجود اما الاستدلال بعدم العلة على عدم المعلول فهو برهان لمي مطابق للامر نفسه. لان اذا انتفت النار باليقين والقطع ان الاحتراق موجود نعم المسألة العشرون في ان عدم الاخص اهم من عدم اه نعم واضحة جدا. عندك دائرة كبيرة جدا وفي متنها دائرة اخرى هنا نتكلم في الثبوت ثبوت دائرة عامة وفي داخلها دائرة خاصة ما يسمى بالعموم والخصوص المطلق الآن اعكس المسألة لا تذهب الى الثبوت. اذهب الى رفع العلة الدائرة الكبيرة ورفع الدائرة الصغيرة وقرب لك المسألة بالحس ارسم دائرة وفي داخلها دائرة صغيرة يعني عام واخص ثم لون بالازرق ما وراء الدائرة الكبيرة بلوا بالاحمر ما وراء الدائرة الصغيرة تجد اللون الأحمر اعم من اللون الأزرق يفوقه مساحة ما اذا اذا نفينا العدم الاخص ونفينا العدم نفينا الاخص ونفينا الاعم نجد عدم الاخص ارقى لعدم الاعم بالمثال الذي بينته لك نعم نعم والاشياء المترتبة في العموم والخصوص وجودا تتعاكس عدميا هذا هو المعنى الذي بينته الك. اذا الاعم يشمل الاخص ان في الاعم وان في الاخص الاخص يكون اوسع دائرة من اقول اذا فرض امران ما هما احدهما اعم دائرة كبيرة من الاخر والدائرة صغيرة في داخله لاخر كالحيوان والإنسان مثل بالحيوان والإنسان ونسب اه نسب عدم احدهما الى الاخر بالعموم والخصوص وجد عاد من اخص اعم من عدم من عدم الأعم نعم بينتها لكم اذا طبقنا على الحيوان اه عدم الانسان عدم الانسان اوسع من عدم الحيوان. لماذا? لان الانسان داخل الحيوان فاذا انت رسمت ولونت ما وراء الانسان ولونت ما وراء الحيوان تجد اللون ما وراء الانسان يشمل ما وراء الحيوان وزيادة نعم نعم ونسب عدم احدهما الى الاخر بالعموم الخصوص وجد عدم الاخص اهم من عدم الاعم نعم فان الحيوان يشمل الانسان اه غيره نمر اسد وكذا فغير الانسان لا يصدق عليه غير الإنسان لا يصدق على الحيوان لماذا? لان الانسان حيوان اذا نفيت الانسان فقد نفيت الحيوان فلا يعني فلا يصدق لا حيوان على الحيوان فغير الانسان يعني عدم الانسان لا انسان لا يصدق عليه على الحيوان ولا يصدق على الانسان عليه انه انسان بل يصدق عليه عدمه يعني عدم انسان ولا يصدق عليه عدم الحيوان لان اذا نفيت الحيوانين نفايت الانسان. لانه احد انواعه لان الانسان احد انواع الحيوان ويصدق ويصدق ايضا عدم الانسان على من ليس بحيوان. نعم. عدم الانسان يصدق على الشجر على البقر وكذا. وهو ظاهر بين جدا فعدم الحيوان لا يشمل افراد عدم الانسان وعدم الإنسان شامل لأفراد ما ليس بحيوان فيكون عدم الأخص اعم من عدم الأعم فاذا ترتب شيئان في العموم والخصوص وجودا ترتبا في العكس عدمان. بان يصير الاخص اعم في طرف العدد قاعدة عقلية وبنيوية ليست آآ بنائية ليست معرفية ليست معرفية عندك دائرة اعم تشمل دائرة اخص ارفع الحيوان ارفع الحيوان وارفع الانسان تجد الاخص اوسع دائرة يعني رفع الاخص اوسع دائرة من رفع الحيوان ارفع الانسان يعني عدم الانسان عدم الانسان يصدق على يصدق على الشجر ويصدق على ماذا? يصدق على البقر ويصدق على النمر هما كلهم مندرجين تحت يعني النمل والاسد منذ مندرجا تحت الحيوان اذن عدم الإنسان يشمل افراد الحيوان وغير حيوان لكن عدم الحيوان ليش من افراد الحيوان ولا يشمل حتى الإنسان مع ان عدم الإنسان يشمل جميع افراد الحيوان غير الإنسان وغير هذه الافراد كالشجر والبقر والماء. اذا اوسع دائرة من عدم عدم الخص اوسع دائرة من عدم عام وهذه قاعدة تستثمر في علم المنطوق نعم المسألة الحادية عشر الحادية والعشرون ياتي ان شاء الله اللهم صلي على محمد وال محمد  آل محمد اللهم صلي على محمد وال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