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الله والحمد لله الله يا الله سبحانه اعوذ بالله من الشيطان الرجيم بسم الله الرحمن الرحيم وبه تعالى نستعين والصلاة والسلام على محمد واله الطيبين الطاهرين اعزائي الطلاب السلام عليكم ورحمة الله وبركاته وصلنا معكم في كشف المراد الى هذه المسألة. المسألة الحادية والعشرون قال المحقق التونسي وقسمة كل منهما. يعني وجود العدد الى الاحتياج والغنى حقيقة يعني قضية تدور مدار النفي والاثبات حقيقة يعني قضية على نحو الحقيقية تدور بين النفي والاثبات نركز على الوجود اولا ثم نتناول العدد. الوجود اذا كان فقيرا محدودا احتاج الى العلة ومن هنا عرفوا الامكان باللازم بإمكان ما هو لا اقتضاء يعني الماهية لا تقتضي الوجود ولا تقتضي العلم فإذا تلبست بالوجود تحتاج الى علة الى الغير واذا تلبست بالعدم نحتاج الى علة الى الغير فالوجود اذا كان فقيرا يعني ما هي فقير لائقة فتحتاج الى غيرها فعندنا وجود يحتاج الى غيره اذا كان هذا الوجود الشديد لا يحتاج الى غيره وهو واجب الوجود كنا لا نتكلم عن المصاديق اذا جئنا الى العدم العدم اذا قسناه للوجود يستحيل ياتينا فعندنا الامكان عن الوجود المحتاج الى غيره وعندما الوجود الذي لا يحتاج الى غيره وعندنا العدم الذي لا يقبل الوجود  العدم يقبل الوجود هذا مبدأ التناقض وهو الامتناع اقول العلامة الحلي مسألة سهلة جدا كل واحد من الوجود والعدم. يعني يركز على الوجود والعدم اما ان يكون محتاجا الى غيره واما ان يكون مستغنيا عنه نعم ونقول ممكن والثاني واجب او ممتنع. يعني الذي يحتاج الى غيره ممكن لا يقتضاء. لا يقتضي الوجود والعدم لا يقتضي لا الوجود ولا العدم فإذا تلبس بأحدهما يحتاج الى علة فهذا محتاج الى غيره او مستغني والاول ممكن هو الذي يحتاج الى غيره. والثاني هو الواجب اذا كنا في دائرة الوجود والممتنع الممتنع في كونه ممتنعا يعني العدم في كونه في دائرة العدم هذا ضروري له واجب واجب العدم ممتنع الوجود وهذه القسمة حقيقية. يعني تدور بين النفي والاثبات. تمنع الجمع لاستحالة. لماذا لا تكون من المانعة الجمع لاستحالة كون المستغني عن الغير محتاج اليه. نعم المستغني لا يحتاج الى الغير وبالعكس وكون بالمحتاج الى الغير يكون غنيا هذا لا يمكن واما منع الخلو لماذا لا يجتمعان ولا يرتفعان فلانه لا قسم ثالث لهما اما المحتاج بالغير او ليس محتاج بالغير فقد ظهر ان هذه القسمة حقيقية اي منفصلة حقيقية كما يقول المعلق على هذا الكتاب الشيخ حسن زاد آمولي وهذا غير صحيح لانهم سيبينون في مسألة اتية عن قريب ان الوجود اما ممكن واما واجب او الوجود اما واجب او ممكن يقولون حملة مترددة المحمول ليست قضية منفصلة نعم والعدم يدرس في باب خاص  بالمجاز. سيأتي ان شاء الله ونصل الى هذه القضية الثنائية ما واجب وممكن هناك يقولون مترددة المحمول. ولا يقولون منفصلة المسألة الثانية والعشرون في الوجوب والامكان والامتنان هذا ما يسمى بالمادة القضايا مادة القضايا باعتباري بني الخارجية البنية الوجودية نقول مادة باعتبار البنية الذهنية نقول الجهة فاذا قلت الانسان حيوان بالظرورة اذا ركزت على البنية الذهنية تقول جهة يعني الضرورة هنا جهة اذا ركزت على البنية الخارجية والواقعية تقول مادة هذا هو الفرق عندنا ثلاث مواد وجوب يعني شدة الوجود الامكان يعني الماهية لا تقتضي الوصف وعدم الوصف ولا الإمكان الإمكان الخاص اقول الانسان من لا اقتضاء من حيث العلم واللعب اذا خصصت المحمول بالوجود ما يقابل الوجود هو العدم. تقول انسان لا يقتضي الوجود هو العدم. بامكانه الخاص تلون باسم جديد هو الامكان المهوي نعمتنا هذه مواد اذا كنا في البنية الخارجية اذا كنا في البنية الذهنية جهة يعني عندنا قضية وعندها نسبة لان كل قضية لها نسبة نسبة المحمول الى الموضوع كيفية النسبة للبنية الخارجية. قد تكون بالوجوب يعني المحمول واجب للموضوع وقد تكون بالامكان يعني قد يتصف وقد لا يتصل هذا المحمول هذا هو الإمكان وقد يمتنع عنه المحمول وهذا هو جناح قال المحقق التونسي واذا حمل الوجود هنا ركز على الوجود او جعل رابطة ثبتت مواد ثلاث انفسها بانفس يعني في البنية الواقعية جهات في التعقل يعني في البنية الذهنية جهاد دالة على وفاقة الرابط في الوجوب. الربط يعني بين الموضوع والمحمول. وثاقة الربط في الوجوب  وضعفه في الامكان واصلا الامتناع الوجود هناك غير حاضر وهي الوجوب والامتناع والإمكان اذا حملت الوجود على الذات الإلهية المقدسة تقول واجب الوجود او الذات المقدسة وجود واجب اذا قلت ذات المقدسة واجبة بحذف لحذف لان المادة لا تحمل المادة كيفية النسبة الذي يحمل هو المحمول ما هو المحمول والوجود الذات المقدسة اذا تكلمنا بلسان ديننا قول الله الله واجب هنا في حذف ما هو الحث? الله وجود بالوجوب اذا حملت الوجود على الانسان الذي قد يقتضي العدم تقول الانسان وجود بالامكان. ما معنى? يعني قد يتصف بالوجود وقد لا يتصف شريك الباري وجود بالامتناع معناه يمتنع عنه الوجود اذا هذه المواد تشير الى كيفية النسبة كيفية نسبة المحمول الى الموضوع اذا كنا في البنية الخارجية والواقعية مادة اذا كنا في البنية الفهمية او الذهنية جهة اقول الوجود يعني ايه الوجود المحمول? قد يكون محمولا بنفسه كقولنا الانسان موجود هل هي بسيطة نعم. وقد يكون رابطة بين الموضوع المحمول كقولنا الانسان يوجد حيوانا بالفريسة يقول انسان حيوان وسط والوجود الرابط. هنا لعل منحي جاب كلمة يوجد. الانسان يوجد حيوان اللغة العربية لانها قوية ولغة حث نعم ليس لها هذا هذه العبقرية هذه العبقرية في الفارسية اللغة اه عبقرية اللغة الفارسية تأتي باص اللغة العربية لانها لغة قوية مبنية على الحذف لا تقل انسان يوجد حيوانا الانسان حيوان وتفهم انت ان اتصاف الانسان بالحيوانية اه هناك مثال فقط حيوانية جزء الذات فيكون اين? في آآ خارج طبيعة الإنسان. يعني حمل شائع وعلى كلا التقديرين لابد لهذه النسبة. اعني نسبة المحمول فيهما الى الموضوع من كيفية هي الوجوب كيفية النسبة والإمكان والإمكان وتلك الكيفية كيفية النسبة تسمى مادة واجهة تسمى باسمين مادة وجهة باعتبارين بين اللحظين يعني باللي حاضر متن الواقعي مادة بلحاظ البنية الذهنية والفهمية جهة. فان ان اخذنا الكيفية في نفس الامر يعني البنية الواقعية سميت مادة وان اخذناها عند العاق يعني في البنية الفهمية والذهنية وما تدل عليه العبارات يعني في البعد القضوي المعرفي سميت وقد تتحدان تقول بينهما اتحاد نعم تقول الذات المقدسة وجود واجب. نسبة الوجود للذات بالوجوب يعني بشدة لا نهائيا هذا في متن الواقع كذلك وفي القضية كذلك ذات المقدسة وجود واجبي. فالجهة هنا طابقت المادة مرة لا من حقك ان تقول واجب الوجود يعني الذات المقدسة وجود بالامكان الخاص وهي خاطئة الا ان هنا اه باعتبارها تخالف المادة هنا الجهة خالفت المادة لان في الواقع الله تعالى ليس بممكن</w:t>
      </w:r>
    </w:p>
    <w:p>
      <w:r>
        <w:t>بالواجب الوجود وقد تتحدان كقولنا الانسان يجب ان يكون حيوان نعم في الدين النسبة هي الوجوب وفي الواقع الخارجي هي الوجوب وقد تتغير كقولنا الانسان يمكن ان يكون حيوانا هل الانسان يمكن ان يكون حيوانا ام الحيوانية من ذاتيته بالوجوب. اذا هذه القضية جاءت بنسبة تخالف المادة الواقعية وقد تتغيران كقول ان الانسان يمكن ان يكون حيوانا فالمادة ضرورية لان كيفية نسبة الحيوان للانسان هي الوجوب في الواقع واما الجهة فهي ممكنة وهذه الكيفيات تدل على وثاقة الربط وضعفه فان الوجوب يدل على وثاقة الرب يعني شدة الرب في طرفه الثبوت والامتناع يعني في طرف الإيجاب والإمتنان شريك الباري موجود بالامتناع موجود بالامتنان بناء وفاقت الربط بين شريك الباري والعذاب لأنه الوجود يمتنع عليه ماذا يحل في دائرة العدم? شريك الباري معدوؤون وثاقة هذا الربط ان كان هناك ربط في الأمور في الاعدام فان الوجوب يعني شدة الوجود. يدل على وثاقة الربط في طرفه الثبوت والامتنان والامتناع على وثاقته في طرف العدل والعدم والامكان على ضعف الربط المهم مسألة سهلة جدا وكذلك مهمة مهمة قال وكذلك العدم اقول اذا جعل العدم محمولا او رابطة كقولنا الانسان معدوم. ما معنى الانسان المعدوم? مرفوع الوجود او معدوم عنه الكتابة تقول الانسان ليس كاتبا مسلوب عنه الكتابة تكفرت الجهاد الجهات التي عند العقل والمواد في نفس الامر الانسان معدوم بالوجوب لا تقول بالامكان لان قد ينوجد والمعدوم عنه الكتابة ليس الانسان كاتبا بالامكان لانه قد يكتب نعم فتقول الانسان معدوم بالامكان نعم والإنسان ليس كاتبا الإمكان اذا غيرت المثال تقول شريك الباري موجود بالامتنان معدوم بالظرورة نعم معدوم بالضرورة شريك البري معدوم بالظرورة متن العدد شريك البريء موجود بالامتناع يعني يمتنع عنه الوجود واجب الوجود ممتنع بالامتناع. لا يمكن ان يتسلل الى واجب الوجود. الامتناع. فتفنن انت في في الاعدام. سهلة جدا اقول اذا جاء جعل العدم محمولا او رابطة كقولنا الانسان معدو هذا حلية بسيطة يعني رفع الانسان او معدوم عنه الكتابة الانسان ليس كاتبا تقول بالامكان تكفرت الجهات التي عند العاقل والمواد في نفس الامر. اذا عندنا جهات في البنية الذهنية ومد في نفس الامر الانسان هما عندهم الكتابة في نفس الامر اه في نفس الامر اه نعم بالامكان ما عندهم الكتاب المكفر الإنسان لا يكتب نعم انسان ليس كاتبا انسان اعني العدم آآ ليس ضروريا للانسان ورفعه كذلك ليس ضروريا وهذا هو الامكان وهذا الامكان اما اذا قلت الانسان معدوم بالوجوب هذا جهة وليست وليست مادة انسان معدوم بالوجوب يعني لا تجد مصداقا من مصداق الانسان في الخلق فخلاف الواقع اذا اذا قلت الانسان معدوم بالوجوب جهة تخالف المادة التي هي نعم اذا قلت الانسان كاتب بالوجوب خطأ هذه الجهة وليست مادة هذه المسائل سهلة جدا. المسألة الثالثة والعشرون في ان القضايا الثلاث لا يمكن تعرفوها قضايا ثلاث اي قضايا اي قظايا كيفية النسبة ليست قضايا يعني بعدما تنعقد القضية يحكمها معيار معيار المادة او معيار الجهة ليست قضايا المهم والبحث في تعريفها يعني الذي وضع هذا العنوان خطأ كلام المحقق التونسي صحيح يتكلم عن المفردات الوجوب والإمكان والإمتنان والبحث في تعريفها كالوجود يعني بديهية واضحة كما الوجود بديه اقول ان جماعة من العلماء اخطأها هنا حيث عرفوا الواجب والممكن والممتنع عرفوا الواجب والممكنة والممتنع الدقيق والدقة ليس هكذا. اذا شئت الدقة العبارة تكون هكذا ان جماعة من العلماء اخطأوا هنا حيث عرفوا الوجوب والامكان والامتنان ما عندنا علاقة بالمصداق نعرف الواجب يعني نعرف الله نعرف الممكن يعني الإنسان بقر شجر نعرف الممكنة يعني شريك الباري. الكلام ليس في المصاديق الكلام في هذه العناوين. اذا العبارة الصحيحة هكذا ان جماعة من العلماء اخطأوا ها هنا حيث عرفوا الوجوب والامكان والامتناع ليس ما يصدق عليه الوجوب والامكان والامكناء لان هذه الاشياء يعني هذه العناوين معلومة للعقل ليس للعقلاء يا شيخ لا تحتاج الى اكتساب يعني الى بحث نظري نعم قد يذكر في تعريف الفاظها ما يكون شارحا لها شرح الاسم شرح اللفظ لا على انه حد حقيقي حد منطقي بل لفظي ومع ذلك فتعريفاتهم دورية نعم كلما عرفنا الحيثيات نقع في الدور لانها اه بديء بسيطة لان البسيط دائما بديهي لانهم عرفوا الواجب بانه الذي يستحيل عدمه الوجوب يا على من حاله ليس تعريف الواجب ليس تعريف الواجب تعريف الواجب ذات ذات في غاية الكمال في ذاتها وفعلها. ذات اداء الواجب هذا هو المصداق مثلا من مصادق الواجب لا عرف الوجوب وليس عرف المادة ليس تعريف مصاديق المادة لا نعرف شريك الباري شريك الباري ممتنع نعرف الامتنان كلام في الوجوب والامتناع والامكان شيخنا العزيز لانهم عرفوا الواجب بانه الذي يستحيل عدمه. الوجوب الوجوب الوجوب كيفية للنسبة هذه الكيفية النسبة تشير الى ان المحمول ظروري لي للموضوع هذا هو تعريفها فقط وتعريف دوري لان اذا قلت الوجوب هو المحمول ظروري للموضوع كانك قلت الوجوب هو وجوب المحمول اللي الموظوع او الذي لا يمكن عدمه يعني لا يمكن ان يتسلل اليه العدم. لا انت تعرف الوجوب وليس الواجب يا شيخ ثم عرفوا المستحيل ليس المستحيل او الاستحالة ليس المستحيل. لسنا في صدد تعريف شريك الباري صدد تعريف هذا العنوان بانه الذي لا يمكن وجوده لا الامتناع هو يشير الى ضرورة رفع المحمول عن الموضوع. تعريف دوري تعريف دوري ضروري. نقع في الدور لان هذه معاريف آآ مع عناوين بديهية هكذا تقول تقول الاستحالة ضرورة انتفاء المحمول عن الموضوع. لانك تتكلم عن كيفية النسبة وليس عن مصاديق. مصاديق واقعية نعم ثم عرفوا المستحيل بانه الذي لا يمكن وجوده او الذي يجب عدمه ثم عرفوا الممكن ليس الممكن يا سماحة الشيخ عرفوا الامكان بانه الذي لا يجب وجوده ولا يجب عدمه لا الامكان هو اللا اقتضاء يعني المحمول قد ينوجد وقد لا ينوجد. او الذي لا يستحيل وجوده ولا عدمه. وهذا هو الاقتضاء فقد اخذ كل واحد منها في تعريف الاخر. وهذا الدور وهو دور مبارك كلام صحيح الا في هذا الخطأ ذهب الى تعريف المصاديق تعريف الواجب والممكن والمبتلى لا الكلام ليس في الواجب والممتنع والممكن. كلام في الوجوب والامتناع والامكان التي هي كيفية النسبة اما في الواقع مادة واما في بنية ذهنية وهي الجهة هكذا واذا شئت ان تعرفها تقع في الدور لا محالة الوجوب ظرورة ثبوت المحمول للموظوع. الوجوب هو الظرورة الاستحالة ضرورة امتثال المحمول عن الموضوع استحالة هي الضرورة الإمكان المحمول قد يقتضيه الوجود وقد لا يقتضيه آآ قد يقتضيه الموضوع وقد لا يقتضي نعم المسألة الرابعة والعشرون في القسمة الى هذه الثلاث قال وقد تؤخذ ذاتية فتكون القسمة حقيقية لا يمكن انقلابها يقول اذا ركزنا على هو الذاتي. ما عندك الا هذه الاقسام</w:t>
      </w:r>
    </w:p>
    <w:p>
      <w:r>
        <w:t>خذ الذات المقدسة الوجود بالنسبة لها ذاتي وتكون هي الوجوب شريك الباري العدم يكون له ذاتي. لا يكون الا الامتناع الإنسان بالنسبة الى الوجود لا يقتضيه العدم لا يقتضيه. يعني من ذاتية الإنسان هي الإمكان لا يتغير لا يمكن ان ينقلب لا يمكن ان تنقلب الذات المقدسة الى آآ مادة من المواد. لا الذات المقدسة الوجود اذا حمل عليها بالوجوب فلا يمكن تتغير. لماذا? لان الوجود الشديد بالنسبة الى ذات المقدس الذاتي شريك الباري الوجود ممتنع عنه مطلقا. العدم الذاتي له فلا يتغير الى الوجود اما الانسان لا الوجود الذاتي ولا العدم الذاتي له ما اللذة له? والامكان? يعني هذا اللا اقتضاء هذا هو الذاتي له. ولا ينفك عنه ابدا ابدا وقد تؤخذ ذاتية يعني كما بينتها لا ترتفع ابدا فتكون القسمة حقيقية يعني ما عندنا الا الوجوب والامتناع والامكان لا يمكن انقلابها لا يمكن ان تنقلب كيفية نسبة الوجوب في الذات المقدسة. فيصير الذات المقدسة تصير ممتنعة او ممكنة ابدا. والانسان باعتبار ان الامكان آآ الذاتي له لا يتغير هذا الذاتي ابدا. ينقلب الانسان واجبا او آآ واجبا بالذات او ممتنعا بالذات. شريكي الباري يستحيل ان يثبت له الوجود. لماذا? لانعدم ذاتي له. اذا الشريك الباري لا يقتضي الوجود من ذاته ابدا نعم اقول اذا اخذنا الوجوب والامتناع والامكان هذا كلام صحيح ما قال الواجب والممتنع والممكن. هذا كلام صحيح شيخنا العزيز على انها ذاتية لا بالنظر الى الغير يعني فقط في دائرة الذات كانت المعقولات منقسمة اليها قسمة حقيقية يعني اما اه اما ظروري يعني ضروري الوجود وجوب ظروري العدم امتناع اولا اقتضاء نعم لا بالنظر الى الغير يعني ما ننظر الى الغير قياس الى الغير لا في ذات الشيء يعني ذات الموضوع كانت المعقولات منقسمة اليها يعني الى الوجوب والامتناع والامكان قسمة حقيقية تدور بين بين النفي والاثبات اي تمتنع الجمع والخلو لا يمكن ان يكون الذات المقدسة واجبة الوجود ممتنعة الوجود. مستحيل ولا يمكن للانسان يكون اللا اقتضاء ويقتضي الوجود ابدا. لا يكون شريك الباري ممتنع عن الوجود او غير ممتنع عن الوجود لا يرتفعان ولا يجتمعان. وذلك لان كل معقول على الاطلاق شيء من الاشياء اما ان يكون واجب الوجود لذاته لذاتها ليس بالغير او ممتنع الوجود لذاته او ممكن الوجود وممكن العدم كذلك لذاته لا يخلو عنها ولا يجتمع اثنان منها في واحد. لاستحالة ان يكون شيء واحد واجب لذاته ممتنعا لذاته. او ممكنا لذاته ويكون غير ممكن لذاته. او يكون ممتنعا لذاته ممكن فالقسمة حينئذ حقيقي تدور بين النفي والاثبات. نعم صحيح  اذا ركزنا على الذات ليس بالقياس الى غيرها مثلا الإنسان الإمكان الذاتي له ابدا لا يتغير في دائرة ذاته لكن اذا دخلنا في سياق الوجود جاءت العلة وافاضت عليه الوجود نقول واجب بالغير ينسجم مع الامكان. لماذا? لان لم نركز على الذات الانسان. ركزنا على العلة. العلة المفيدة. فيكون واجبا من الغير. والوجوب بالغير ينسجم مع الامكان بالذات لماذا? لذاك قياسي وذاك ذاتي يجتمعان اما اذا قلت الانسان في ذاته ممكن والانسان في ذاته واجب هذا لا يمكن ابدا. لا يمكن ابدا مستحيل وللكلام بقية والسلام عليكم ورحمة الله وبركاته   محمد</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