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المشاهدين والطلاب الاعزاء السلام عليكم ورحمة الله وبركاته ما زلنا في المواد الثلاث الوجوب الامتناع والامكان لكن قبل ادانة البحث في هذه المسألة المهمة فقط اشير الى نقطة في الحقل المنطقي عندنا باب هو الجهاد دراسة كيفية النسبة بسيلانها وتنوعها وتشؤنها في البنية الذهنية ما يسمى بالجهاد الوجوب الامتناع الإمكان الضرورة الوجودية الدائمية  البسيطة والمركبة الطالب حين حينما يدرس المنطق كعلم نسقي له موضوع وله مسائل يقولون موضوع المنطق هو التعريف الموصل الى التصور والحجة الموصلة الى التصديق واذا اردت ان تجمع التعريف الموصل والحجة الموصلة تحت عنوان كلي وضابطة كلية تقول موضوع علم المنطق والمعقول الثاني. المعقول الثاني المنطق وندرس احكامه واعراضه الذاتية منها كونه كليا جزئيا والكل كونه ذاتيا عرضيا الذاتي تمام الذات اه النوعية ثم الجزء الذاتي المشترك الجزئية ثم جزء ذاتي المختص الفاصلية العامة الاراضي الخاصة القسمة التعريف القضية  القضية الحقيقية القضية الخارجية القضية الذهنية من اعراض ذاتية للمعقول الثاني المنطقي يتشكل علم المنطق نصل الى باب يسمى الجهاد ندرس كيفية النسبة لجميع الواقعيات لان الواقعية كلها اليات مركبة بعد الهدية البسيطة عملية الخلق البسيط كل ما تراه في الوجود هل هي مركبة انت لا ترى الشجرة موجودة فقط صن شجرة موجودة مسألة بديهية لكن الشجرة موجودة خالية ما عندنا. عندنا الشجرة باسقة مثمرة خضراء المركبة. كل الواقعيات هليات مركبة اذا قلت هليات مركبة يعني فيه كيفية النسبة يعني فيها جهة فيقول الاستاذ العزيز للطلاب هذه الجهات يكفيك ان تعرف فقط ثلاثة منها الوجوب والامتناع والامكان. والباقي كله تلف للوقت ومضيعة للوقت وهذا في تصوري انا اشتباه كبير كبير وخطير الطالب العزيز الذي يسلط على الجهات يستطيع ان يفسر كل الواقعيات. الديكتاتوري لماذا يقهر المعارضة ويبيدها لانه لا يدرك الا الاطلاق في الحكم الاطلاق في الحكم كل قيد في مقابل الاطلاق يبيده. اذا من جعله يتصرف بهذا التصرف يبين المعارضة ويفنيها جهة من الجهات فكل التصرفات كل التصرفات التي نراها في البشر وفي الواقعيات التي لا تتحرك الواقعيات التي تنمو حيوانات كلها جهات من جهة كلها جهات فكلما ادرك الطالب العزيز بعمق هذه الجهات يستطيع ان يفسر كل ما يراه في الوجود وخاصة تصرفات البشر. مع الاسف الشديد يزهدون الطالب في هذه المسألة او هذا الباب نعم قلنا ان اذا قسنا المحمولات في دائرة الذات دائرة الذات يعني ما تقتضيه الذات وليس بغيرها ما تقتضيه بغيرها خارج عن الذات عندنا ذات واجبة عندنا ذات واجبة الوصف يعني واجبة الوصف عندنا ذات ممتنعة الوصف عندنا ذات لا واجبة ولا ممتنعة. يعني اللا اقتضاء هو الامكان. دائرة بين النفي والاثبات يقول الاحلام الحلي في في ادامة الكلام واعلم ان القسمة الحقيقية قد تكون لكل. يأتي بقسمة في دائرة اللوازم اما اللوازم الداخلية على مبنى الفصول تقول الحيوان اما حيوان ناطق واما حيوان مفترس الانسان والاسد على اساس مميز فصلي داخلي ومرة لا تأتي بلازم خارج الذات قار جدا ومرر بمنفك يعني يأتي ويذهب هذا الوصف يقول القسمة الاولى على اساس الفصل واللازم الذين ينفك هي القسمة الحقيقية. تلك لها قد تنفك ولا تكون حقيقية. واعلم ان القسمة الحقيقية تكون قد تكون لكل بفصول بيناها او لوازم تميزه. لوازم لا تنفك اينما تكون الذات يكون اللازم وتفصله الى الاقسام المندرجة تحته تحت هذا الكلي كالحيوان. تقول الحيوان اما ناطق واما لاء افرزت الأقسام على اساس الفصل ناطق وغير ناطق. يأتي الافتراس مفترس صاهل وو من الفصول الباقية. او من خلال لازم تقول الحيوان اما ان يكون قابل للتعليم او لا قابل للتعليم لازم للانسان لازم ظرورة كلنا عندنا قابلية للتعليم. نفعل لا نفعل هذه مسألة اخرى. لو قلنا كل انسان بالفعل عالم خطأ اذا اذا قلنا كل انسان بالقوة عالم نعم هذا لازم لا ينفك فتقول حيوان اما اه شيء له قابلية العلم هو الانسان اولى قسمت على اساس اللازم الذي لا ينفك نعم لفصول او لوازم تميزه تميز تميز هذا الكلي تميزه انسانا تميزه فرسا تميزه اسدا وتفصله قلنا ان الفصول لها وظائف ثلاث تقسم الجنس تحصل الجنس تميز تميز وتقسم وتحصل وتفصله الى الاقسام يعني تميزه اه المندرجة تحته. يعني هذه الاقسام كلها مندرجة تحت الكلي. يعني الانسان فرس بقر اسد كلها مندرجة تحت الحيوان. وقد تكون بعوارض مفارقة. معارض مفارقة يعني اوصاف كاتبة رح. جلوسي الان هذا عارض منفك بعد نص ساعة اقوم والقسمة الاولى التي على اساس الفصول الداخلية واللوازم الخارجية التي لا تنفك لا يمكن انقلابها ولا يصير احد القسمين معروظا للمميز الاخر ابدا لا يصل الانسان معروظا ف للبقر او فصل الاسد او فصل الفيل ابدا لماذا? لانك تتداخل الواقعيات الواقعية تتداخل وتصير واقعية واحدة. وهذا لا يمكن مبدأ الهوية يقول كل هوية في دائرتها مباينة لهوية اخرى. هنا معيار مبنى الهوية داخل نعم نعم ولا يصير احد القسمين كالانسان معروظا لمميز الاخر. الانسان لا يعرظه للافتراس وو والذي به وقعت القسمة كقولنا الحيوان اما ناطق او صامت يعني غير ناطق فإن الحيوان بالناطق والصامت قد انقسم الى طبيعتين ويستحيل انقلاب هذه القسمة يعني الإنسان صامتا صامتا يعني غير ناطق يعني غير مدرك ويصير غير غير ناطق ابدا. بمعنى ان الحيوان الذي هو ناطق يستحيل يستحيل زوال النطق عنه يعني الادراك قابل العقلانية. وعروض الصمت له. يستحيل ان يزول عنه ويستحيل عروض الصمت له. يعني لا يتميز بفصول الحيوانات الاخرى. ما المانع? تداخل الهويات كلها الهوية تدخل الحيوان يعني البقر يصير انسانا الانسان يصير بقلا ومبدأ الهوية لا يقبل. مبدأ الهوية يقول كل الهويات متباينة بتمام الذات. انسان انسان بقر بقر نعم كقولنا الحيوان اما متحرك او ساكن فان كل واحد من قسمي المتحرك والساكن قد يتصف بعارض اخر فينقلب المتحرك ساكنا وبالعكس الاحباط? نعم فان كل واحد من قسمين متحرك الساكن قد يتصف بعارض اخر فينقلب المتحرك ساكنا والساكن المتحرك وهذا غير ممكن اجتماع النقيضين وتداخل للهوية وقسمة المعقول بالوجوب الذاتي والامتناع الذاتي والامكان الذاتي من قبيل القسم الاول تعني هنا ممكن ان نفسر الحركة والسكون اراكم السكون من العرض المنفك يعني في لحظة ساكنة وفي لحظة اه غير ساكن متحرك اه قسمة حقيقية الى انها منفكة لا اه يستقر فيها الوصف لكن اذا كان متحركا لا يكون ساكنا. واذا كان ساكنا لا يكون متحركا. الا ان الاوصاف لا تدوم فقط لا تدوم فهذه القسمة من النوع الثاني وقسمة المعقول. المعقول يعني الموضوعات التي تتصف بالمحمول مرة يكون بالوجوب مرة يكون بالامتناع مرة يكون بالامكان. وقسمة المعقول بالوجوب الذاتي والامتناع الذاتي والامكاننا الذاتي من قبيل القسمة الاولى</w:t>
      </w:r>
    </w:p>
    <w:p>
      <w:r>
        <w:t>لان الذاتية وليست عرضية لاستحالة انقلاب الواجب لذاته ممتنعا لذاته او ممكن لذاته وكذا الباقيان وكذا الباقية جميل جدا وفي تصوري المسألة تحكي واقعا دقيقا يعني الذات المقدسة وجودها واجب ونقول واجب الوجود وفعله فعله هذا الفعل لا يكون واجبا اذا كان واجبا كل هذا الترشح الفعلي يكون الهة كل مفرده تكون الها هذا غير معقول اذا فعله يكون ممكنا الإمكان ذاتنا? نعم الإمكان الذاتي له. يعني لا يقتضي لا الوجود والعدم. اذا اراد ان يتصف بالوجود يحتاج الى خالق. يعني الله تعالى ثم تأتي وبالإدعاء بالإدعاء ترفع واجب الوجود بالادعاء فيستقر شريك الباري وتسأل شريك الباري موجود? تقول لا. التوحيد يمنع ذلك. فتقول شريك البالي انفذاته لا يقتضي الوجوب. وهذا هو الامتناع اذا في ذاته لا يقتضي الوجود وهذا هو الامتناع ماذا يقتضي? تقول يقتضي العدم شريك الباري عدم بالوجوب الا انه شريكي وجود بالايه متينة لماذا ذات شريك الباري وهي اعتبارية اعتبارية فهمناها من رفع الوجود الواجبي تعقلناها بهذه الطريقة العدم واجب له. الوجود ممتنعا له ولا ينقلب ابدا. لا يمكن ان ينقلب شريك الباري الذي هو محض العدم ينقلب وجودا ابدا فيكون واجب الوجود ابدا والمخلوقات لا تنقلب ابدا واجبة ولا تنقلب ابدا ممتنعة في ذاتها في ذاتها. هذا هو الكلام. اشارة الى واقع حقيقي نعم قال وقد يؤخذ اولا خلينا ربما الطالب العزيز يبقى في التطبيق اه شي مبهم اعيد تطبيق حتى يتضح ما بينته بشكل جميل سريعا واعلم ان القسم الحقيقي قد تكون لكل دائما القسمة لكل لا تكن لي جزء الكلي هو الذي يتقيد. الجزئي لا يمكن ان ينقسم. نعم ينقسم قسمة طبيعية قسمة طبيعية. اما قسمة عقلية فقط للكل واعلم ان القسمة الحقيقية قد تكون لكل بفصول او لوازم تميزه اما ان نقسم بالفصل او لازم لا ينفك ماذا تفيد هذه القسمة? تميز الحيوان انسانا تميز الحيوان اسدا او باللوازم تقول الحيوان اما قابل للتعليم او لا تميزه وتفصله الى الاقسام المندرجة تحته. ما هي الاقسى? تقول انسان بقر ماء فيل واسد وهكذا وقد تكون بعوارض مفرقة يعني قد نقسم الكلي تقول الكلي اما متحرك او ساكن هادي امور عارضة والقسمة الاولى لا يمكن انقلابها لماذا? لانها بالفصول اذا تغير الفصل الهوية انتفت. اذا تغير اللازم الهوية انتفت مبدأ الهوية هو الحاكم على هذا الكلام ولهذا المعايير العقلية كلما ادركها الطالب يفهم اسرار المتون ما وراء المتون لماذا الفصول لا تتداخل? يعني الانسان يكون ناطقا ويكون صاهنا في الال نفسه. تداخل الهويات مبنى الهوية لا يقبل. مبدأ الهوية يقول كل الهويات متباينة بتمام الذات. انسان وانسان بقر وبقر ماء ماء. الموز موز هكذا نعم والقسمة الاولى لا يمكن انقلابها ولا يصير احد القسمين معروض لمميز الاخر ابدا الذي به وقعت القسمة كقولنا الحيوان اما ناطق او صامت يعني ليس ناطق ك العجماويات فإن الحيوان الناطق والصامت قد انقسم الى طبيعتين طبيعة انسانية طبيعة غير انسانية ويستحيل انقلاب هذه القسمة بمعنى ان الحيوان الذي هو ناطق يعني الإنسان فصله الناطق يستحيل زوال النطق عنه لماذا? لان من مقومات ذاته مبدأ الهوية وعروض الصمت لهوي يستحيل زوالا نطقا ويستحيل عروض الصمت له. وكذا الحيوان الذي هو صامت يعني غير عاقل لا يمكن ان ينقلب عاقلا لانه تختلف هويته تختل هويته تندثر هويته. واما القسمة الثانية يعني بالذي ينفك فانه يمكن انقلابها. ويصير احد القسمين معروظا للمميز الاخر. المميز العرضي المنفك. الذي به واقعة القسمة كقولنا الحيوان واما متحرك او ساكن مع هذه الدقة فقط اذا كان الحيوان متحركا لا يكون ساكنا. اجتماع النقيضين. اذا كان ساكن لا يكون متحركا. لكن هل الحركة ذاتية لا تنفك ابدا قد يتحرك وقد لا يتحرك ولهذا تجد الاسد ينقض على الفريسة في حالة التحرك. واذا اكلوا شبع ينام يسكن. اذا هذه امور تأتي وتذهب نعم فتقول الحيوان اما متحرك واما ساكن نعم فان كل واحد من قسمي المتحرك والساكن قد يتصف بعارض اخر. الاسد كان متحركا في لحظة سكن في لحظة اخرى. فينقلب الاسد المتحرك المنقذ على الغزالة. ينقلب ساكنا البعض الاكل وبعد الجوع يتحرك وبالعكس. وقسمته المفروض هنا يعمل نقطة وبداية الكلام. وقسمة المعقول بالوجوب الذاتي والامتناع الذاتي. والامكان الذاتي من قبيل القسم الاول الذي لا يقبل التغير. لاستحالة انقلاب الواجب لذاته ممتنع لذاته او ممكن لذاته وهكذا الباقيان يعني يستحيل انقلاب الممكن ممتنعا واجبا واستحاج انقلاب الممتنع واجبا ممكنا هذا تطبيق حتى الطالب تستقر المعلومة في ذهنه الشريف. قال وقد يؤخذ اولا باعتبارهم بالغير لماذا قال اولا? يعني الوجوب الامتناع لم يأت بالايه بالامكان. لان الامكان بالخير مستحيل. سيأتي ان شاء الله وقد يؤخذ اولا باعتبار بالغير. يعني عندنا وجوب بالغير وامتناع بالغير نعم خرجنا من الذات الى الغير بالقياس بالقياس انت الان شاب مثلا في عشرين سنة بعد لم تتزوج حفيدك. ابنك ما موجود. حفيدك ممتنع بالغير هو ممكن قد يخلقه الله الا ان الشروط الموضوعية غير متوفرة العلة التامة غير متوفرة اذا لم تتوفر العلة التامة كل موجبات الخلق بقول عرفي بقول دقي العلة التامة لم تجتمع بالقول العرفي موجبات الخلق غير متوفرة اذا هذا الممكن بالقياس الى هذه الموجبات يكون ممتنعا بالغير فيجتمع الامكان بالذات مع الامتناع بالغير اذا تحقق هذا حفيدك يعني تزوجت وانجبت ولدا الحمد لله وتزوج ولد ولدك ابنك بامرأة طاهرة انجبت لك حفيد آآ طاهرا. لماذا? لان كل موجبات تحقق هذا الحفيد تحققت فينقلب الحفيد وجوبا بالغير لان كل موجبات الخلق يعني العلة تمت تمت. فينقلب واجبا بالغير. اذا الامكان الذاتي ينسجم مع الوجوب بالغير وينسجم مع الامتناع بالغير نعم اما الإمكان بالغير هذا لا يمكن سيأتي بيانه وقد يؤخذ اولا يعني الوجوب والامتناع باعتباري بالغير. يعني وصف الوجوب لا يكون باعتبار الذات باعتبار امر خارج بالغير فالقسمة مانعة الجمع بينهما يمكن انقلابهما. نعم. يمكن انقلابهما. يعني حفيدك الان لم تتزوج ممتنع بالخير بالغير لماذا? لان موجبات خلقه غير متوفر. انت لم تتزوج بعد. ما عندك ابن وابنك لم يتزوج اذا موجبات تحقق حفيدك غير متوفرة فيكون ممتنعا غير ممتنع بالغير ليس ممتنعا بالذات ممتنعا بالغير تحققت الظروف اجتمعت امكانيات وتزوجت وسويت بيت ما شاء الله. وانجبت الولد وكبر الولد وتزوج وانجب ولدا. كل الشروط الموضوعية متوفرة صار واجبا بالغير انتفى الامتناع بالغير انقلب الى الوجوب بالغير وهو موقنون بالذات في الان نفسه نعم فالقسمة مانعة الجمع بينهما يمكن انقلابهما. من يعطي الجمع؟ يعني اما ان كان بالغير واما ان كان اما وجوب الغير واما امتناع بالغير ويمكن انقلابها بينتها ومانعة الخلو بين الثلاثة في الممكنات الممكن ينقلب واجب بالغير. وينقلب وممتنع بالغير باعتبار توفر العلة التامة او عدم توفر العلة التامة</w:t>
      </w:r>
    </w:p>
    <w:p>
      <w:r>
        <w:t>لكن عندنا امكان بالغير يقول ومانعة الخلو بين الثلاثة في المكنات. يعني لا يمكن ان يجتمع الامكان بالغير اللي ان كان بالغير هذا مستحيل. لا يمكن ان يجتمع في شيء واحد الامكان بالغير والوجوب بالغير لا يمكن نعم ومانعة الخلو بين الثلاثة في الممكنات. نعم. منعت الخلو يعني ليرتفعان وقد يجتمعان. نعم في الممكن لا يرتفعان وقد يجتمعان ما معنى? يعني الممكن قد يكون ممتنعا بالغير اذا لم تتوفر كل موجبات الخلق وينقلب اه واجب الغير اذا توفرت كل موجبات الخلق تجتمعان اجتمع الوجوب بالغير امتناع بالغير في شيء من الاشياء نلعب مع مع هذا القيد اذا كان واجبا بالغير لا يكون ممتنعا بالغير واذا كان ممتنعا بل غير لا يكون واجبا للغير الى ان الممكن يعني الانسان يتسع هنا ما معنى الاجتماع مناعة الخلود يعني يمكن ان يجتمع فيه الوجوب بالغير والامتناع بالغير يعني يتسع يتسع للإمكان للإمتناع بالغير اذا لم تتوفر كل شروط الخلق ويمكن ان يتصف بالوجوب بالغير اذا اجتمعت كل موجبات الخلق والعلة التامة. اقول اذا اخذنا الواجب والممتنع لا ليس الواجب الممتنع يا سماحة الشيخ اذا اخذنا الوجوب والامتنان. دائما يروح الى المصداق نعم في التطبيق? نعم عندنا الواجب الممتنع. تطبيق الواقع اما العناوين عندنا الوجوب والإمتناع اذا اخذنا الوجوب والامتناع باعتبار الغير لا بالنظر الى الذات انقسم المعقول يعني الموضوع الذي يتصف بالوجود او بالعدم. المعقول اليهما على سبيل منع الجمع لا الخلو منع الجمع اه يعني منع الجمع يعني لا يجتمعان لا الخلو وذلك لان المعقول دقق جيد حينئذ اما ان يكون واجبا لغيره او ممتنعا لغيره نعم مانعة الجمع حال كون الانسان واجب بالغير ما معناه؟ يعني كل العلة اجتمعت كل العلة التامة تمت كل موجبات الخلق تمت. لا يمكن يكون ممتنعا بالغير ايكونوا ممتنعا بالغير. واذا كان ممتنعا بالخير. يعني جزء علة غير حاظرة لا يمكن ان يتصف بالوجوب. حتى العرف يدركها. سيارة انسان يمشي في السيارة توقفت. هي عطبة يعني مستحيل ان تتحركي. لكن استحالة بالغير يراجع المحرك يجد البطارية توقفه ما في هذا الاصيد حامظ يعني جزء العلة التامة ارتفع. لا يمكن ان تتحرك  التحرك السيارة يستحيل بالغير ان تتحرك السيارة ثم يملأ البطارية بالحامض يضعها فتتحرك لان كل موجبات التحرك تحققت هذا هو لا يمكن ان يجتمعان لا يمكن في وقت وفي موضوع يكون الشيء ممتنعا بالغير وواجبا بالغير. منعت الجمع نعم في الممكن يجتمعان بلحظين اقول اذا اخذنا الوجوب والامتناع باعتبار الغير ليس باعتبار الذات. لا بالنظر الى الذات انقسم المعقول اليهما على سبيل المنع منع الجمع للخلو. وذلك لان المعقول حينئذ اما ان يكون واجبا لغيره واجب لغيره مثل حفيدك اذا اجتمعت كل موجبات الخلق فيتحقق بالظرورة. لكن باعتبار علته او ممتنعا لغيره يعني العلة بعد لم تكتمل على سبيل منع الجمع. يعني لا يجتمعان طبعا لا الخلو لامتناع الجمع بين الوجوب بالغير والامتناع بالغير واضحة جدا لا يمكن ان يكون حفيدك متحقق وغير متحقق وان كان الخلو عنهما وامكان الخلوع عنهما لا بالنظر الى الوجود يعني يمكن ان يخلو الشيء عنهما لا واجب بالغير ولا ممتنع بالغير. كيف? لا بالنظر الى السياق الخلقي في السياق الخلقي اذا اكتملت العلة بالظرورة ان ينوجد حفيدك واذا لم تكتمل تكتمل علله والعلة التامة مستحيل ان يتحقق. لا بالنظر الى وجود العلة ولا عدمها. يعني باعتبار تمام العلة او عدم تمامها. وهذه القسمة يمكن انقلابها. نعم ممكن انقذ حفيدك ممتنع بالغير ينقلب بواجب الغير في دائرتين دائرة امتثال العلة التامة يعني العلة التامة لم تكتمل وفي دائرة اكتمال العلة التامة. اه في دائرة عدم اكتمال العلة ممتنع بالغير في دائرة اكتمال العلة التامة واجب الغير. فانقلب من الامتناع الى الوجوب نعم وهذه القسمة يمكن انقلابها لان واجب الوجود بالغير قد يعرضه عدم علته عدم علته يعني علة تامة يعني لم تكتمل العلة بجميع مكوناتها فيكون ممتنع الوجود بالغير فينقلب احدهما الى الاخر. مع نعم السيارة تتحرك وتجيب بالغير. انعطبت يعني البطارية توقفت اه امتناع بالغير واذا لاحظنا الامكان الذاتي في هذه القسمة في الممكنات انقلبت مانعة الخلو لا الجامع. لعدم خلو كل معقول ممكن عن الوجوب بالغير والامتناع بالغير والامكان الذاتي. نعم قلت لك اذا نظرت الى الممكن بما هو ممكن قد يكون واجب بالغير قد يكون ممتنع بالغير وهو امكان بالذات ويجوز الجمع بينهما يجوز الجمع بينهما. يعني هو ممكن وواجب بالغير هو ممكن وممتنع بالغير. ولكن حال كونه واجبا بالغير. لا يكون ممتنعا بالغير. فان الممكن الذاتي هذه قاعدة كلية فان الممكن الذاتي يعني اللا اقتضاء واجب بالغير وممتنع بالغير العبارة فيها نقص ادبي يقول هكذا المفهوم فان الممكن الذاتي واجب بالغير او ممتنع نفهم انها بالغير لا ولكن هو جر ومجرور صحيح لان القيود تؤخر او تقدم نلعب بها كما نشاء العبارة صحيحة لكن اذا قال هكذا احسن فان الممكن بالذات واجب بغيره واو ممتنع. نعرف انه ممتنع بالغير. اخر القايد معليش. فإن الممكن الذاتي واجب وممتنع بماذا? بالغير فبالغير يكون قيد للواجب قيد للموم. الثانية ممتنئة تم الدرس ندخل في المسألة الخامسة والعشرون في الحصة القادمة ان شاء الله والسلام عليكم ورحمة الله وبركاته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