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الخامسة والعشرون في اقسام الضرورة والإمكان هذه المطالب هي حقيقة مقدمات للإلهيات بالمعنى الأخص او الالهيات مطلقا دراسة الله تعالى صفاته وافعاله. الا انها في غاية الاهمية. لماذا? لانها قوانين الوجود والله تعالى وجود وفعله كذلك يندرج تحت الوجود قال المحقق الطوسي ويشترك الوجوب والامتناع هذا هو الكلام الصحيح. لم يقل المحقق الطوسي ويشترك الواجب والممتنع كلام في هذه العناوين في هذه المواد الثلاث ويشترك الوجوب والامتنان. ثم في اسم الضرورة. يعني تقول الوجوب ضرورة كذا والامتناع ضرورة كذا وان اختلفا بالسلب والايجاب. نعم اذا ضرورة متعاكسة الملاك هو الوجود اذا انضم الوجود الى الذات المقدسة هنا يأتي الوجوب اذا انضم الوجوب عن الضرورة واذا انضم العدم الى شريك الباري هنا تأتي الضرورة نعم واذا قلنا الذات المقدسة بالظرورة ينتفي عنها العدم وتكون القضية هكذا الذات المقدسة عدم بالإمتناع لا يمكن ممتنع ثبوت العدم للواجب. كما كذلك شريك الباري يمتنع ثبوت الوجود له اقول الظرورة كعنوان كلي تطلق تطلق يعني تصدق تحمل على الوجوب من جهة وعلى الامتناع من جهة اخرى وتشملهما كعنوان كلي لها مصداقان وهو الوجوب والامتنان فان كل واحد من الوجوب والامتنان يقال له ضروري. نعم لكنهما يختلفان بالسلب والايجاب فالوجوب ظرورة الوجود. والامتناع ضرورة السلب. ضرورة السلب هذه يجب ان نقف عندها جيدا اذا كنا في دائرة العدم شريك الباري معدوم تقول شريك البريء عدم بالضرورة بالظرورة هنا ظرورة العدم لشريك الباري اذا قلت لا في الذات المقدسة فالله تعالى تقول الله تعالى ينتفي عنه العدم بالظرورة يعني امتناع ورود العدم على الذات المقدسة بالظرورة فالوجوب ضرورة الوجود والامتناع ضرورة السلب يعني ضرورة السلب العدم عن الذات المقدسة واسم الضرورة شامل لهما. نعم ضرورة ثبوت الوجود للذات المقدسة وامتناع عروظ العدم على الذات المقدسة بالظرورة يمتنع العدم عن الذات المقدس مسألة سهلة جدا قال وكل منهما يعني من الوجوب والامتناع يصدق يعني يحمل ويعرظ على الاخر الى تقابل في المضاف اليه. نعم. واضحة جدا  واضحة جدا بشرط التقابل على منحني هنا يوضح المسألة سهلة. كل واحد من الوجوب كعنوان والامتناع كعنوان. لا نتكلم عن المصاديق يصدق على الاخر يعني له الامتناع يصدق على الوجوب والوجوب يصدق على الامتنان. يعني في تسوق. كيف? فان وجوب الوجود يصدق عليه امتناع العدم نعم قلنا الذات المقدسة اذا عرظ عليه الوجود هنا بالوجوب ويعرض عليه الامتناع كذلك يعني يساوي الامتناع. الامتناع في ماذا? امتناع الادب اذن هنا اتفق الوجوب والامتناع الذات المقدسة يعني الله وجود باي مادة الوجوب والعدم لا العدم لا يتسلل الى الذات المقدسة. يرتفع باي مادة الامتناع. اذا المعنى التسوق. يعني اذا قلت واجب الوجود بالوجوب واجب الوجود عدم بالامتناع فانت في دائرة المعنى الواحد هذا هو المعنى التصادق يعني الوصول الى معنى واحد ليست تسابق بمعنى ان مفهوم الامتناع هو مفهوم الوجوب لا قلنا قاعدة بنيوية كل المفاهيم متباينة بتمام الذات اذا اذا قلت الذات المقدسة وجود بالوجوب يعني لا يتصور ان ينتفع عنها الوجود وبالتالي كذلك يساوي هذا المعنى ان العدم لا يتسلل مطلقا نهائيا الى الذات المقدسة. فيأتي الامتناع تقول الذات المقدسة عدم بالامتناع يعني يمتنع عنها العدم اذا ما الفرق بين العبارة الاولى والثانية? ذات المقدسة وجود بالوجوب ذات المقدسة عدم بالامتنان معنى واحد هذا هو التصادق هذا هو التصادق. يعني الاتفاق في المعنى نعم كل واحد من الوجوب والامتناع يصدق على الاخر في هذا المعنى فان وجوب الوجود يصدق عليه امتناع عدم ويستلزمه وبالعكس كذلك. الامتناع يستلزم الوجوب وكذلك امتناع الوجوب يصدق عليه وجوب العدم ويستلزمه. يعني تقول شريك الباري شريك الباري وجود بالامتناع شريك البالي وجود بالامتناع يعني الوجود لا يتسلل الى ساحة شريك الباري لانه متن العدم او تقول شريك البري عدم بالوجوب. معناه واحد ام لا? معنى واحد اذا قلت شريك الباري وجوده بالامتناع يعني يمتنع عنه الوجود او تقول شريك البريء عدم بالوجوب معنى واحد هذا هو التصادق نعم فالوجوب والامتناع كل واحد منهما يصدق عليه الاخر اذا تقابل في المضاف اليه. نعم بما يعني بالمضاف اليه الوجود او العدم اللذين يضاف الوجود الامتناع اليهما كما بينت لك بهذا التطبيق المصداقي ذات مقدسة وجود ما هي المادة الوجوب. قضية صادقة الذات المقدسة عدم بالامتناع قضية صادقة. فالوجوب الامتناع يحكيان معنى واحد. هذا هو التصادق شريك الباري عدم بالوجوب يعني واجب العدم له صادقة شريك البالي موجود او وجود بالامتناع صادقة. فتصادق الوجوب والامتناع في هذا المانع. وانما اشترطنا التقابل المضاف اليه لانه يستحيل صدقهما على مضاف واحد نعم ابدان. يعني تقول اه الذات المقدسة وجود بالوجوب ذات المقدسة اه ذات المقدسة نحمل عليها ماذا اه نحمل عليها الوجود ذات المقدسة الوجود بالامتناع غير معقول يعني ضرورة الوجود وعدم ضرورة الوجود او استحالة الوجود غير معقول وكذلك شريك الباري. شريك الباري عدم بالوجود بالوجوب واجب العدم شريك الباري وجودن اه بالإمتناع اه شريك البالي عدم بالإمتناع غير معقول شريك الباري وجود بالوجوب شريك الباري عدم بالإمتناع هذا غير معقول هذا غير معقول وانما اشترطنا التقابل المضاف اليه لانه يستحيل صدق الوجوب والامتناع على مضاف واحد يعني من حيثها واحدة. فان وجوب الوجود لا يصدق عليه امتناع الوجود. وبالعكس امتناع الوجود على شريك الباري مثلا لا يصدق عليه وجوب الوجود ولا وجوب العدم يصدق عليه امتناع العدم. ابدا هنا مبنى التناقض مبدأ التناقض دائما يراقب القضايا ونعم بل انما يصدق كل واحد منهما على صاحبه مع التقابل مع التقابل يعني ذاك يثبت ذاك ينفي. كما قلنا وجوب الوجود يصدق عليه امتناع العدم. وجوب الوجود يصدق عليه امتناع العدم. يعني تقول الذات المقدسة وجود بالوجوب. الذات المقدسة عدم بالامتناع. يعني يمتنع عنه العدم. نعم هنا التساوي والتساؤق فالوجوب اضيف الى الوجود والامتناع الى العدم. والوجود العدم متقابلا نعم مسألة سهلة جدا اه مسألة بنيوية وليست مسألة استدلالية. ولهذا دائما يحيل الى مبدأ التناقض لماذا يحيل الى مبدأ التناقض? لان هذا البنية يقول انظر بنية الدين يجب ان يفهم هكذا المسألة والا مبدأ التناقض يختل فيختل الذهن البشري وبالتالي لا يصل الى الواقع مطلقا. قال وقد يؤخذ الامكان هنا الدخول في بيان تجنيات الإمكان مصادق الإمكان من اين حصل عليها الانسان من معاينة الواقع اذا عاين الواقع مع مراعاة البنية الذهنية تأتي هذه الأقسام نشير اليها واحدة بعد واحدة هو لم يذكر كل الاقسام. لانها جاءت اقسام بعد</w:t>
      </w:r>
    </w:p>
    <w:p>
      <w:r>
        <w:t>على من حلي كثيرا قال وقد يؤخذ الامكان بمعنى السلب الضرورة عن احد الطرفين. هذا الامكان العام غير الإمكان الخاص الذي هو لا اقتضاء الصفة ولا نقيض الصفة هذا يسمى الامكان العام اصطلاحا وقد يؤخذ الامكان بمعنى سلب الظرورة عن احد الطرفين فيعم الاخرى والخاص يعني يعم الإمكان الخاص وزيادة. جيد نبينه بمثال نبينه بمثال خذ اي قضية شئت الانسان عالم عالم بالامكان الخاص يعني قد يعلم وقد لا يعلم اذن فيه مقابل ما هو اللاعب اللاعب انسان عالم وفي مقابل اللاعب. ركز على المقابل. اللاعب. هل هو ضروري للانسان ظروري بمعنى لا تنفك عنه ذاته اينما يكون الانسان يكون لا عالم? لا ابدا من قال هذا اذا قابل ان ينفتح على العلم قابل ان ينفتح على العلم وهذا هو الإمكان العام يعني سلب ظرورة الطرف المقابل. اكتبها هذي سلب ظرورة الطرف المقابل ويصدق حتى على الله تعالى واجب الوجود الله حي طبعا الله حي هنا بالوجوب وحي كذلك بالامكان العام كيف تتعجب طبق القاعدة مقابل الحياة ما هو؟ اللا حياة. هل اللا حياة ضرورة لله تعالى؟ ابدا فالله تعالى ينفتح على الحياة كالانسان بالامكان الخاص ام بالوجوب بالوجوب هذا هو الفرق وبالتالي الإمكان العام دائرة كبيرة يدخل فيه الوجوب والإمتناع والإمكان الخاص والامكان الخاص نعم الشريك الباري عدم روحي الى الطرف المقابل لا عدم هل اللا عدم ضروري لشريك الباري? لعدم يعني الوجود لا ليس ضروريا وبالتالي ينفتح على العدم ينفتح على العدم بالامكان ام بالوجوب بالوجوب واجب لعدم شريك المال قال وقد يؤخذ الامكان بمعنى سلب ظرورة احد الطرفين كما مثلت لك انا فيعم الاخرى والخاص يعني يعم الوجوب الاخرى عن الوجوب والامتناء والامكان الخاص اقول القسمة العقلية ثلاثية واجب ممتلئ وممكن ليس بواجب ولا ممتنع هذا بحسب الاصطلاح الاصطلاح الخاص وقد يؤخذ الامكان على معنى اعم يعني الامكان العام. من ذلك وهو سلب الضرورة عن احد الطرفين انت تختار تقول انسان حي طرف المقابر اللا حيو فاللا حي ليس ضرورة للانسان فينفتح على الحياة باعتباره ممكنا محدودا ينفتح على الحياة بالوجوب كالواجب تعالى لا بالامكان. يعني قد تفاض عليه الحياة وقد لا تفاض. نعم نعم وقد يؤخذ الامكان على معنى اعم من ذلك يعني من الإمكان الخاص وهو سلب الضرورة عن احد الطرفين. اعني طرفي الوجود والعدم او العلم واللا علم والحياة ولا حياة لا عنهما معا لا عنهما معا يعني ارتفاع النقد بل عن الطرف المقابل للحكم وتقول الانسان وجود. ما هو مقابل اللاوجود? هل اللا وجود ظروري للانسان? يعني الانسان لا يدخل دار الوجود مطلقا لا مخلوقة. تعاين ملايير الناس اذهب الى الصين ترى ما يشبه عينيك بين الناس. اذا دخل الانسان الوجود اذا لله وجود ليس ضروري له. لكن كيف ينفتح على الوجود? ينفتح عليه كان الله تعالى بالوجوب لا بالامكان الخاص هذا هو الإمكان العام. يعني تقول انسان وجود بالامكان العام. ما معناه? يعني لا وجود ليس ضروري الا هو  نعم  اعني ترى فيه الوجود والعدم او العلم واللا علم حياة ولا حياة لا ان هو معا بن عن طرف المقابل للحكم الطرف المقابل للحكم مثلا الإنسان حي هذا هو حكم الطرف المقابل لهذا الانسان ليس حيا. حتى يكون ممكن الوجود هو ما ليس بممتنع. يعني ليس بممتنع اه تقول الانسان حي طرف المقابل ما هو? الا حي. هل اللحي ضرورة للانسان? يعني لا يكون الانسان حيا مطلقا لا هذا ليس ظروريا له فينفتح على الحياة الا انه انفتاح الحياة دقق جيد انظر الى الموضوع اذا كان هذا المنقوظ محدودا ينفتح على الحياة ليس بالضرورة بل بالامكان الخاص. نعم  حتى يكون ممكن الوجود نعم يعني يمكن ان يتصف بالمحمول هو ما ليس بممتنع يعني ليس بممتنع عليه الحياة ليس بممتنع عليها عليه العلم وهكذا. ويكون قد رفعنا فيه ضرورة العدم. ضرورة العدم يعني ضرورة عدم الحياة. ضرورة عدم الوجود. ضرورة عدم العلم وهكذا وممكن العدم هو ما ليس وممكن العدم هو ليس بواجب نعم ممكن العدم الانسان ممكن العدم يعني ممكن ان لا يخلق نعم هو ما ليس بواجب ويكون قد رفعنا فيه ضرورة الوجود نعم يقول الانسان وجود ما هو مقابله اه اللا وجود يعني العدم نركز على الوجود ضروري للانسان ليس ضروريا قد يكون اه لا وجود الانسان وجود بالامكان العام الانسان لا وجود بالامكان العامة  هذا معنى الكلام ويكون قد رفعنا فيه ضرورة الوجود كذلك ضرورة العناء. فاذا اخذ بهذا المعنى يعني الامكان العام كان اعم من الاول يعني من الامكان الخاص. ومن الضرورة الاخرى يعني ضرورة بمعنى الوجوب والضرورة بمعنى الايماتنة اه التي تقابله تقابل من? تقابل اه الامكان الخاص الذي يقابل الامكان الخاص في المواد الثلاثة هو الوجوب والامتناع فان رفع احدى الظرورتين يعني ضرورة مثلا اللا حياة يشمل ثبوت الأخرى الحياة ثبوت الاخرى الحياة في الواجب بالوجوب فين المحدودات والممكنات بالامكان الخاص نعم فاذا رفع احدى الظرورتين تفضل مثلا رفعنا الوجوب ماذا يبقى يشمل ثبوت الاخرى يعني الامتناع والامكان الخاص. اذا اشمل دائرة الامكان العام. اشمل دائرة في داخله الوجوب والامتناع والامكان الخاص حتى الله تعالى يصدق عليه الامكان العام طبيعية جدا طبيعي جدا تقول ذات المقدسة عالمة بالامكان العام تقول عجيب. افهم جيدا الامكان العام تفقه المسألة بسهولة روحي للطرف المقابل اللاعب ضروري للذات المقدسة يعني الله تعالى ليس عالما في ذاته ذات ذاته تقتضي اللا علم? نقول لا ابدا اذا ينفتح على العلم. يعني يمكن ان يحمل عليه العلم. حمل عليه العلم. يحمل عليه كالمخلوقات ام بالوجوب? بالوجوب هنا الامكان العامة تساوى مع الوجوب شريك الباري منفتح على الوجود الطرف المقابل اللا وجود ضروري لشريك البريد? نعم شريك المال العام. هنا الإمكان العام صار هو الإمتناع روح الإنسان فتح العلم اللا علم ضروري الإنسان لا فيه الناس يتعلمون ناس متعلمون. اذا الإنسان ينفتح على العلم. ينفتح اه بالامكان العام ينفتح كل الله تعالى بالوجوب لا ينفتح بالإمكان الخاص. إذا الإمتناء هنا الإمكان العام شمل الوجوب والإمتناع والإمكان الخواص يعني اعم في دائرة المصابيق وان كان مفهومه يباين الوجوب الامتناع والامكان الخاص من حيث المفهوم اما من حيث الشمول المصداقي لا وا عام نعم هذا هو الامر اذا اذا قلت والذات المقدسة حياة بالامكان العام ماذا تسوق الوجوب او لا تسابق الوجوب. تقول انسان حي بالامكان العام هنا تسوق الامكان الخاص شريك الباري عدم بالامكان العام هنا تساوي الوجوب. شريك الباري وجود بالامكان العام ساوي الإمتنان وهكذا في جميع الامثلة قال وقد يؤخذ بالنسبة الى الاستقبال. بالامكان الاستقبال هذا اكتب قاعدة هذا الامكان الاستقبالي لا ايه يمكن الاستقبال فيه اشكالية تعرض الخيال جيد انا يمكن ان اصير مجتهدا بعد عشر سنوات مثلا</w:t>
      </w:r>
    </w:p>
    <w:p>
      <w:r>
        <w:t>هل الا اجتهاد انا الان متورط به اجتهاد الذي يقابله ما هو الا اجتهاد. هل انا متورط باللا اجتهاد اذا تورط باللا اجتهاد يعني هذا الوصف ذاتي لي ابدا لا يمكن ان اصير مجتهدا. هذه معضلة عالجها المحقق التونسي في هذه العبارة في الامكان الاستقبال يعني انك يمكن ان تتصف بالصفة في المستقبل اذا وصل ظرف الاستقبال. لا ينظر الى الحال فهذه كذلك تندرج تحت الإمكان المطلق. اذا عندنا امكان خاص ان كان عام الآن امكان استقبالي وقد يؤخذ بالنسبة الى الاستقبال ويسمى الامكان للاستقبال. نعم اقول من لعلام الحلي قد يؤخذ الامكان لا بالنظر الى ما في الحال لا تنظر الى الواقع الظرف الحالي بل بالنظر الى الاستقبال حتى يكون ممكن الوجود هو الذي يجوز وجوده في الاستقبال. من غير الالتفات الى ما في الحل. لا تركز على الظرف الحالي. ركز على الظرف الاستقبالي. وهذا الامكان احق الامكانات باسم ان كان لا ادري هذه الاحقية من اين من اين اكتشفوها اه باعتبار الوجود باعتبار السياق الوجودي ونحن ما ندرس السياقات الوجودية نحن ندرس العناوين بنحو كل كل امكان له قيمته الكبيرة نعم وسيأتي تفصيله ان شاء الله. قال ولا يشترط العدم في الحال والا اجتمع ان نقظا مسألة بنيوية ليست مسألة استدلالية يعني الان انا اصير بعد عشر سنوات مجتهدا فقيها مجتهدا هناك وجود الصفة الان في هذا الظرف هل انا متلبس بعدم الصفة اذا تلبست بعدم الصفة وصارت هذه الصفة ذاتي لا يمكن ان اجتهد ابدا اذا الظرف لا يكون متصفا بعدم الصفة التي تأتي في الاستقبال وهذا اثاره المحقق التونسي لظرف علمي هناك كان الناس او العلماء يعتقدون بهذا الاعتقاد يرون ان الصفة التي تأتي في المستقبل مشروطة ان تكون مم يكون متلبس بها الانسان بنقيضها في في في الحال في الظرف الحالي قال المحقق الطوسي ولا يشترط العدم في الحال في دائرة الإمكان الإستقبالي لا يشترط العدم في الحال والا اجتمع النقض. اقول هذا الامكان يعني ان يمكن لاستقبالي لا يشترط عدمه في الحال على مذهب الحق وذهب بعضهم الى الاشتراط فقال لانه لو كان موجودا في الحال لكان واجبا فلا يكون ممكنا وهذا هو خطأ ذاك الفهم العجيب هذه المسألة مراجعة الى البنية اذا قلنا الانسان الان غير موجود حفيدك الان غير موجود تفهمه بطريقتين متلبس بالعدم متلبس بالعدم هيمن عليه العذاب فيأتي الله تعالى يظرب هذا العدم بالوجود. يلزم اجتماع النقيظين العدم تقبل الوجود هذا الفهم خاطئ جدا. اذا الفهم الصحيح ما هو? مرفوع الوجود ليس متلبس بالعدم. فرق بين لا شيء والتلبس بالعدم فرق يعني في الكون ليس له وجود ليس انه متلبس بالعدم الذي يتلبس بالعدم لا ينوجد ابدا لا ينوجد ابدا اذا هذا الانسان الذي سيجتهد بعد عشر سنوات بعد جهد وعمل وكد وتعب هل هو متلبس باللا اجتهاد? فكيف ياتي الاجتهاد ويستقر فيه? يستقر في نقيضه يلزم اجتماع النقيضين اذا لا يكون متلبسا بالله اه بلا اجتهاد منفتح على الاجتهاد. فرق بين منفتح على الاجتهاد متلبس باللا اجتهاد. اذا تلبس باللا اجتهاد مستحيل ان يجتهد. لان الصفة لا تأتي وتتحد مع نقيضها. نعم. وهو خطأ لان جود اذا اخرجه الى الله تعالى ان اخرجه الى الوجوب  لان الوجود اذا اخرجه اخرج اه المفروض يقول الموجود احسن اه الموجود احسن ادق وارشق لان الوجود اذا اخرجه الى الوجوب اخرجه العدم الى الامتناع. نعم مسألة دائرة بناء الامرين انت الان هنا تريد ان تجتهد بعشر سنوات عندك الاجتهاد تحصينه للحصر عندك اللا اجتهاد لا يمكن الاجتهاد يأتي لانه يجتمع مع الاجتهاد ويلزم اجتماع النقل اذا ماذا تكون منفتح لمجتهد ولا لا مجتهد هذا هو المعنى هذا هو معنى الانفتاح نعم لان الوجود اذا اخرجه الى الوجوب صار واجب الوجود في الصفة اخرجه العدم الى الامتنان. وايضا اذا اشترط اشترط في امكان الوجود في المستقبل العدم في الحال كما يدعي من قال هذا. اشترط في امكان العدل الوجود في الحل لكن ممكن الوجود هو بعينه ممكن العدم. انظر لكن ممكن الوجود هو بعينه ممكن العدم. يعني منفتح على الوجود منفتح على الاداء. منفتح على الاجتهاد منفتح على اللاجتهاد اذا تلبس بالاجتهاد الاجتهاد الاستقبال لا معنى له. من باب تحصيل الحاصل. اذا تلبس باللا اجتهاد الاجتهاد الاستقبالي لا معنى له. لماذا? لانه اجتماع ان نقي ظين نعم نعم لكن ممكن الوجود هو بعينه ممكن العدم ممكن الوجود يعني الشيء الشيء الماهية شيء ممكن الوجود يعني الذي يتصل بالامكان يمكن ان ينوجد هو بعينه ممكن العدم يمكن ان يتصف بالعداء. فيلزم اشتراط فيلزم اشتراط وجوده وعدمه في الحال هذا خلف اذا ماذا تقول? تقول انا منفتح على الاجتهاد وعلى اللا اجتهاد. اذا درست تعبت واجتهدت يأتي الاجتهاد اذا لم ادرس ولم اتعب واكيد لا يأتي الاجتهاد ام اني متورط بالاجتهاد ثم اجتهدت تحصيل حاصل متورط باللا اجتهاد ياتي الاجتهاد يلزم اجتماع النقيضين. اذا ماذا نقول؟ انفتاح يعني لا الاجتهاد ولا الاجتهاد. هذا هو الكلام الصحيح. نعم. نعم فيلزم اشتراط اشتراط وجوده وعديمه في الحال وهذا خلف لا يمكن واليه اشار بقول والا اجتماع النقضين هذا هو اما اجتماع النقيضين او اه تحصيل حاصل. يعني اذا انت تلبست بالاجتهاد وتريد ان تجتهد في الاستقبال عندك الاجتهاد. تحصيله للحاصل. وهو محال يعني الاجتهاد مفروض وليس بمفروظ اجتماع النقفين او تقول لا انا متلبس بالله اجتهاد كيف تجتهد? الاجتهاد يأتي ويجتمع من لا مع اللاجتهاد يلزم اجتماع الموقفين البنية الذهنية حاكمة تقول اذا كيف? تقول تنفتح على الاجتهاد دون الاجتهاد. يعني انت متساوي النسبة الى الاجتهاد او الاجتهاد ثم تأتي الشروط الموضوعية من من العمل والدراسة والكد والتعب في البعد العلمي فتتلبس بالاجتهاد. اولى اذا اهملت الظروف الشروط الموضوعية لا تشتهي هكذا الامر واليه اشار بقوله والا اجتمع نقيدا بيناها. وايضا العدم في الحال لا ينافي الوجود في المستقبل وان كانوا في الحال فالاولى ان لا ينافي امكانه في المستقبل. وايضا العدم في الحال لا ينافي الوجود في المستقبل العدم في الحال هنا بمعنى المرفعية الوجود ليس بمعنى التلبس بالوجود. والا نسف العلام الحلي كلام كلامه مطلقا. وايضا العدم في الحال. العدم في الحال اين? يعني مرفوع الوجود ليس انه متلبس العدم لا ينافي الوجود في المستقبل. يعني اذا جاء الوجود ووجد الماهية او الشيء منفتحا على الوجود والعدم هنا يتلبس بالوجود اذا جاء العدم وجد ما هي منفتحة على الوجود والعدم تتلبس المهية بالعدم. اما انها متلبسة بالوجود فيأتي الوجود تحصيله الحاصل متلبسة بالوجود يأتي العدم هذا اجتماع الناقضين فالاولى الا ينافي امكانه في المستقبل? نعم. نعم وايضا العدم في الحال لا ينافي الوجود في المستقبل كما بينته انا. العدم في الحال يعني بمعنى منفتح على الوجود والعدم</w:t>
      </w:r>
    </w:p>
    <w:p>
      <w:r>
        <w:t>لا ينافي الوجود في المستقبل نعم قد يتلبس بالوجود وقد يتلبس حتى بالعدم. وجود الاجتهاد وعدم الاجتهاد وان كانوا في الحال نعم ممكن في الحال. يعني في الحال منفتح فالاولى الا ينافي امكانه في المستقبل. اذا كان في في الحال ليس بمستحيل في المستقبل من باب اولى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