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والحمد لله سبحان الله يا 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وصلنا الى المسألة السادسة والعشرون لان الوجوب والامكان والامتناع يعني هذه العناوين الاخرى ليست ثابتة في الاعياد قال المحقق التونسي والثلاثة يعني الوجوب والامكان والامتنان هي اعتبارية قبل الدخول في هذه المسألة اعيد المسألة التي سبقت عندنا انسان منفتح على الغنى سيصير غنيا في المستقبل في هنا رؤية الرؤية الاولى تقل يجب ان يكون لا لا غنيا حتى ينفتح على اه الغنى يعني متلبس بلا غنى حقيقة كيف يصير غنيا? اذا جاء الغنى ووجد لا غنى مستقرا في الانسان هذا يلزم اجتماعهم واقفين او تقول هو غني ويريد ان يصير غنيا فإذا جاء الغنى ووجد الغنى مستقرا لا يستقر تحصين للحصر التحصيل الحاصل يعود الى مبدأ التناقض. كيف اذا جاء الغنى ووجد الغنى مستقر مستقرا فهو آآ غنى وليس بغنى لا احتاجك اذا احتاجك يعني انت لست غنى. فيلزم اجتماع النقضين الرؤيا الاولى تقول يجب منفتح منفتح على الغنى وعدم الغنى كيف اه الغنى له موجبات له اسباب له علل خبرة في المعاملة التجارية والاقتصادية والصبر قد يسقط قد ينهض والمزاحم المنافس في السوق والنهوض مبكرا يعني تعرفون انتم الشروط الموضوعية اه التجارة والامور الاقتصادية اذا توفرت بتمامها يأتي الغنى ويتلبس بي لان هو منفتح على الغنى وعلى لا غنى اذا لم يأخذ بهذه الموجبات وهذه الاسباب لا يصل غنيا فيأتي اللا غنى هذا الامر سهل جدا اما اذا اشترطنا ان يكون لا غنى لا غني حتى يتلبس بالغنى هذا يلزم اجتماع النقيضين العرف قد يدرك هذه المسألة يقول ما عنده شيء ثم صار غنيا. ما عنده شيء الفيلسوف والمتكلم يجب ان يدقق فيها. ليس له شيء يعني هذه الليسية استقرت في ذاته اذا استقرت في ذاته لا يصير غني الى ومربية يقول لا يعني هو قادر قابل ان يكون غنيا وقد لا يكون نعم هذا هو الانفتاح. فما هذه المسألة جيدا وان كانت في تصوري تنتمي الى تاريخ علم الكلام وليست مسألة ذاتية نأتي الى المسألة السادسة والعشرون يقول والثلاثة يعني عنوان الوجوب وعنوان الامكان وعنوان الامتناع اعتبارية جيد كلام فاخر من المحقق الطوسي وهذا كله ناتج من عمقه في الفلسفة السيناوية يعني كل الفلسفة التي سبقت في تاريخ الانسانية وكذلك عمقه في حكمة الاشراق لان المفاهيم الفلسفية تعمقت جيدا في حكمة الاشراق للصهر الغربي المحقق الطوسي فلسفيا اشراقي وليس مشائيين كما يعتقد البعض اعتبار معناه ليست لها متون مستقل فاذا جعلنا لها متنا لادراكها في دائرتها هذه المتون ادعائية وهذا هو الاعتبار يعني ليس لها مصداق مستقل عن من يتعين بها. فاذا قلنا واجب الوجود يعني الذات المقدسة وجود بالوجوب فهو ما عندنا الذات المقدسة والوجود والوجوب كلها متون مستقلة الذات المقدسة متن مستقل الوجود متن مستقل. والوجوب متن مستقل. هذه خرافة عندنا ذات واحدة وهي اه الذات المقدسة محيفة بحيثية اعتبارية كذلك هي طالبية العدم ومحيثة في نسبة الوجود اليها بحيثية انتزاعية وهي الوجوب. هكذا يجب ان نفهم المسألة. وهذه خاصية لكل المفاهيم الثانية. كل المفاهيم الثانية. كنا في العلوم فلسفة والعلوم الاخرى او المنطق علم المنطق فقل الانسان كلي الانسان كلي الكلية متن ينظم الى الانسان ام هو الانسان بنحو الانسان بنحوه. يعني الانسان اذا صدق على كثيرين اذن هذه حيثية وبالتالي حيثية انتزاعية. ما معنى انتزاعية? يعني نجعل الكلية تامة بالإدعاء وليس بالحقيقة نضع الهم نصنع لها متنا بالادعاء بالخرطي تحصل هذا المتن تحقق هذا المتن نفهمه في دائرته ما هو الصدق على كثير انتهى الامر نجعل للوجوب متنا مستقلا نفهمه. يعني ضرورة المحمول ضرورة المحبوب انتهى الامر  هل المتن حقيقي? لا ادعائي. لماذا? لضرورة الفهم لضرورة الفهم انت اذا اردت ان تفهم الاحمرار عندك واقعيات خارجية. عندك سمكة حمراء في المحيط الهندي عندك تفاحة حمرا عندك الدم احمر وعندك وعندك من الواقعيات اذا اردت ان تتكلم على الاحمرار لوحدي. انت مضطر ان تأتي بسمكة وبالتفاحة وبالدم وو يعني تجرجر معك هذه الواقعيات حتى تتواصل معك انا وثم الاحمراء. لا تقل لي لا. اذا ماذا تفعل? تجعل الاحمرار خارجة عن السمك خارجة عن الدم خارج عن التفاحة خارج عن الخجل فتجده حقيقة واحدة احمرار احمرار علي حيثية واحدة تعطيها المتن بالادعاء بالخرطي بالكذب المعرفي لماذا? حتى تعزلها عن هذه الواقعيات وتفهم الإحمرار في دائرته ليس في دائرة السمكة ما ظربت الاحمرار بالسمكة. تتصف به نعم. طوبى لها. اما الاحمرار له هوية معرفية مستقلة. لكن ليس له هوية متنية ومستقلة. هذا هو الاعتبار  سجل جيدا هذا الامر لانك لن تجده في الدروس الاخرى لان الاستاذ وهو يدرس الكلام والفلسفة وو لا يهتم بهذه الامور وهي عند الطالب مهمة جدا مفتاحية اساسية حتى يفهم الامور اذا قال الاستاذ والثلاثة يعني الوجوب والامكان والامتنان اعتبار يعني انتزاعية. اعتبارية انتزاعية معنى الواحد الطالب يبقى في ذات الابهام والثلاثة اعتبارية لصدقها يريد يحلل هذه البنية لصدق هذه العناوين يعني الوجوب والامكان الامتناع على المعدوم هل المعدوم متنون حتى تصدق على هذه العناوين اذا هادي العناوين انتزاعية اعتبارية جعلية لاجل الفهم واذا قلنا اعتبارية انتزاعية جعلية هذا لا يعني انها سليقية ذات نية الانسان كما يحلو له يعتبر وينتزع لا الوجود حاكم عليك لان الوجود حاكم على الدين. تنتزع كما يريد الوجود لك ما تريده انت واستحالة التسلسل اشارة الى القاعدة التي اسسها شيخ الاشراق الحيثية اذا تمكنت تسلسلت نعم خرج الإحمرار كمتن واقعي ليس كمتن ادعائي. يعني كواقعية حقيقية خارجة عن السمكة وعن التفاحة صار الاحمرار متنا واقعيا. تأمل فيه. احمر ام لا? تقول هو الاولى بالاحمرار هو الذي اعطى للسمكة الاحمرار. هو ملاك احمرار السمكة. هو ملاك احمرار التفاحة. اذا هو احمر? نعم احمر. اذا عندنا صفة وموصوف فالصفة كذلك لها مثل مستقل فيأتي الاحمرار الثاني هذا الاحمرار الثاني احمر? نعم اولى بالاحمرار. احمرار ذاتي له. فيأتي الاحمرار الاحمرار الثالث والرابع والخامس تتسلسل شكل قاعدة. كل الحيثيات اذا تمتلت تسلسلت اذا الحيثيات لا هوية لها لا هوية مثنية لها. تعقل? نعم تعقل لكن لا هوية لها متنية لا هوية لها واقعية كما مثلت لكم في الماضي جلوسي ليس متنا وانما انا بنحو فالجلوس لا هوية له ما في النية. ولهذا يقولون اعتباري يعني يجب ان تعتبره لوحدي كمتن ادعائي حتى تفهمه اقول هذه الجهات الثلاث او المواد. الجهات اذا اعتبرنا القضية المواد اذا اعتبرنا الواقع اعني الوجوب والامتناع والإمكان امور اعتبارها. ايه اعتبارها? يعتبرها العقل في نشاطه المعرفي والتواصلي. دقق جيد</w:t>
      </w:r>
    </w:p>
    <w:p>
      <w:r>
        <w:t>عند نسبة الوجود الى الموضوع الى الماهية احسن قل الموضوع لان الذات المقدسة ليست مهية والشريك الباري ليس ما هي? تقول ذات المقدسة وجود بالوجوب وليس لهما الشريك الباري لا شيء حتى تكون له تقول شريك الباري وجود بالامتنان لو قال الى الموضوع يشمل الماهيات والذات المقدسة واجب الوجود الاعدام مطلقا يعتبره العقل بينت لك كيف يعتبرها. يعطيها متنا مستقلا بالادعاء والخرطي يعني بالكذب المعرفي لماذا? لغرظ تكويني هو حتى يفهمها في دائرتها ولا يخلطها بحيثيات التفاحة الاخرى من جمال وذوق وذوق لا يريد يحمي ظرفك فيعزله عن التفاحة وعن السمك. يعزله حقيقة يمكن يتدخل في تكوين الله. ابدا يعزله بالادعاء. هذا الادعاء والاعتبار نعم. يعتبرها العقل عند نسبة الوجود الى المائية. وليس لها تحقق في الاعيان. انظر ليس لها متن مستقل ليس لها مستقل لوجوه يعني ادلة تحليلية فقط وليست ادلة بالمعنى الحقيقي منها ما هو مشترك ومنها ما هو مختص بكل واحد اما المشترك فامران. الاول ان هذه الامور تصدق على المعلوم اه المعلوم ام المعدوم ظاهرا هنا لان المتن يقول لصدقها على المعدوم فلا يمكن ان يكون على المعلوم لان ما دخل المعلوم هنا ان هذه الامور تصدق على المعدوم لا ادري ان نسخكم معدوم ام معلوم لان المتن يقول المعدوم لصدقها على المعدوم. والعلامة الحلي هنا في هذه النسخة ان هذه الامور تصدق على المعلوم المفروض تصدق على المعدوم. لماذا? كشريك الباري فان الممتنع يعني هذا العنوان عنوان الامتناع ليس الممتنع يا شيخنا العزيز الامتناع الممتنع هو شريك الباري انعدم المطلق فان الامتناع صحح العبارة يعني هنا خطأن ان هذه الامور تصدق على المعدوم ثم يبين. فان الامتناع ليس الممتنع فرق بين الامتناع والممتنع. الامتناع مادة او جهة والممتنع هو عدم المطلق شريك الباري ما يصدق عليه ماذا؟ ما يصدق عليه العدم فان الامتناع يصدق عليه انه مستحيل الوجود او ما صحيح هنا ممتنع عن شريك الباري. يصدق عليه انه مستحيل وجود. تقول شريك الباري وجود بالاستحالة يعني نعم وانه واجب العدم. تقول شريك البريء عدم بالوجوب بالوجوب والممكن قبل وجوده يصدق عليه انه ممكن ممكن يعني منفتح على الوجود والعدم. منفتح على صفة ونقيض الصفة. ممكن العلم واللا عين يصدق عليه انه ممكن وهو معدوم لا ادري انا هنا عبارة اه جاء بها العلامة الحلي اه البيان لماذا يكون مخربط بالعامية لا يكون مستساغا لا يكون سلسا عدم النضج الاصطلاحي عدم النظر الاصطلاحي. عدم النضج الذهني ولهذا قال الذي يجتهد في المستقبل يجب ان يكون متلبسا بلا اجتهاد النضج العقلي والفكري لم يكن ناضجا في ذلك الزمن. ليس كالان الان ثراء اصطلاحي رهيب وبالتالي كل شيء في مرتبته التي يليق بها. هل هذا يعني انغلاق الاجتهاد? لا ابدا فيه مجالات للاجتهاد واسعة جدا. لكن اذا رجعنا الى نسينا اذا رجعنا الى العالم الحلي الى المحقق التوصي الى شيخ الاشراق في ذلك الزمان لم يكن هذا الثراء الاصطلاحي وعمق المباني وبالتالي تجد البيان فيه خلل لان المبنى فيه خلل ولا يراعي المحقق البنية. نعيد العبارة حتى تفهم جيد. ان هذه الامور ما معناه  يعني الامتناع عن الوجوب والامكان. تصدق على المعلوم ليس على المعلوم على المعدوم. فان الممتنع كشريك البالي او كان عدم المطلق يصدق عليه يعني يحمل عليه انه مستحيل الوجود. نعم شريك الباري مستحيل وجوده يعني كانك قلت شريك البريء وجود بالامتناع ما معناه? يعني يمتنع عنه الوجود ان شريك الباري وفقا للتوحيد يدخل في سلة العذاب فلا يحمل عليه الوجود. شريك الباري وجود بالامتناع يستحيل عليه الوجود وانه واجب العدم. كذلك صحيح تقول شريك البالي عدم بالوجوب يعني بالظرورة والممكن قبل وجوده والممكن قبل وجوده قبل وجوده يصدق عليه انه ممكن نعم ممكن يعني متساوي النسبة الى الوجود والعدم. متساوي النسبة الى العلم واللا علم وهو معدوم. ها هنا معدوم اه افهمها جيدا اليفة ما جيدا معدوم يعني متلبس بالعدم يعني انا قبل ما يخلقني الله تعالى قبل ان يخلق الله تعالى في القرن العشرين في وسط القرن العشرين يعني انا كنت متلبس بالعداب. اذا كنت متلبس بالعدم. كيف اقبل الوضوء? يلزم اجتماع النقيضين اذن هنا وهو معدوم فما بهذه المسألة يعني منفتح منفتح قد ينوجد وقد لا ينوجد نعم واذا اتصف المعدوم بها بهذا الامكان بهذه الجهة كانت عدمية العدمية لاستحالة اتصاف العدمي بالثبوت كان الإمكان عدميا يعني اللائقة ظاء البيان هنا غير صحيح الممكنات لا تتصف بالوجود ولا بالعدم. هذا هو اللائق اقتضاء. هنا اللا اقتضاء يسميه آآ معدوما تسامحا تسامحا. يعني الله تعالى قبل خلقك في القرن العشرين او الواحد العشرين من ولد في القرن الواحد وعشرين. يعني انت كنت في سنة العدد ثم اخرجك الله تعالى من سلة العدم ووضعك في دار الوجود. هذا يعقل اذا كنت في سنة العدم لا تقبل الوجود مطلقا لاننا اجتماع النقيضين اذا ماذا كنت? كنت منفتحة للوجود والعدو. اصلا ما كنت كنت فقط في مرحلة واحدة فقط وهي وجود علمي في العلم الالهي هناك وجود علمي وليس ووجودا حقيقيا يترتب عليك الاثار ولك مرتبة وجودية ابدا لانه تحصيل للحاصل. كن بوجود علمي هناك اما انك كنت معدوما هذه عجيبة وغريبة. يلزم اجتماع النقيضين. اذا يجب ان نفهم كلام العلامة الحلي في السياق الصحيح. العلم يعني مرفوع الوجود وليس متلبس بالعدم. الثاني يلزم التسلسل قل كل حيثية تمكنت تسلسلت هذه القاعدة التي اكتشفها شيخ الاشراق لأنه هو استشكل على اصالة الوجود قال اذا قلتم الوجود اصيل يعني عندكم قضية الوجود وجود الوجود اصيل فاذا عندنا الوجود الموضوعي متن والوجود المحمول متن كم متر اثنان الوجود المحمول وجود نعم فعندنا اثنان في المجموع ثلاثة هذا الثالث وجود? نعم وجود رابع وهكذا يتسلسل بطل اصالة الوجود اجابوه قالوا له خلطت بين الوجود المتني والوجود الحيثي هذه مسألة في اصالة الوجود لا افيض فيها هنا ثاني يلزم التسلسل هذه للقاعدة الشريفة الحيثيات الى تمكنت يعني كانت لها واقعية مستقلة تسلسلت يلزم التسلسل لان كل متحقق فله وجود يشارك به غيره من الموجودات ويختص بنفس ماهيته نعم وما به الاشتراك وغير ما به الامتياز يعني الماهيات تتميز بمهياتها وتشترك في هذا العام فوجوده غير مهيته فاتصاف ماهيته بوجوده لا يخلو عن احد هذه الامور الثلاثة. فلو كانت هذه الامور ثبوتية لازمة اتصافها باحد الثلاث ويتسلسله محال. يعني الامتناع اذا كان له متن مستقل تقول هذا الامتناع وجبن امكانون امتناع تقول لا امتناع. كم صار? اثنان. الامتناع الثاني وجوبن امكانهن امتناع تقول لا امتناع. يلزم الثلاثة وهكذا دواليك نقع في التسلسل في الامتناعات. والتحليل يصدق على الوجوب ويصدق كذلك على الامكان. هذه قاعدة اذا الامتناع والوجوب والامكان ما هما</w:t>
      </w:r>
    </w:p>
    <w:p>
      <w:r>
        <w:t>حيثية في الواقعية لا متن مستقلها تشير الى ماذا? تشير الى كيفية نسبة المحمول للموضوع قد تكون هذه النسبة بالوجوب قد تكون بالامتنان قد تكون بالامكان لامكانه الخاص هل لها متن? لا فإذا شكلت هذه القضية الذات المقدسة بين قوسين الله الديني ذات المقدسة. وجود بالوجوب كم مفردة عندك? عندك الموضوع ذات المقدس. عندك المحمول هو الوجود وعندك هذه المادة الوجوب. اخرج الى الواقع وفقا للتحليل الذهني تجد  كم متن تجد متنا ثلاثة. الذات المقدسة والوجود والوجوب هذا الفهم الساذج الفهم الدقيق تجد الذات المقدسة فقط لا حيثية هي تليدية العدالة ولا حيثية ان هذه العدم بالوجوب شديد الوجوب واذا قلت لا فيه موتون ثلاثة الذات المقدسة والوجود والوجوب هنا نقع في كارثة. نأتي الى الوجود وجود ام عدم? تقول الوجود. كم صار? اثنين. الوجود الثالث وجود ام لا? وجود صار اربعة وهكذا يتسلسل الوجوب وجوب ام امتناع ام امكان? تقول لا وجوب صار اثنين الوجوب الثالث وجوب ام امتناع ام انكار? تقول وجوب. فصار اربعة وخمسة وستة فيلزم التسلسل. احرز من هذه الامور في المعرفة ولانها مهمة جدا قلت لكم الفخر الرازي  في كتبه الكلامية الواسعة يقول ان الصفات الزائدة على الذات مبنى الأشاعر يعني الله صفاته الحياة زائدة على ذاتي ما هو دليلك? يقول افهم من الذات غير ما فهموه من العلم افهم من الذات غير ما افهمه من الحياة اذا هذا الفهم خرجه الى الواقع فعندنا مثنا متن الذات المقدسة ومتن الصفة. غاية الأمر ان الصفة لازمة لا تنفك للذات. لأنه لا يقول ان الله تعالى ليس بعالم فمفترض ان يقول بزيادة الصفات على الذات. نحن نقول خرطت بين البنية الذهنية والبنية الخارجية البنية الذهنية يجب ان تفكك الحياة كمتن مستقل بالادعاء حتى تفهم الحياة بمعزل عن الذات المقدسة ما هي الحياة? ما هو العلم وهذا لا يعني ان الحياة لها متن ومستقلة هذه خرافة وانما هي حيثية يعني الذات بنحو الذات بنحو الكاشفية اذا تلألأت المعلومات في ذاته المقدسة لا يسمى العين هكذا يجب ان نفهم هذه المسألة التي هي خطيرة في نفسها. ولهذا انا ادرجها تحت الذات العاضد الخادم. وليست عرضية ولكن ليست اساسية ذاتية اساسية. قال ولو كان الوجوب ثبوتيا اللازمة امكان الواجب واضحة جدا دقق دقق النظر في كلام المحقق التونسي. عجيب دقيق في غاية الدقة. يقول لو كان الوجوب ثبوتيا يعني له متن مستقل له واقعية مستقلة فالذات المقدسة يتصف بالوجوب كجهة كمادة يعني وجوده واجبه بعد الاتصاف يعني في الرتبة السابقة الذات المقدسة ليست واجبة متن انظم اليها فاذا انضم اليها متن في الرتبة السابقة كانت منفتحة يعني ممكنة انظر هذه المسألة جدا خطيرة. ولو كان الوجوب ثبوتيا. اكتب تحت ثبوتين يعني له متن مستقل. واقعية مستقيلة. لازمة امكان الواجب. يعني الواجب يصير ممكنا بالإمكان الخاص. اقول لما ذكر الأدلة هذه ليست ادلة سماحة الشيخ هذه تحليلات للبنية لما ذكر الادلة الشاملة في الدلالة على ان هذه الامور ليست ثبوتية اكتب يعني ليست لها متنية مستقلة في الاعيان هذا هو ليست ثبوتية في الاعين شرع في الدلالة على كل واحد من الثلاث فدأ فبدأ بالوجوب الذي هو اقربها الى الوجود اذ هو تأكده تأكد الوجود. ما معنى الوجوب? يعني الوجوب شديد. الوجود المتأكد شيخنا العلامة حسن زادة يقول على صيغة المصدر من باب التفاعل اي الوجوب هو تأكده الوجود. يعني شدة الوجود فبين انه ليس ثبوتيا يعني ليس له اه متن واقعي مستقل يعني حيثية يعني الوجوب ليس متنا بل هو حي فيها. يعني نحو النسبة والدليل على هذا الأمر انه لو كان موجودا انظروا العبارات جدا صريحة. يعني لو كان متنا واقعيا مستقلا عن الذات المقدسة لكان ممكنا يعني تنفتح عليه الذات وقد لا تنفتح. وبالتالي باطن والتالي باطن يعني ليس ممكنا. فالمقدم مثله. بيان الشرطية. هنا دخل في البنية المعرفية للقياس الاستثنائي. ما هو? لو كان الوجوب والامتناع والامكان موجودا ذامات مستقل عن موضوعه. لكان ممكن بالنسبة للوجوب وبالنسبة الى الامتناع ممكنا وبالنسبة للممكن ممكنا وبالتالي باطنه ليس ممكنا بل هو واجب يعني وجوب فالمقدم مثله اذا بطل التالي بطل المقدم هذا هو الركن الركن الثاني من البنية المعرفية للقياس الاستثنائي. بيان الشرطية الركن الاول المعرفي انه صفة للغير لو كان موجودا لكان ممكنا ما الملازمة بين متنيته وامكانه لانه صفة للغير وصفة مفتقرة الى الموصوف فالوجوب مفتقر الى ذات الواجب فيكون الوجوب ممكنا. يعني الذات الالهية تنفتح على الوجوب ليس في صميمها تنفتح وكل من انفتح على الشيء فهو ممكن فالذات المقدسة تصير ممكنة والوجوب يصير كذلك ممكنا واما بطلان التالي فلانه لو كان الوجوب ممكنا لكان الواجب ممكنا نعم. لان الواجب انما هو واجب بهذا بهذا الوجوب بهذا الوجوب الممكن فهو وجوب ممكن. والوجوب ممكن يمكن زواله لأنه ممكن لأنه ممكن قد يأتي وقد يروح فيخرج الواجب عن كونه واجبا فيكون ممكن من هذا المحال سهلة جدا المسألة اذا هذه العناوين حيثيات والحيثيات لا تتمتن ابدا لا تكون له واقعية مستقلة. جيد. اذا ما هي؟ حيثيات يعني نحو وجود نحو وجود النسبة ونحو وجوب وجود النسبة. لا معنى انها مثنية. انا في تصوري انتهى الدرس اشير الى هذه النكتة المهمة في تصوري كشف الفلسفة الاسلامية هذا الامر ان الحيثيات ليست واقعيات في الخارج وانما هي نحو وجودات وجودات ربطية كما سماها الشيخ جوادي اموني حفظه الله هذا كشف رائع جدا كشف استراتيجي لماذا? لان الفهم ما قبل هذا الكشف كان كارثة كانا كارثة وهذا هو دليل على زيادة الصفات على الذات لانهم فهموا الصفة مثل مستقل فجعلوا الواجب من جهة يعني الله تعالى من جهة والصفة من جهة فالصقت الصفة به واذا الصقت كانت زائدة اما اذا بحثنا فهمنا الامر ان الحيثية الحيثيات اللامات لها اذن الحياة هي الذات بنحوين. ذات الهي بنحوين الى علمه اذت الهداية بنحوه. النحو الذات لا يعني ان هذا النحو له متن مستقل فالفهم يتسع ويتعمق. وهذا شيء في غاية الجمال بغاية الجمال. انا في تصوري هذا الكشف استراتيجي في تاريخ الانسانية بتاريخ الانسانية ان المفاهيم الثانوية لا تحكم تونا بل تحكي وجودات ربطية يعني حيثيات لا متن له وانما هذه الامور كلها اعتبارية لاجل الفهم لا اكثر ولا اقل. قال ولو كان الامتناع ثبوتيا لزم امكان الممتنع التحليل هو التحليل يأتي ان شاء الله اللهم صلي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