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وصمم معكم الى هذه الفقرة قال المحقق التوصي ولو كان الامتناع ثبوتيا لازمة ان كانوا المومتنة قلنا ان الوجوب والامتناع والامكان كيفيات للنسب فاذا اخذنا قضية من القضايا نجد لها خمس مكونات المكونة الاولى والمكونة الثانية والثالثة الى الخامسة المكونة يعني ما يكون الشيء اجزاء خذ هذه القضية كل نفس ذائقة الموت بالظرورة كل وهو السور فلسفته هي الاشارة الى دائرة الافراد بقولنا كل نفس ذائقة الموت بالضرورة يعني الدائرة واسعة تشمل جميع الافراد اذن فلسفة الصور اشارة الى الدائرة التي يطالها الموضوع والمحمول في القضية فكل ما صادق عليه عنوانا النفس فهو يموت هذا فلسفة الكل السور ودائما يدخل على الموضوع المكونة الثانية هي الموضوع النفس في مثالنا المكونة الثالثة المحمول وهو كل نفس ذائقة الموت ذائقة الموت يعني تموت المكونة الرابعة هي النسبة نسبة ضائقة الموت للنفس المكونة الخامسة كيفية النسبة هذه النسبة ظرورية في نظام الخلق الالهي حكمة الله تعالى شاءت ذلك فالوجوب والامتناع والامكان كيفية النسبة ليست واقعيات خارجية الموضوع يكون في متن الواقع اما ان يكون ذاتا جوهرة او عرظا او حيثية طبيعة الذات او الجوهر مستقرة في متن الواقع هي متن الواقع العرظ قائم بها الحيثية كذلك قائمة بها. العرظ ما هي من الماهيات ما هي عرضية. اذا انضم الى الجوهر يسمى الوجود الرابطي الحيثيات تسمى الوجود الرابطي اما كيفية النسبة التي هي المواد المواد الثلاث لا معنى لتحققها في الخارج لا معنى لتحققها. لانها لا لا لا موضوع ولا محمول دائما في القضايا تتأمل في الموضوع المحمول ضع في نفسك وفي ذهنك ان الموضوع اذا كان جوهرا فهو واقعية من الواقعيات قائم بنفسي واذا كان عرضا واقعيا من الواقعية قائم قائم بغيره او الحيثيات التي هي كذلك قائمة بغيرها. وجود ربطي كالوحدة والاصالة التقدم والتأخر والعلية والمعلولية والصفة صفة والله تعالى الله حيي الحياة لا جوهر ولا عرظ حيثية وجود ربطي قائمة بالذات الالهية وفي متن الذات الالهية اين هي الصفات ليدك اما الوجوب والإمكان الامتناع هذه امور اعتبارية انتزاعية ما معنى اعتبارية انتزاعية? يعني لامتن واقعي لها فهذه العبارات من المحقق التونسي وشرح تلميذه العلامة المحلي اه كلها بيان تحليلي وليس استدلالات جيد فرضا ان الامتناع له واقعية ومتنية فيكون مبكرا يعني ينتمي الى عالم المخلوقات ما هو خلاف اه الامكنة خلافا الممتنع. ولهذا قال ولو كان الامتناع لم يقل الممتنع شريك الباري او العذاب المطلق له ولو كان الامتناع يعني كيفية النسبة. المادة. ثبوتيا ثبوتيا يعني واقعية خارجية لازم امكان الممتلئ لانه متحقق متحققون ويحتاج الى علة حققته فان يندرج تحت ال تحتها كيفية نسبة جديدة هي الإمكان اقول هذا حكم ضروري. حكم ضروري يعني بنيوي ليس من صرخ القضايا العلمية وهو ان امر عدمي. امر عدمي اكتب يعني انتزاعي انتزاع امر عدمي يعني غياب الوجود وغياب الوجود هذه امور ليست واقعية انتزاعية وقد نبه ها هنا يعني المحقق التونسي على طريق التنبيه لا الاستدلال لان الامور البنيوية لا يمكن التدليل عليها فان الامتناع لو كان ثبوتيا لو تفيد الامتناع لماذا? لان هذه امور اعتبارية انتزاعية حيثيات لو كان ثبوتيا ثبوتيا يعني واقعية خارجية متنية لازم امكان الممتنع لماذا? لانه ثبوتي يعني يتصف بالثبوت والوجود لان ثبوت الامتناع يستدعي تبوت موصوفه يعني الممتنع. تقول سين ممتنع. سين المتحقق المتني الواقعية الثابتة ممتنع. سيكون الممتنع ممكنا. وهذا خلف يعني مرة تقول ممتلئ ومرة تقول ممكن امتناع امكان نعم الامتناع لا يدخل الوجود مطلقا الامكان لا ينفتح عن الوجود قد يدخل للوجود. اذا توفرت الشروط الموضوعية لتحققه. يعني العلة التامة قال ولو كان الامكان ثبوتيا ذهب الى الامكان لزم سبق وجود كل ممكن على امكانه نعم واضحة جدا يلزم التسلسل تخيل هذه المادة الإمكان ثابتة لا تكون واجبة بالقطع واليقين ولا تكون ممتنعة تكون ممكنة وامكانها يكون ممكنا وامكانه يكون ممكنا يلزم تقدم الشيء على نفسه ويلزم التسلسل لو كان الامكان يعني مادة الامكان ثبوتيا يعني واقعية مادية لزم سبق وجود كل ممكن على امكانه ويلزم التسلسل كذلك نعم وممكن متحقق ممكنون ام واجب? لا ممكن لا يحمل عليه الامكان مسبوقية الممكن على نفسه وكذلك يلزم التسلسل ولو كان الامكان ثبوتيا لزم سبق وجود كل ممكن على امكانه لان عندك قضية الممكن ممكن او الامكان ممكن تموت شيلي نفسي يعني مسبوقية شي على نفسي ومتأخرية الشي على نفسي نعم اقول على من حلي اختلف الناس يعني العلماء لان الامكان الخاص ان كان الخصم لا اقتضاء يعني الشيء لا يقتضي الوجود ولا يقتضي العدل هل هو ثبوتي ام لا? يعني واقعية مستقلة ام لا وتحرير القول يعني وتقرير القول فيه ان الامكان قد يؤخذ بالنسبة الى المهية نفسها لا بالقياس للوجود وهو الامكان الراجع الى يعني الما هي ممكنة يعني اللا اقتضاء الما هي هنا بالحمل الشائع يعني الماء البقر الانسان الملك الفلك فتقول الملك ممكن يعني ما معنى? قد ينوجد وقد لا ينوجد الماء ممكن يعني قد ينوجد وقد لا ينوجد وهكذا فيكون الامكان وصف للمهيئ. وقد يؤخذ بالنسبة الى الوجود من حيث القرب والبعد الى الغاية من طرف العدم اليه وهو الامكان الاستعداد كان الاستعداد يعني عندنا طفل له قابلية ان يكون مجتهدا هذه القابلية تسمى الامكان الاستعدادي. وصف ثبوتي وجودي اما الإمكان فيما هي? هي اعتباري. لا نخلط فالإمكان الإستعداد حيثية للبنية الوجودية اما الإمكان المئوي الدنيا غير وجوديا. ما عندنا ما هي ممكنة اذا كانت عندنا ما هي ممكنة ثابتة. لماذا تكون ممكنة نعم وقد يؤخذ بالنسبة الى الوجود. يعني بنية وجودية قابلية خارجية من حيث القرب المعضلة للاجتهاد الى الفعلية من طرف العدم اليه يعني من طرف عدم الاجتهاد الى الاجتهاد من من طرف عدم الكمال الى الكمال. وهو الامكان الاستعداد تقول اه الاجتهاد بالنسبة الى هذا الطفل الذي سيدخل الحوزة ويجتهد ويصير مجتهدا هذا الاجتهاد اذا قسنا الى الطفل نقول ممكنون باي مكان? بالامكان الاستعدادي يعني له قابلية في ذاته وقلنا هذا الامكان يجري فقط على الممكنات المادية ولا يسري في في المجردات اما الاول يعني الامكان الاعتباري الاقتضاء يعني الانسان ممكن الوجود وممكن العدم فالمحققون كافة كافة حال على انه امر اعتباري. امر اعتباري يعني قياسي انتزاعي الى الصفة ونقيض الصفة. تقول الانسان مقاصر الوجود والى عدم الوجود الى العلم وعدم العلم امر اعتباري لا تحقق له عينا نعم عينا يعني واقعية خارجية متنية واما الثاني بامكان الاستعداد فالاوائل قالوا يعني الفلاسفة انهم من باب الكيف نعم الكيف الاستعداد</w:t>
      </w:r>
    </w:p>
    <w:p>
      <w:r>
        <w:t>من باب الكيف يعني يندرج تحت مقولة مقولة عرضية هي الكيف المطلق لكنه ليس كيفا محسوسا بل كيف ايه استعدادهما قابلية استعداد للاجتهاد وهو قابل للشدة والضعف هذا الطفل اذا تحرك نحو الاجتهاد يشتد مع الزمن كلما بذل الجهد و آآ تفرغ وافرغ الوسع يتقدم الى الاجتهاد. اذا في قرب وبعد نعم وهو قابل للشدة والضعف. والحق يأبى يعني العلامة د الحلي لا يقبل كون الإمكان الإستعدادي واقعية خارجية كيف ما هو دليل العلامة? والدليل على عدمه في الخارج انه لو كان ثابتا مع انه اضافة بين امرين يعني اضافة بين الطفل وبينه وبين الطفل او ذو اضافة لزم ثبوت موضة فيه اللذين هما المائي او الوجود الله الله على العلامة رحمة الله عليه اه ذاك الزمان لم تكن هذه الامور آآ هذه الامور آآ ناضجة كانت ساذجة هو يتصور ان الإمكان الإستعدادي واقعيا والطفل واقعية وبينهم اضافة  هذا غير معقول في الاستعداد ليس واقعية خارجية. وانما هو نحو وجود الطفل. هو الطفل بنحو بل كيف الاستعداد ليس له واقعية واقعية ورابطية وجود ربطي وجود رابطي وجود ربطي ليس واقعيا الا من حلي بنى ان الامكان الاستعدادي اذا قال الفيلسوف امر وجودي يعني له متن مستقل لا يعني انا اذا تحركت في سياق او تحركت ان اكون ماهرا في الطب فالاسم كان الاستعداد نحو وجود فقط يستدعي وجود المادة لأن الإنسان يتكامل في البعد المادي هو يتكامل ليس البعد المادي الذي يتكامل. الا انه يجب ان يكون في مادة لان المادة هي اللي تحمل قابلية تاع وثبوت هذا الامكان الاستعداد للانسان وجود رابطي لم يكن هذا المصطلح موجود في سماء العلامة الحلي ابتكره العالم الكبير النحرير القوي الميردامات رحمة الله عليه الوجود الرابطي. اذا الوجود الرابطي والرابط والوجود الربطي ليست متونا مستقلة. واقعية. وانما هي انحاء الوجود. يا شيخنا العزيز. نعم والدليل على عدم الإمكان الإستعداد في الخارج انه لو كان ثابتا يعني اكتب تحتها لو كان ثابتا بثبوت استقلالي بمتن استقلالي مع انه اضافة نعم لإمكان الإستعداد مضاف للطفل مضاف لمن يريد يدرس طيب بين امرين يعني هذا الامكان و الطفل الذي يريد ان يصير طبيبا او ذو اضافة اذا لم يكن اضافة فوضوء اضافة يعني شيء منسوب لازم ثبوت ثبوت مضافيه يعني الان كان من هنا الاستعداد والطفل من هنا الذين هما الماهية والوجود. نعم. يعني وجود الملكة وجود فيلزم تقف تأثره عن تأخره. انا عندي هنا محذوفة. فيلزم تأخره عن الوجود في الرتبة هذا خلف لا ليس هكذا اخونا العزيز فكثير من المطالب في هذا الكتاب كتبت في الافق التأويل في زمان العلامة الحلي وهذا الافق التأويلي الان نسخت منه كثير من المفاهيم واستقرت فيه مفاهيم جديدة واسعة دقيقة وعميقة تفهم الواقع بطريقة اخرى تماما ولهذا انا ابين هذه الحيثيات حتى الطالب يفهم الجديد ويفهم ما هو المنسوخ ويدرس الكتاب ان شاء الله على بينة وبصيرة. نعم اذن الإمكان الإستعداد حقيقة خارجية ما هي الحقيقة الخارجية? يعني له مات مستقلة وانما الانسان الذي دي مادة حامل عرظ على مبنى المشا حامل بحيثية على مبنى صدر متأهل وهو الذي يتفتق والذي يتفتق ابين لك المسألة بمثال لان المسألة حساسة ضع تفاحة على المنضدة على الطاولة تفاحة ولا تستهلكها لمدة شهر شهرين ثلاثة تجد هذه التفاحة صارت ترابا بعض الترابات كيف نقارب هذه الظاهرة فلسفية مقاربتها فلسفية صعبة جدا الان اقرب لك المسألة طريقة رائعة جدا هنا التفاحة تحركت وصارت ترابا لماذا تصير ترابا بالعوامل الخارجية يعني الحرارة تمس ذلك الماء وذاك الماء الماء في التفاحة يعني الرطوبة في التفاحة فتتبخر الرطوبة مع الزمن مع الزمن تصير ترابا قرابة تذره الرياح جميل من يتكامل? التفاحة صارت ترابا مستحيل لأن التفاحة ما هي ماهيات متباينة بتمام الذات كيف تصير التفاحة ترابا? غير معقول تقول شيخنا العزيز من سار ترابا ذلك الاستعداد الترابي في التفاح تفاحة حاملة قابلية الترابية نعم اذا التراب موجود في التفاح بالفعل تفاحة بالفعل? لا ابدا والا صارت التفاحة تراب ترابا والتراب تفاحة. تداخلت الهويات لا التراب موجود في التفاحة بنحو القوة هذه القوة الترابية قابلية استعداد سميها كما تشاء هي التي تحركت وتكاملت ترابا من القوة الى الفعل ليست تفاحة التفاح فعلية فعليا تمت واكتملت لا معنى لتكاملها. الذي يتكامل هو استعداد التفاحة قابلية هناك قابلية تحمل التفاحة الصورة التفاحية في بعدها المادي فهذه القابلية هي التي تتكامل آآ التكامل تكامل شدة شدة شدة حتى تتكامل ترابا خرجت من القوة الى الفعلية ليست تفاحة نعم اذا هذه القابلية التي تتفتق وتتكامل وتشتد وتصير ترابا ليست موجودة ليست موجودة مثل مستقلا نعم يعني التفاحة بهويتها الواقعية وبجنبها قابلية الترابية لوحدها. هل هذا غير معقول القابلية شأن تفاحة في بعدها المادي يعني ان المادة هي التي تحمل هذا العرض هذا الكيف الاستعدادي قال والفرق بين النفي الامكان والامكان المنفي لا يستلزم ثبوته. العلامة الحلي يقول ابن سينا يقول بالامكان بثبوت الامكان. ابن سينا لا يقول بثبوت الامكان ابدا يجب ان نفهم ابن سينا عبقري يعني ابن سينا يقول التفاحة موجودة وامكانها موجود غير معقول موجود بين وجود ربطي بوجود ربط وجود ربطي والا يعني الماهية لها خاصية قاسية قابلة للوجود قابلة للوجود. ان كنا في امكان الخاص منفتحة لوجود عدم مقابلة ان تكون الوجود ان تكون موجودة. العلة تفيض عليه الوجود فتتحقق التفاح وهكذا. اذا كانت تفاحة واقعية لها قابلية ان تكون تراب ليست تفاحة. القوة الترابية في التفاحة والفرق بين نفي الامكان اذا نفينا الامكان يعني الشيء اما ان يكون واجبا واما ان يكون ممتنعا نفي الامكان يعني رفع آآ مادة الامكان. اذا من ينفتح الشيعة على الوجوب او على الامتناع والإمكان المنفي الإمكان المنفي يعني نفي الشيء والشيء المنسي. ابن سينا يفرق بينهم المحققة التونسية يقول اؤمن بالتفكيك بين نفي الامكان والامكان المنفي لكن هذا لا يستلزم ثبوت الامكان ثبوت الامكان نفي الامكان يعني الشيء ليس ممكنا قد يصدق عليه الوجوب الواجب لا يكون ممكنا وقد يصدق عليه الامتناع الممتنع لا يكون ممكن ان يبقى في سلة العدم صار ماديا نفي نفي الممكن المنفي الممكن المنفي لا تقول الانسان في هويته ليس بموجود في هويته نعم الانسان انسان انسان انسان اذا يجب ان نفرق بين ذاك وذاك جيد ابن سينا يقول اذا فككنا بين النفي الامكان والامكان المنفي فحتما لان الاعدام لا تتميز اذا بما انه فيه تميز فإذن الإمكان التميز لا يكون الا في الامور الواقعية في الامور الثبوتية فالامكان يكون موجودا لكن انا مع ابن سينا الامكان موجود ولكن بنحو وجود ربطي نعم في متن الواقعية وليس له متن واقعي. اقول هذا جواب عن استدلال الشيخ</w:t>
      </w:r>
    </w:p>
    <w:p>
      <w:r>
        <w:t>اه ابي علي بن سينا على ثبوت الامكان او مثلا الشيخ الرئيس نفى هذا المدعى انا فهمت انه مبنى ابن سينا لا لا ابن سينا يرد على من يقول بثبوت الامكان كمتن واقعي فانه قال من ابن سينا لو كان الامكان عدميا عدميا عدمي النعو والامكان عدمي بمعنى عدمي ادم يعني انتزاع انتزاعي تقول انسان ممكن يعني ممكن الوجود وممكن العدم يعني السلب سلب الطرفين سلب الطرفين هذا الذي يسمى في مجالنا التداولي الفلسفي لا اكتظاء المجال التداولي الفلسفي يعني ذلك الفضاء الذي تتبلور فيه المفاهيم الإمكان بامكان خاص او الامكان المهوي يسمى اللائق اقتضاء. يعني سلب الطرفين عن حياط الماهية بما هي? ما هي? يعني الانسان في دائرته انسان لا وجود ولا عدم لا عالم ولا لا عالم نعم. قلناه قال لو كان الامكان عدميا لما بقي فرق بين النفي الامكان والامكان المنفي لعدم التمايز في انعدمت يعني في الاعدام هذه هي الخلفية المعرفية ان الاعدام لا تميز بينها. لماذا? لان لا شيء سلم بانتفاء الموضوع والجواب المنع من الملازمة نقبل اذا اذا فرقنا بين نفي الامكان والامكان المنسي يلزم ثبوت الامكان فان الفرق واقع ولا يستدعي الفرق الثبوت يعني التحقق الخارجي للامكان كما في الامتناع كلام يجري في الامتناع اذا كان الامتناع ثبوتيا كان ممكنا وتغيرت هويته نعم واضح نفي الإمكان والإمكان المنفي. نفي الإمكان يضعك اما في الوجوب واما في الإمتنان الامكان المنفي يعني انت تأتي الى الماهية الماهية بالنسبة الى الوجود تقول ليست موجودة. بالنسبة الى العدم ليست اه عدم يعني تقتضي العدم وتقتضي الوجود. ما معنى تقتضي? يعني اذا جاءت العلة وافاضت عليها الوجود تتحقق واذا لم تفرض عليه الوجود تبقى في العشية نعم المسألة السابعة والعشرون في الوجوب والامكان والامتناع المطلق بقي بعض الدقائق للحصة ابين المسألة ببيان جملي ثم افصل في الدرس اللاحق. قال والوجوب شامل للذات وغيره وكذا الامتناع. والامكان ايه? يقول الامكان لا يمكن. ما عندنا الامكان بالغير اذا المسألة تتناول الوجوب بالذات والوجوب بالغير الامتناع بالذات والامتناع بالغير الإمكان بالذات الإمكان بالغير كان مفردة ست مفردات. لأن عندنا مواد ثلاث اضربها في اثنين وبالغير بالذات وبالغير صر ستة واحد منهم مستحيل وهو الإمكان بالغير كما سيأتي ان شاء الله بيانه بالتفصيل. اذا عندنا وجوب بالذات واننا وجوب بالغير امتناع بالذات امتناع بالغير ان كان بالذات ان كان بالغلمة عندنا مستحيل وسنوضحه بالتفصيل. نعم قال والوجوب شامل للذات يعني عندنا وجوب ذاتي وشامل لغيره لغير الذات يعني الوجوب بالغير وكذا الامتناع عندنا الامتناع الذاتي وعندنا امتناع بالغير لماذا لم يأتي بالام الممكن? ما عندنا امكان بالغير عندنا فقط الامكان بالذات هذه المطالب ان شاء الله ابينها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