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بكل ما فيه خير المسألة السابعة والعشرون في الوجوب والامكان هو الامتناع المطلقة لم يذكر الإمكان قال المحقق الطوسي والوجوب يعني مادة الوجوب شامل للذات وغيره يعني عندنا وجوب بالذات ووجوب بالغير والتحليل يصدق على الامتناع. يعني عندنا امتناع بالذات وامتناع بالغير. وكذا الامتناع. وما عندنا الإمكان بالغير عندنا فقط الإمكان بالذات الوجوب بالذات يعني الوجوب خاصية لذات الموضوع لا تكتسب بعلة من العلل الوجوب بالغير? لا هذا الهوية المهوية لا تقتضي هذا الوجود ذاتها او المحمول مطلقا وجود العلم لا يهم لا تقتضيها اه اذت يأتيها من من الغير من علة. يعني تجتمع الشروط الموضوعية ما يسمى بالعلة التامة فيفاض المحمول او الوجود او العلم على الموظوع الامتناع كذلك عندنا امتناع بالذات تقتضيه الذات كشريك الباري تقول ممتنع الوجود. فلا يمكن ان يتصف بالوجود ممتنع الوجود ممتنع العلم وو هذه المادة بالنسبة الى الموضوع الذاتية له يعني من ذات شريك الباري الا يكون موجودا ذات شريك الباري الا يكون عالما. وهكذا لماذا? لانه لا شيء سلب بانتباه الموضوع اذا انتفى الموضوع انتفت كل المحمولات بتبعه وعندنا امتناع بالغير يعني لا عندنا ما هي لم تنوجد لان الشروط الموضوعية لم تتوفر ما يسمى بالعلة التامة لم تتوفر. فهو ممتنع باعتبار الشروط الموضوعية يعني العلة لم تكتمل بجميع مكوناتها. فهذا ممتنع بالغير. قد تتوفر العلة التامة ويدخل الوجود لا مانع من ذلك اقول الاعلام الحلي الوجوب قد يكون ذاتيا يعني الوجوب بالذات وهو المستند الى نفس الماهية الى روح الماهية الى حقيقة الماهية من غير الالتفات الى غيرها اذن الوجوب بالغير قياسي والوجوب بالذات ذاتي ليس قياسيا وقد يكون بالغير يعني وقد يكون الوجوب بالغير. من اين يأتي الوصف الواجب? يقول بالعلة يعني شروط الموضوعية توفره وهو الذي يحصل وهو يعني الوجوب بالغير. الذي يحصل باعتبار حصول الغير. يعني العلة التامة والنظر اليه. يعني بالقياس اليه قلت لك الان حفيدك ممكن انسان يقتضي الوجود ويقتضي اه لا يقتضي الوجود ولا يقتضي العدم. اذا توفرت العلة المفيضة ينوجد شروط موضوعية تتوفر تتزوج وتنجب ولدا يكبر يتزوج وينجب فيتعين حفيدك في دار الوجود. لماذا? لان الشروط الموضعية متوفرة الا اذا لم تتزوج تبقى كالمسيح حتما حفيدك محروم من الوجود مع انه قد ينوجد نعم قد ينوجد فان المعلول المعلول يعني المهيث التي تنوجد لولا النظر يعني بالقياس الى علته الذي انا اسميها الشروط الموضوعية بالفلسفة اللسان الفلسفي العلة التامة يعني تجتمع كل موجبات الخلق والايجاد لم يكن واجبا بها فالوجوب المطلق قد انقسم الى ما بالذات هو يقتضي الصفة بالوجوب والى ما بالغير وهو الذي يقتص يقتضي الصفة الوجود العلم ولا بالشروط الموضوعية يعني بغيره بعلة. وهو شامل لهما يعني الوجوب عنوان يصدق على الوجوب بالذات ويصدق على الوجوب بالغير بالوجوب بالذات الذات تقتضي الصفة  اه الوجوب بالغير الذات لا تقتضي الصفة بذاتها وانما بالشروط الموضوعية يعني بالعلة بالقياس الى العلة التي تفيض عليها الوجود او الصفة وكذا الامتناع البحث عن الامتناع. عندنا امتناع ذاتي شريك الباري ممتنع الوجود ممتنع العلم بذاته. لماذا? لانه لا شيء لا شيء شريك الباري نظرا للتوحيد يدخل في سلة اللاشئية اه الصفات ككل شيء شيئية بتبعه فعندنا امتناع ذاتي ولا عندنا امتناع بالغير كما بينت ولك حفيدك الان في اللاشئية فاذا توفرت الشروط الموضوعية بين قوسين العلة تاما يدخل دار الوجود واذا لم تتوفر مفردة واحدة من العلة التامة لا يدخل الوجود ابدا نعم وكذا الامتناع الشامل للامتناع الذاتي بيناه وللعارض باعتبار الغير يعني امتناع عارض باعتبار الغير فتقول حفيدي ممتنع الوجود. لماذا? لان بعد الم اتزوج ولم انجب الولد الذي يتزوج ثم ينجب الحفيد وليس عموم الوجوب عموم الجنسية لان الوجوب والامتناع والامكان ليس من صنخ الجنس والفصل وانما هي وجودات ربطية يقول اياك ان تشتبه تحسب الوجوب الذي يصدق على الوجوب بالذات والوجوب بالغير او الامتناع الذي يصدق عن الامتناع بالذات والامتناع بالغير من باب الجنسية التي تحتاج الى فصول حتى تتميز. لا هي ليست من صنخ المائيات اذا تكلمنا بالجنس والفصل في دائرة الماهيات الجوهر والعرض. اما في دائرة الوجودات الربطية والحيثيات لا معنى للجنس والفصل هناك دايرة الحيثيات لا هوية لها استقلالية حتى تجنس او تفصل والا تركب الوجوب الذاتي الذاتي يتركب من جنس وفصل. والامتناع كذلك يتركب من جنس وفصل جنس خرطي والفصل خرطي لانه ممتنع شريك الباري بل عموم عارض ذهني لمعروض ذهني هذه بنيوية تحتاج الى وقفة احتاج الى وقفة بل هو عارض ذهني لمعروض ذهني تقول الشريك الباري وجود قل بالامتناع ما معناه يعني الوجود لا يتسلل الى ساحة شريك الباري ابدا، لماذا؟ لانه لا شيء لا شيء كيف يتصف بالوجود جماع النقيضين وتقول شريك الباري وجود بالامتنان تحذف الوجود للاختصار اللغة العربية لغة حذف واختصار فتقول شريك الباري ممتنع ممتنع ما معنى? يعني ممتنع الوجود كما تقول الذات المقدسة واجبة الوجود. ما معنى يعني واجبة الوجود واجب تقول الذات المقدسة الى الله واجب. ما معنى واجب المادة صفة? لا المادة كيفية النسبة. يعني واجب الوجود. يعني الذات المقدسة وجود بالوجوب. يعني لا ينفك عنه الوجوب ابدا ابدا. يجب ان نفهم هذه المسألة ما معنى العروض الذهني لمعروض ذهني يعني اذا قلنا الذات المقدسة وجود واجب وجود بالوجوب يعني الذات ذهني الذات المقدسة ذهنية وعروض الوجود لها بالوجوب في الدين؟ لا ابدا. ابدا. يقصدون هذا الذات المقدسة في الدين فهم والوجود الذي يعرض لها بالوجوب فهم والمادة الوجوب فهم المقصود من هذه العبارة البنيوية ان هذه الامور تحليلية. بمعنى هناك جهاز عقلي وهناك واقعية الجهاز العقلي يدرك هذه الواقعيات الخارجية. ما هي? الذات الذات المتلبسة بالوجود بالوجوب هذه هي الواقعية. يعني الله تعالى الخارجي الواجب الوجود ياتي هذا النشاط العقلي يدرك حيثيات في الواقع الخارجي ليست لها اه متون مستقلة ليست لها واقعية مستقلة وهو يدركها يدركها وليست لها واقعية مستقلة هذا النشاط العقلي النشاط الذهني ننسب هذه الحيثيات التي ليست لها واقعية متنية. باعتبار النشاط العقلي نقول ذهنية وهي ليست ذهنية باعتبار النشاط الذهني يعني عقلية يعني تفهم بالعقل بالعقل التحليلي يحلل العقل يحلل هذا هو معنى بل عموم عار الذهني لمعروض ذهني لا معنى ان الذات المقدسة تكون في ذهنك وتتصل بالوجود في ذهنك ووجودها يكون بالوجوب في ذهنك ابدا لا معنى هذه العبارة مع الاسف الشديد لا تبين بهذا البيان. يعني نحن امام ذات مقدسة فقط ذات الهية هي متن الواقع</w:t>
      </w:r>
    </w:p>
    <w:p>
      <w:r>
        <w:t>بالعقل اصل الا انها موجودة ووجودها كذلك حيثية لا متن لها وكذلك عندها مادة هي الوجوه كذلك الوجوب لا متن له وانما هو العاقل يصل اليه بنشاط فكري بالتحليل بانتزاع بالاعتبار فنقول ذهني ذهني بهذا المقصود وليس ان الله تعالى في ذهنك والوجود الذي يعرضه في ذهنك والمادة الوجوب في ذهنك ابدا قال ممكن ومعروض ما بالغير منهما ممكن. تفريع على ما سبق اذا كنت في دائرة الوجوب بالغير والامتناع بالغير اعرف ان الموظوع ممكن لا واجب ولا ممتنع. دقق جيدا تقول حفيدي موجود بالامتناع. اذا لم تتوفر له الشروط الموضوعية يعني العلة التامة. حفيدك ممكن ممكن الانسان وجود بالامكان واذا تحقق يصير موجودا بالغير. الانسان ممكن. اذا مادة الوجوب بالغير والامتلاء بالغير دائما تتصور في الممكنات في المخلوقات في المخلوقات. لا تقول الذات المقدسة موجودة بالوجوب بالغير. ابدا. ولا تقول شريك الباري معدوم اه اه ممتنع بالغير لا هذا غير معقول هذه العبارات تشير الى هذه القضية. اذا كلما كنا في دائرة الوجوب بالغير او الامتناع بالغير نحن في عالم المخلوقات في عالم الممكنات ومعروض ما بالغير منهما ممكن. يعني ماهيات ممكنة. ماهيات خلقية نعم ومعروض ما بالغير تسامحا تقول الانسان ما موجود بالغير واجب بالغير. يعني ايه الانسان وجودة واجب بالغير او الانسان حفيدك الذي بعد لم آآ يتحقق الانسان وجوده ممتنع بالغير هذا العروض عروض هذه المادة على النسبة نسبة المحمول الى الموضوع الموضوع دائما يكون من عالم الخلق. لا يكون واجب الوجود ولا يكون ممتنع بالذات اقول الذات يعني الهوية التي يصدق عليها يعني ينطبق عليها على هذه الذات والهوية انها واجبة بالغير يعني هذا هو العناوين او ممتنعة بالغير فانها تكون ممكنة بالذات يعني عالم المخلوقات فيخرج واجب الوجود اه الممتنع بالذات لماذا? لان الممكن الذاتي هو الذي يعتبره الوجوب والامتناع الممكن الذاتي الى توفرت العلة التامة صار واجبا بالغير والممكن الذاتي اذا لم تتوفر العلة التامة صار ممتنعا بالغير. ولا يمكن ان يكون الواجب بالغير واجبا بالذات. لا يمكن يعني لا يمكن الذات المقدسة تكون واجبة بذاتها وواجبة بعلتها من يعطي الوجود للذات المقدسة لله ابدا ولا ممتنع بالذات وكذا الممتنع بالغير فقد ظهر ان معروض ما بالغير من الوجوب والامتنان ممكن الذات. اذا اذا كنا في دائرة الوجوب بالغير وجوب الغير يعني سارة وجوده واجبا بعلته التامة. او صار ممتنع الوجود بعلته التي لم تتوفر كاملة اذا نحن في دائرة الممكنات يعني المخلوقات نعم نعم فقد ظهر ان معروض ما بالغير من الوجوب والامتناع من بيانية ما بين غير بين ما بالغير اما في دائرة الوجوب او الامتنان ممكن بالذات يكتب تحتها الماهيات الخلقية قال ولا ممكن بالغير لما تقدم في القسمة الحقيقية ولا ممكن بالغير ولهذا لم يأتي بالامكان بالغير كل ماهية خلقية الامكان الذاتي لها. يعني وصف لها. ما معنى الامكان لا تقتضي الصفة ولا النقيض الصفة. لا تقتضي العلم ولا تقتضي اللا علم اذا تحركت وتوفرت موجبات العين اتصفت بالعين اذا لم تتحرك في سياق العلم ولم تحقق موجبات العلم ما يتحقق العلم وانتهى الامر فهي اللائقة ظاء لا تقتضي الصفة ولا تقتضي ناقض الصفة اذا كنا في الوجود والعدم يسمى الامكان المهوي ليس الامكان الخاص. يعني لا تقتضي الوجود ولا تقتضي العدم بذاتها فاذا تلبست بالوجود ببركة علة واذا تلبست بالعدم مجازا كذلك ببركة علة. اذا توفرت العلة صارت واجبة بالغير. اذا لم تتوفر العلة التامة صارت بممتنعها بالغير. انتهى الامر ان كان بالغير ما عندنا اذا اذا كانت الذات ممكنة بالغير يعني يفيض عليه اليس كذلك? الامكان بالغير? يعني العلة تفيض عليها الامكان. اذا قبل الامكان ماذا كانت اذا كانت واجبة لا تتلبس بالامكان اذا كانت ممتنعة لا تتلبس بالامكان. اذا كانت ممكنة تحصل للحصر تحصين الليل حاصر هذا هو التحليل البنيوي ليست استدلالات تحليلات بنيوية يعني تتأمل في المسألة وتعالجها بالمعايير العقلية المعايير العقلية تضعها في سياقها فتصير بشعة تصير غير مستساغة عقلا فتلفظ مطلقا نكن في دائرة الدليل متى ننتقل الى الدليل اذا البنية العقلية استقبلت القضية نعم ولا ممكن بالغير لما تقدم في المسألة الحادية والعشرون في القسمة الحقيقية نعم الحادية والعشرون الحادية والعشرون لحظة ارجع الى الوراء الخامسة والعشرون الثالثة والعشرون  الثانية وعشرون الحادية والعشرون في قسمة الوجود والعدم الى المحتاج والغني. نعم قلنا الموجود اما غني واجب الوجود واما ممكن ممكن ان كان هنا ذاتي ما عندنا امكان بالذات وإمكان بالغير فقط ان الإمكان بالذات نعم لكن التحليل الذي بينته لكم انا هو الصحيح الذات التي يعطى لها الامكان ان كان بالغير يعني العلة تعطيها الامكان. هي ماذا كانت قبل الاعطاء حتى تتصف بالامكان كانت واجبة لا تصير ممكنة ممتنعة لا تصل ممكنة. كانت ممكنة تحصيل للحصر. يعني هي متصفة بالامكان قبل الاعطاء. اذا جاء الامكان تحصيل للحاصل نعم اقول لا يمكن ان يكون ها هنا ممكن بالغير كما امكن واجب وممتنع بالغير. عندنا الوجوب بالغير صحيح وعندنا الممتنع بالغير. لكن ما عندنا الامكان بالغير لانه يدخل في تحليل القضية. لو كان كذلك يعني لو كان الامكان مفاض معطى من علة لكان المعروض للإمكان يعني الذي يستقبل الإمكان الموضوع الذي يستقبل الإمكان من علته. المعروض الإمكان بالغير اما واجبا لذاته هذا هو الكلام الصحيح والواجب لا يقبل الامكان لا يكون ممكنا او ممتنعا للذات لذاته والممتنع لا يقبل الامكان وكل ممكن بالغير ممكن بالذات فيكون ذلك المعروض تارة واجبا لذاته وتارة ممكنا او تارة يكون ممتنعا وتارة يكون ممكنا وهذا خلاف الواقع يلزم الانقلاب انقلاب الجهة من الوجوب الى الامكان والانقلاب الجهة من الامتناع الى الامكان اذا هذا استدلال ام عرض المسألة على البنية الدينية? على البنية العقلية على ما يراق الانقلاب يعني البنية العقلية لا تقبل هذا ولا تستسيغه فيلزم الانقلاب القسمة الحقيقية التي فرضنا انها لا تنقلب هذا القول ونسي مسألة لو بينها كان افضل هذا اختفى عنها الوجوب ليست واجبة واختفى عنها الامتناع ليست ممتنعة ماذا تكون ممكنة? ويفاض عليه وهي ممكنة تحسين للحصر والعرف يفهم هذه المسألة اذا دخل عليك ضيف العرف النجفي يقول اه يقول له اه صبحك الله بالخير اذا اجاب صبحك الله بالخير يعني لم يأكل فيقدم له الغدر واذا قال لهم مساك الله بالخير يعني انا اكلت فمجيء الاكل تحصينه للحاصل. هو شبعان لماذا تأتيه بالاكل? تحصينه للحاصل. فاذا كان الامر ممكنا وتعطيه الامكان تحصيل للحاصل. وتحصيل تحصيل الحاصل ما معناه? يعني مبدأ التناقض. يعني هو ما دام يعطى له الامكان فهو ليس ممكنا وهو اذا كان ممكنا يعني ليس يعطى له الامكان وهذا هو مبدأ التناقض. اذا المسألة نعرضها على البنية الذهنية نجدها بشعة شنيعة مرفوضة مطلقا</w:t>
      </w:r>
    </w:p>
    <w:p>
      <w:r>
        <w:t>المسألة الثامنة والعشرون في عروض الإمكان وقسميه للماهية هذه المسائل التي ذكرناها تقريبا كلها تنتمي الى الذات العاضد الخادم للذات الاساسي قال وعروض الامكان عند عدم اعتبار الوجود والعدم بالنظر الى المهية الى الماهية وعلتها نعم يريد يقارب هذه المسألة. اذا الإمكان يعرض في اي دائرة الإمكان يعرض في دائرة الهوية يعني مبدأ الهوية اذا تأملت فيه لا تدخلوا في مبنى الجوهرية لأن مبدأ الجوهرية اما ان يلبسوا بالوجود واما ان يلبسوا بالعذاب اذا الوجود والعدم في دائرة مبدأ الجوهرية. وهناك تتشكل قضية تركيب كامل. الانسان وجوده او الانسان معدوم الانسان وجود قضية حاكية تشير الى ثبوت الانسان في متن الواقع الانسان معدوم يعني ارتفاع الانسان من متن الواقع. اما في مبدأ الهوية الانسان انسان. هناك وجود له. هناك عدم له. يعني لا تقتضي في مبدأ هويتها للوجود والعذاب. هذا اللائق اقتظاء للطرفين يسمى الامكان الخاص اذا كنا في دائرة الوجود والعدم يسمى الامكان العام اذا قلت الانسان في دائرة هويته بما هو هو لا يقتضي العلم ولا يقتضي اللعن. اين يقتضي العلم ويقتضي اللعن? في مبدأ الجوهرية. يعني يجب ان تكون هناك ظروف شروط موضوعية. ظروف موضوعية يتلبس بالعلم او لا يتلبس بالعلم اما في هويته لا هو في علاقة بالعلم ولا له علاقة الا بالعلم. هذا الامكان الخاص. ان كان المهوي لا علاقة له لا بالوجود ولا بالعدم هل مغلق لا ينفتح? لا يقولون له بشرط قد تأتي الموجبات تجعله وجودا وقد تغيب الموجبات ويبقى في اللاشيئية. اذا هذه المسألة ذاتية ليست عرضية عاضد عاضد وعروض الامكان يعني عندنا ما هي يعرضها الامكان عروض الامكان عند عدم اعتبار الوجود والعدم. دقق جيد. يعني هناك لسنا في دائرة الوجود والعدم. هذا يسمى اللا اقتضاء بالنظر الى الماهية وعروض الامكان عند عدم اعتبار الوجود والعدم بالنظر الى ما هي وعلتها. ما هنا لسنا في دائرة الوجود. هنا في دائرة الهوية. اقول الامكان يعني هذه المادة التي تقع في مقابل الوجوب والامتنان انما يعرض للماهية شيبوع للمهيا في مبدأ الهوية من حيث هي هي ولهذا اسسوا قاعدة تأتي في بحث الماهية من اجمل البحوث الفلسفية بحث ما هي؟ والحمد لله فيه فصل كامل عن الماهية هناك ان شاء الله نبدع انتم وانا في بيان هذه الماهية وتفهموا جيدا اصالة المائية لم واصالة الوجود الليمة هذا المطلب يأتي هناك نعم الإمكان انما يعرض للمهية من حيث هي هي يعني في مبدأ الهوية لا تنتظر هناك صفة وعدم الصفة. الوجود والعدم لا باعتبار وجودها ولا باعتبار عدمها لسنا وحنا في بداية الوجود او ذات العدم ولا باعتبار وجود علتها ولا باعتبار عدم علتها. هذه كلها في مبدأ الجوهرية نعم بل انما يعرض الامكان للمهي عند عدم اعتبار الوجود وعدم والعدم. يعني اللائقة بالنظر الى الماهية نفسها يعني في مبدأ الهوية فمبدأ الهوية الانسان بالنسبة لكل الصفات وما يعارض الصفات ما يضاد الصفات قل الا بشرط لا بشرط يعني انفتاح ابن سينا يسميه في ادبيته القوة. قوة يعني قابلية لا بشرط ما معنى لا بشرط اذا توفرت العلل الموجبة للصفة اتصفت الماهية اذا لم تتوفر لا تتصف وعند عدم اعتبار الوجود والعدم بالنظر الى علة الممكن. فان الماهية اذا اخذت موجودة كانت واجبة. واجبة بالغير طبعا. ما دامت موجودة وكذا اذا اخذت معدومة تكون ممتنعة ممتنعة بالغير ما دامت معدومة. واذا اخذت باعتبار وجود علتها كانت واجبة وجوب الغير. ما دامت العلة موجودة. واذا اخذت باعتبار عدم علتها كانت ممتنعة ما دامت علة معدومة. اذا الاحكام تختلف الاحكام في دائرة الهاوية تقول اللا اقتضاء لا تقتضي الوجود ولا تقتضي العدم. في دايرة مبدأ الجوهرية يعني دائرة المحمولات الحيثيات التعينات هناك تتعين باي صفة تليق بذاتها. لكن بموجبات بموجبات يعني علة تحققوا لها الوصف او ترفع عنها الواص اذا الامكان فداء في المهية يسمى اللائق يعني لا بشرط من الوجود والعدم. مبدأ الهوية بعد غير مبدأ الجوهرية. مبدأ الجوهرية تقول انسان موجود. الانسان معدوم الانسان عالم الانسان لا عالم. يعني جهل وهكذا لماذا? لان العلل لم تتوفر حتى تعطي الصفة واذا توفرت تعطيه الصفة نعم. قال وعند اعتبارها بالنظر اليهما يثبت ما بالغير الما هي الآن دخلت في مبدأ الجوهرية. يعني العلل تمت. موجبات الصفة تمت. تدخل الى عالم الصفات. والتعينات والمحمولات. هناك حاكمية مبدأ الجوهرية. تقول الإنسان وجوده. لماذا معلته التامة توفرت وتحقق بالوجود. لم تتوفر لم يتحقق بالوجود. وهكذا في جميع الصفات. وعند اعتبارهما. يعني العلة الموجبة للخلق العلة التي لم تتوفر فيها كل موجبات الخلق بالنظر وعند اعتبارهما بالنظر اليهما يعني اعتبار الوجود يعني العلة التامة المفيضة والعلة التي لم تتوفر كل موجباتها بالنظر اليهما الى هذه العلل يثبت ماذا? ما بالغير اما في دائرة الوجود نقول واجب بالغير. واما في دولة العالم العدم نقول ممتنعة بالغير. ما معنى? يعني الماهية خرجت من دائرة الهوية الى دائرة مبدأ الجوهرية. يعني عالم عالم المحمولات قلنا لا يثبت المحمول الا بملاك هذا الملاك قابلية الماهية هذا والله بشرط لماذا لم تكن قبيلة? لا يمكن يعني ليس من صدق الذي يتصف بالوصف والعلة التي تحقق لها المحدود. يعني بالغير ما بالغير اقول اذا اعتبرنا الوجود والعدم بالنظر الى ما هي او الى علتها ثبت الوجوب بالغير والامتناع بالغير وهو ظاهر مما تقدم نعم ظاهر المتقدم قال ولا منافاة بين الامكان وبين الإمكان والغيري قد تقول اذا كانت الما هي ممكنة في مبدأ الهوية كيف تصير واجبة بالغير كيف يجتمع بهوية واحدة الامكان بالذات يعني بإمكان ذاتي والوجوب بالغير او الإمتناع بالغير هنا العقل البشري يترقى ويفهم ان الامكان ذاتي ينسجم مع الوجوب بالغير وينسجم مع الامتناع بالغير يأتي ان شاء الله بيانه 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