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وفقنا الله تعالى واياكم لفعل الخير كنا معكم في كشف المراد ووصلنا الى هذا المقطع قال ولا منافاة بين الامكان يعني الامكان الخاص والغيري عن الامكان الغيري فقط الامكان الخاص ذاتي والامكان الغير قياسي والا لا منافاة بينهما وبعبارة اخرى ما يصدق عليه الامكان الخاص بدائرة طبيعته الإنسان مثلا تقول الانسان ممكن العلم او ممكن اللا علم ممكن الوجود او ممكن اللا وجود لاقتضاء قد ينوجد وقد لا ينوجد قد يصير يصير عالما قد لا يصير عالما هذه في ذات الشيء الامكان  الوجوب بالغير انا قلت الامكان بالغناء الامكان بالغير مستحيل الوجوب بالغير او الامتناع بالغير نعيد التطبيق حتى لا يتشوش الطالب العزيز ولا منافاة بين الإمكان طبعا الامكان الخاص والغير يعني الوجوب الغيري والامتناع الغيري هذا نصححه فالامكان ينصب على الذات فقط. والانسان ممكن يعني ممكن الوجود ممكن العدم ممكن العلم ممكن اللا علم وهكذا هذا من نظر الى طبيعة الشيء في ذاته امر الذاتي ثم اخرج من الأمر الذاتي الى سياق الوجود او سياق العدم مرة يكون موجودا اذا افضته العلة الخالقة الموجدة مرة يكون مرفوع الوجود لا تقول يكون عدما خطأ الى ما عندنا العدد مرفوع الوجود اذا شئت الدقة مرفوع الوجود الملاك هو الوجود مرفوع الوجود لا يلزم منه التلبس بالعدم اذا قلنا الانسان متساوي النسبة الى الوجود والعدم يعني اللائقة اذا جاءت العلة وافاضت عليه الوجود وتحقق موجودا بفضل علته لان العلة تمت ووجوده صار ضروريا ترى واجبا واجب بالغير واذا لم تتوفر العلة الخلقية الايجادية لا يعني انه متلبس بالعدم ياه لا مرفوع الوجود مرفوع الوجود لا يلزم منه التلبس بالعدم هذه الدقة يجب ان تلتفت اليها اذا فيه تناغم ولا منافاة كما يقول في التناغم وانسجام بين الإمكان بدائرة الذات يعني بامكانه الخاص او الامكان المهوي لا فرق وبين الوجوب بالغير او الامتناع بالغير فقط ذات قياسي بالنسبة الى توفر العلة الايجابية او عدم توفر العلة الايجابية. اذا توفرت العلة الايجابية فنحن في ذات الوجود الانسان ينقلب موجودا وازا لم تتوفر العلة الايجابية الانسان لا نقول متلبس بالعدم لا مرفوعا للوجود اذا لا منافاة بين الامرين بين الامكان الذي هو وصف لذة وبين الوجوب بالغير الذي هو وصف قياسي بالنسبة الى العلة او الامتناع يعني عدم التحقق بالقياس الى عدم توفر العلة الاجائية بالعكس الامكان الذاتي هو الذي يصحح من حيث القابل. الوجوب بالغير او الامتناع بالغير. من حيث القابل ليس من حيث الفاعل يعني اذا جئت الى الانسان الذي يقبل الوجود من حيث القابل فلانه لائق اقتظاء لا يقتضي الوجود والعدم قد يتلبس بالوجود. اذا توفرت العلة الايجادية بجميع مقوماتها اقول على من حلي قد بينا ان الممكن اكتب تحت الممكن بالحمل الشائع. يعني الانسان الماء الذهب الملك شمس القمر النجوم باعتبار وجوده او باعتبار وجود علته هنا كم آآ بعد بعدان باعتبار وجوده بعد باعتبار علته بعد اخر في تفكيك اذا ركزنا على الوجود هذا الوجوب اللاحق يعني بعدما تتوفر العلة الايجادية تامة غير ناقصة ينوى جد يصير وجود الانسان وواجبا بالغير واذا تلبس بالوجود واستقر في الوجود يصير واجبا بالوجوب اللاحق وجوب السابق هو الوجوب بالغير. يعني ننظر الى العلة مر علينا انظر الى وجوده بما هو متحقق فقط بغض الطرف عن علته هذا وجوب لاحق. يعني بعد ما افضته للعلة. وهذه الامور يمكن ستأتي في بيان المحقق الطوسي رحمة الله عليه قد بينا ان الممكن يعني بالحمل الشائع يعني الانسان الماء الذهب الشمس القمر باعتبار وجود هذا الممكن هذا الانسان هذا الماء هذا الذهب يعني الوجوب اللاحق او وجوب باعتبار وجود علة هذا الوجوب السابق. يكون واجبا واجب بالغير اما بالوجوب السابق او بالوجوب اللاحق وباعتبار عدمه هذا الامتناع اه اللاحق او باعتبار عدم علته الامتناع السابق يكون ممتنعا. يعني مرفوع الوجود بالضرورة لكن الوجوب بالغير. اللاحق والصادق والامتناع بالغير اللاحق السابق ليس ذاتيين اكتب تحت ليس ذاتيا قياسيا يعني بالقياس الى العلة الايجادية توفرت بتمامها يأتي الوجوب بالغير لم تتوفر ياتي الامتناع بالغير بل بالاعتبار الغير باعتبار الغير يعني باعتبار العلة الموجدة ومعروضهما الممكن يعني الانسان الماء الذهب فلا منافاة بينهما. يعني بين الوجوب بالغير والامتناع بالغير. وبين الامكان الخاص او الامكان المهوي قلت لك المصحح للوجوب بالغير والامتناع بالغير هو الامكان الخاص او الامكان المعوي قال وكل ممكن العروض ذاتي ولا عكس كل ممكني العروظ ذاتي ولا عكس ممكن العروض يعني  العروض عن الصفات الحيثيات التي تعرض اه شيئا من الاشياء فهي ممكنة ما دامت عرضت فهي ممكن يعني يمكن ان يتصف بها اقول الممكن قد يكون ممكن الثبوت في نفسه. يعني بالنسبة الى نفسه قد ينوجد وقد يكون ممكن الثبوت لشيء اخر. مرة تنظر الى العلم مثلا في ذاته ممكن? نعم ممكن للإنسان يعني ممكن ان يتصل به الانسان. ومرة لا تنظر اليه باعتبار العروض ممكن في ذاتي وممكن العروض وقد يكون ممكن الثبوت لشيء اخر. الثبوت يعني العروض يعني يتصف به شيء من الاشياء وكل ممكن الثبوت لشيء اخر اعني ممكن العروض فهو يمكن ذاكرة. يعني انت تقول انسان عالم الإنسان يمكن العروض اه العلم العلم يمكن عروضه على الانسان العروض فرع فرع الإمكان ان هذا الشيء ممكن وليس بموس كحيل فهو ممكن ذاتي. اي يكون في نفسه بين قوسين ممكن الثبوت. لان امكان ثبوتي الشي لغيره فرع على امكانه في نفسه ولا ينعكس ولا يناقص كيف لا ينعكس فقد يكون الشيء ممكن الثبوت في نفسه وممتنع الثبوت لغيره كالمفارقات المفارقات يعني العقول عوالم المجردات عوالم المجردات ممكنة في ذاتها لكن لا يمكن ان يتصف بها شيء من الاشياء هنا فيه مسألة بنيوية سجلها الذوات لا تثبت للذوات هذه قاعدة بنيوية الذوات كلها متباينة بتمام الذات لا تقل الله انسان مستحيل ولا تقل ملك انسان. الانسان قمر. القمر شجر. القمر ذهب. الانسان ذهب. الانسان ماء. الماء ذهب الهويات متباينة بتمام الذات الماهيات متباينة بتمام الذات. والا اختلط الوجود اختلط الوجود. نعم اذا عندنا شيء يمكن حمله على شيء اخر اذا هذا يجب ان يكون ممكن في نفسه والى كيف يثبت لي غيره يثبت لغيره لكن العكس لا المعروض اذا جيت الى الموظوع قد يكون ممكنا في ذاته. ولكن لا يكون معروض لغيره يعني يكون محمول لغيره. مثل المفارقات المجردة بل قل كل الذوات لا يمكن ان تكون معروضة لغيرها. كالمفارقات هنا من باب التمثيل فقط او واجب الثبوت لغيره او واجب الثبوت لغيره كالاعراض والصفات يعني بعض الصفات واجبة يعني لازمة لا تنفك</w:t>
      </w:r>
    </w:p>
    <w:p>
      <w:r>
        <w:t>هذه لا تكون ممكنة العروظ يعني قد تنفك عن الشيء. لا مسلا الاربعة ذات آآ ماهية ليس ذات لانها هي من الاعراض عرظ زوج الاربعة على اظن كم منفصل تعرض عليه يعني الاربعة تعرض عليها الزوجية الزوجية لا تنفك عن الاربعة ابدا فالاربعة هنا اه واجبة وليست ممكنة يعني ضرورية واجبة هنا بمعنى ضرورية لا تنفك. اذا هذه هي القاعدة كل ما امكن عروظه على شيء فهو في ذاته ممكن. سلمنا وبالنسبة الى المحمول وليس بالعكس يعني وليس كل من كان ممكنا على مستوى الموضوعية على مستوى الذات على مستوى الجوهر يكون اه ممكنا في دائرة العروظ لا  او واجب الثبوت لغيره. يعني اذا كان لازما لا ينفك لا يكون ممكنا في ذاته المسألة التاسعة والعشرون في علة الاحتياج الى المؤثر هذه كذلك مسألة ذاتية عاضدة وليست مسألة ذاتية اساسية. مسألة ذاتية لا يمكن ان تنزاح من المتن الا انها عاضدة خادمة وهي ملاك احتياج الممكن للمخلوقية وهو الإمكان بالامكان المهوي او الامكان الخاص قال واذا لاحظ الذهن يعني العقل  اللموم مكينة الممكنة هنا بالحمل الشائع يعني الانسان البقر الماء الشمس وهكذا موجودا اذا لاحظ الذهن الممكن موجودا طلب العلة طلب العلة ونكتب فائدة بنيوية المعايير العقلية التي تحكم على العقل في انتاجه للمعرفة هي مجموعة من المعايير من المعايير الاساسية ما يسمى بالمبدأ السبب الكافي بأدبياتنا الحوزية يسمى كل ما العرض ينتهي الى ما بالذات والذكي لا يعلل خلينا نتفق على هذا الاسم مبدأ السبب الكافي يعني ملاك آآ ملاك الذات او تحقق الذات هذا الذهن الانساني يعني العقل الانساني مصنوع هكذا حاكمية هذه الاضاءة الالهية على الانسان. هذه المعايير هي حكمة الله الخالدة لا هي من صرخ الموجودات ولا من المعدومات ولا من الصنخ الذي يخلق وانما هي حكمة الهية خالدة حاكمة على العقل الانساني دائما يبحث عن ملاك العروض او ملاك الاشياء دائما هذا هو مبدأ السبب الكافي اذا وصل الى الملاك يستقر يفهم الان نسأل هذه المخلوقات سماها هي الممكنات بتنوعها وتجلياتها التي لا تنتهي. ملاك خلقها ما هو الحدوث كما يقول المتكلم يعني كون الشيء مسبوق بالعدم. يعني فيه عدم سابق لم يكن فيه شيء. هذا هو ملاك مخلوقية الشيء قوله لهذا الملاك لا ينفع  ترد عليه اشكالات متعددة وهو ملاك المتكلمين ملاك المتكلمين ام ملاك الفلاسفة الذي ابتكره الفرابي وعمقه ابن سينا ثم مشى الى صدر المتألهين الذي هناك تجاوزه واتى بالامكان الفقري. لا يهم الان هذه المسألة وتاريخ هذه المسألة ملاك الخلق ما هو؟ من حيث القابل من حيث الهويات الخلقية هو الامكان. يعني اللا اقتضاء لا يقتضي في ذاته الوجود ولا يقتضي العدم. فتأتي علة فتعطيه الوجود. اذا ملاك المخلوقية من حيث المخلوقات هو ان كانها لائق اقتضاء يعني لا تقتضي الوجود ولا تقتضي العدم. اما الحدوث يعني كون الشيء ليس موجودا في رتبة سابقة يعني حاكمية العدم ثم يحدث يعني يتصل بالوجود تأتي حاكمية الوجود. هذه خرافة كلامية لا قيمة لها علميا. ويرد عليها اشكالات عويصة جدا. لا يمكن للعقل الكلامي ان يعالجها. وان يحله. واذا لاحظ الذهن الممكن كان الإنسان الشمس البقر الملك الفلك موجودا متحققا باعتباره محدودا ويحتاج الى ملاك تحققه هذا هو مبدأ السبب الكافي وان لم يتصور غيره وقد يتصور وجود الحادث فلا يطلبها ثم الحدوث كيفية الوجود فليس علة لما يتقدم عليه بمراتب ثم الحدوث هنا شروع في الرد على المتكلم خلينا نفهم المسألة جيدا عندنا ملكا للخلق يعني المتكلم اعطى لمبدأ السبب الكافي ملاكا والمفيلسوف من الفرابي الى صدر المبتهلين اعطى ملاكا اخر وهو الامكان الامكان هنا يعني اللا اقتضاء يعني الذات الانسان ذات الشمس لا تقتضي في ذاتها الوجود ولا تقتضي العدم فاذا تلبست بالوجود المبدأ السبب الكافي يقول حتما هناك شيء افاض عليها الوجود والا يلزم الانقلاب انقلاب يعني الانتقال من مبدأ الهوية الى مبدأ الاتصاف بالوجود بدون ملاك مبدأ السبب الكافي يقول هذا لا يمكن نعم يجب يجب ان يكون هناك ملاك يعني هي العلة. واذا لاحظ الذهن الممكن موجودا طالب العلة اكتب هنا العلة يعني الملاك ملاك الخلق ليس العلة الاصطلاحية بمقابل المعلوم. لا العلة يعني ملاك الخلق  وان لم يتصور غيره واقعية وان لم يتصور غيره لا يعني لا يمكن ويتصور وجود الحادث فلا يطلبه ثم الحدوث قلنا الحدوث ما هو? الحدوث عندنا حاكمية العدم سينال العدم لم يكن فيه الإنسان يعني الإنسان هناك غير موجود ثم العلة باعتبار مسبوقية العدم افاضت عليه الوجود حادف يعني اتصف بالحدود ثم الحدود كيفية الوجود كيفية الوجود يعني حيثية الوجود يعني يأتي بعد الوجود. تقول الوجود حادث يعني الصفة بعد الوجود ما كان بعد الوجود لا يكون سابقا على الوجود. يلزم الدور. اذا قال المتكلم ان ملاك الخلق هو الحدوث ثم الوجود اذا ان وجد اتصف بالحدوث فالحدوث كم مرتبة له? مرتبة سابقة ومرتبة لاحقة يلزم الدور نعم فليس علة ثم الحدوث كيفية الوجود هذا الاشكال فليس علة يعني ليس ملاكا لما يتقدم عليه بمراتب الدور انت تقول ملاك الخلق الحدود يعني هنا تقدم ثم اذا ان وجد الشيء الانسان صاروا وجودا حادثا فاتصف بالحدوث فالحدوث يكون لاحقا. تقدم الشعر يا نفسي لما يتقدم عليه يتقدم عليه بمراتب يعني يتقدم الحدوث على نفسه بمراتب او يتقدم الحدوث على الوجود بمراتب اقول اختلف الناس يعني العلماء هنا في علة احتياج الأمر الى مؤثره الا يعني ملاك وليس العلة الاصطلاحية دقق جيد ملاك يعني الظابطة اختلف الناس هنا في علة يعني ميلاكي احتياج الاثر الاثر يعني ممكن يعني الانسان الشجر شمس قمر الى مؤثره الى فاعله الى خالقه فقال جمهور العقلاء انها الامكان لا غير. يعني هذه العلة يعني هذا الملاك الإمكان هو اللائق اتضاع. يعني الشيء لا يقتضي الوجود ولا يقتضي العدم العقلاء عن الفلاسفة وقال اخرون المتكلمون انها الحدوث لا غير الحدوث لا غير لا يؤمنون بالامكان لماذا? لان الامكان لم يكن متبلورا في اذهانهم الى يومنا هذا الى يومنا هذا المتكلم لا يعتقد بالامكان لانه لا يفهمه ليس في دائرته هذا في سياق الفلسفة واي سياق الفلسفة. وانا اتحدى المتكلمة ينتمي الى اي مذهب من المذاهب يثبت الخلق بالحدوث ان له ذلك نعم. فقال جمهور العقلاء انها الامكان يعني هذه العلة. يعني هذا الملاك الامكان الامكان بمعنى لا اقتضاء لا غير وقال اخرون انها الحدوث لا غير. ولهذا في المتن قال واذا لاحظ الذهن الممكن موجودا طلب العلة يعني الملاك وان لم يتصور غيره. يعني من قال بالامكان لا يتصور غير الإمكان ومن قال بالحدوث لا يتصور الا الحدوث اهيا نعم وقال اخرون هما معا بعضهم لفق بين الإمكان والحدوث والحق عند العلامة الحلي الأول يعني الملاك هو</w:t>
      </w:r>
    </w:p>
    <w:p>
      <w:r>
        <w:t>الإمكان الا اقتضاء لوجهين هنا يبين الوجهين الذي اختزلهم المحقق الطوسي اختزانا. الاول العقل العقل هنا المعيار المعيار العقلي هذا المعيار العقلي سرمدي بناء على مبدأ السبب الكافي العقل اذا لاحظ الماهية الممكنة يعني الانسان الفلك الشمس القمر واراد حمل الوجود او العدم. يقول الانسان وجود او الانسان عدم. يعني الانسان متحقق او الانسان مرفوع التحقق عليها يعني على هذه الماهية كالانسان والبقر والماء والفلك. افتقر في ذلك يعني في هذا الحمل الحمل في باب العاقل في باب الذهن بنية ذهنية في البنية الوجودية عن التحقق افتقر في ذلك يعني في ذلك الحمل او الخلق او عدم الخلق الى العلة العلة يعني الملاك الضابطة وان لم ينظر شيئا اخر سوى الامكان لا يؤمن بالحدوث والتساوي. التساوي يعني هنا شرح للامكان. تساوي النسبة الى الوجود والعدم اذ حكم العقل بالتساوي الذاتي كاف اذ حكمه. اذ حكم العقل بالتساوي الذاتي كاف في الحكم بامتناع الرجحان الذاتي لأنه يلزم الإنقلاب فاحتاج الى العلة من حيث هو ممكن احتاج الى العلة هنا العلة الاصطلاحية لعلة يعني الموجدة نعم انت تأمل في الإنسان وابقى في دائرة مبدأ الهوية اسألك ما هو الانسان? انسان انسان لا رائحة للوجود ولا رائحة للعدم. هذا هو اللائق هذا هو الامكان ولا يمكن ان ينتقل الى التحقق او رفع التحقق الا بملاك هذا الملاك ما هو? علة خالقة اما ان تحققه واما ان ترفع له التحقق اذ حكم العقل بالتساوي الذاتي يعني عند اللا اقتضاء. كاف في الحكم بامتناع الرجحان الذاتي. يعني الانسان يرجح وجوده على عدمه او العكس يرجح عدمه على وجوده بذاته نعم هنا حكم العقل بامتناع الرجحان الذاتي مستحيل. يلزم الانقلاب فاحتاج الانسان الشمس البقر الملك الفلك الى العلة. اكتب هنا العلة العلة يعني بمعنى الخالق ليس بمعنى الملك. دقق جيد في المصطلحات من حيث هو ممكن يعني من حيث ولى اقتضاء وان لم يلحظ غيره ما ما يلحظ الحدوث ابدا ولو فرضنا حادثا وجب وجوده وان كان فرضا محالا يعني اذا فرضنا حادث واجبا هو حادث واجب غير معقول حادث يعني مخلوق واجب يعني غير مخلوق هذا غير معقول مبدأ التناقض يرفض هذا لكن يقول فرضا وان كان فرضا محالا فان العقل يحكم بعدم احتياجه الى المؤصل نعم اذا كان واجبا يعني واجب الوجود لا يمكن ان يحتاج الى علة. فعلم او علم ان علة الحاجة الا هنا ملاك بمعنى ملاك يعني الظابط فعلم ان علة الحاجة ملاك الحاجة انما هو هي الامكان لا غير ليس الحدوث هذا الدليل الأول هل هذا دليل ام هو تحليل للبنية تحليل للبنية ليس دليلا يعني تأتي الى الانسان في هويته الانسان. اذا انتقل الى الاتصاف بالوجود او رفع الوجود عنه ليس بذاته انهزم الانقلاب يعني الخروج من الهوية الى حيثية بدون اي ملاك مبدأ السبب الكافي يقول هذا لا يمكن هذا محلل ويحتاج الى علة خالقية اذن ملاك الخلق هو الإمكان لكن من يخلقه العلة اذا عبرت بالعلة والعلة علة الخلق على مستوى الانسان يعني الظابطة يعني الملاك وهو الامكان ثم علة الخلق هي العلة الفاعلة. يعني الموجد يعني الله تعالى فلا يكون الحدوث. الثاني ان الحدوث كيفية للوجود يعني بعدما ينخلق الانسان ويقول حدث فالحدوث صفة كيفية للوجود او للموجود فيتأخر عن الوجود يعني بعدما يخلق الله تعالى الانسان فيصير الانس فيصير الانسان وجود نقول حدث فالحدود صفة للوجود فيتأخر على الوجود تأخرا ذاتيا نعم تأخر ذاتيا يعني طبيعة التأخر تقتضي الحدوث ان يكون الحدوث متأخر والوجود متأخر عن الايجاد لايجاد يعني افعال الخالقية والايجاد متأخر عن الاحتياج يعني الاحتياج هو الذي يولد الايجاد والاحتياج متأخر عن علة الاحتياج يولي هو الإمكان فلو كان الحدوث علة الحاجة يعني ملاك الحاجة ملاك الخلق لزم تقدم الشيء على نفسه بمراتب وهو محال. هذه المسألة ابينها في دقيقة لان انتهى الدرس ونعمقها في الدرس القادم عندنا الانسان دقق التحليل كيف عندنا انسان ممكن يعني لا يقتضي الوجود ولا يقتضي العدم يأتي الاحتياج. يعني ملاك بلاك يجلى علة تخلقه يأتي الاحتياج ثم ياتي الوجوب الوجوب بالغير تنسد كل ابواب العدم ثم بعد الوجوب يأتي الإيجاد يعني الفيض والانوجاج من الماهية ثم الوجود ثم الحدود فاذا كان الحدوث الذي هو متأخر في هذه السلسلة يكون هو الملاك في الخلق يعني يقع موقع الامكان فتقول الانسان حادث ثم محتاج ثم وجوب بالغير ثم الايجاد ثم الانوجاج ثم الحدوث حدوث وحدوث تقدم الشيعة على نفسه بمراتب بمراتب. الان نطبق المتن من جديد نطبق على المتن من جديد يتضح الامر ثم نختم الدرس. قال واذا لاحظ الذهن الممكن يعني العقل يتأمل في الانسان في الشمس الممكن يعني هذا الذي يتصف باللا اقتضاء لا يقتضي الوجود ولا يقتضي الادب. موجودا متحققا. يعني خرج من من دائرة الذات الممكنة الى دائرة التحقق. فيقول ملاك التحقق ما هو فهو الإمكان لأنه لا يقتضي الطرفين طلب العلة العلة للملك والا ان لم يتصور غيره لا يؤمن بالحدوث وقد يتصور وجود الحادث فلا يطلبه اذا تصور وجود الحادث يعني صار واجبا وموجودا لا يسأل عن علته لماذا? لان ملاك الملاك الموجود الموجود ملاك الشيء الموجود لا معنى له تحصينه ليل حاصل. فلا يطلبها لا يطلب هذا الملاك. يعني انتهى قلت لكم مبدأ السبب الكافي اذا وجد الملاك بعد ما يبحث مرة اخرى تقول لماذا ان وجد الانسان? تقول انه ممكن في ذاته وله علة خالقة. ان خلق ثم تقول لماذا ملاك الخلق لا معنى له? لانه ان وجد تم ثم الحدوث الذي يقول به المتكلم بيناه هو مسبوقية شي بالعدم كيفية الوجود صفة للوجود تأتي لاحقة ولا تكون هي الملاك سابقة فليس ملاكا يعني ليس علة لما يتقدم عليه بمراتب. يعني يلزم الدور تقدم تمشي على نفسي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