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الثلاثون المسألة ثلاثون في ان الممكن محتاج الى المؤثر قال المحقق الطوسي والحكم باحتياج ممكن ظروري هذه المسألة بلبها ما هي هي من مصاديق مبدأ السبب الكافي يعني معيار عقلي والمعايير العقلية لا يمكن ان تعلل بها التعليل ولهذا قال ضروري كل الامور الضرورية ظرورية العقلية هي معايير ما قبل المعرفة فهذا اه الأمر هذه المسألة كذلك من معايير العقل فانت اذا تأملت الممكن ووجدته الممكنة يعني المصادق الانسان الشمس فلك الذهب الماء ووجدت هذه المهيات في ذاتها لا تقتضي الوجود ولا تقتضي العدم ثم انتقلت الى الوجود فحتما فيه مؤثر فتحتاج الى مؤثر مسألة بنيت العقل هكذا وحتى الحيوان الى حد كبير اه وهمه مبني على هذه المسألة ترى حيوانا حمارا وتمر قطار وصوت عال جدا الحمار يلتفت يلتفت الى من? يلتفت الى علة هذا الصوت هذه مغروسة في وهمه. طبعا اي وليس له عقل في الإنسان كذلك هذا مغروز في عقله ظياء يحكم على عقله وبه يفهم الاشياء ويكتشف علل لها بدون هذا الظياء الالهي الحاكم على العقل الانسان لا يبحث عن اسباب الشيء ولا يؤسس للعلوم المسألة بنيوية وليست مسألة استدلالية حتى نسأل بل هي نظرية ام ظرورية? طرح المسألة في باب النظري خطأ بنيوي قال والحكم باحتياج ممكن ضروري اقول اختلف الناس هنا يعني العلماء اختلف الناس هنا فقال قوم ان هذا الحكم ضروري بونيوي اعني ما هو الحكم? اعني ان احتياج الممكن الممكن هنا المصاديق يعني الانسان الذهب الماء الشمس البقر الملك حصان لا يحتاج الى برهان يعني ليست مسألة نظرية فان كل من تصور تساوي طرفي الممكن. يعني الانسان انت تصوره بالنسبة الى الوجود والعدم. تجده لا موجود ولا معدوم. يعني اللائق اقتضاء يعني لا يقتضي الوجود بذاته. ولا يقتضي العدم بذاته جزم جزم بالظرورة. من جعله يجزم هذا المعيار العقلي مبدا السبب الكافي ان نجزم بالظرورة ان احدهما. يعني الوجود او العدم لا يترجح على المقابل يعني الوجود لا يترجى على العدم. او العدم لا يترجح على الوجود من حيث هو لا لوحده لا يمكن من حيث هو متساو بالنسبة الى ما هي متساو يعني يساوي الوجود بالنسبة للمالية لهم لا هو تقتضيه الماهية ولا ما يقابله تقتضيه المهية اعني من حيث ذاته يعني من حيث ذات الممكن بل من حيث ان المرجح ثابت. يعني فيه ملاك خارجي اعطاه الوجود او رفع عنه الوجود اذا اتصاف الماهيات بالوجود او رفع الوجود لا قلتصاف بالعدم خطأ لان اذا اتصفت بالعدم لا تنوجد ابدا فاتصاف المهي بالوجود او اتصافها برفع الوجود فتحتاج الى امر خارج عن ذات بل من حيث ان المرجح ثابت وهذا الحكم قطعي ضروري لان بنيوي والبنيوي ليس من سلخ الادراكات حتى نبحث عن البرهان والتدليل عليه لا يقع فيه الشك بالعكس هو ملاك رفع الشك فكيف يقع فيه الشك وقال اخرون انه استدلالي جيد هادي مسألة بنيوية جميلة جدا ما معنى استدلالي يعني تريد تثبت علة لهذا الإمكان يعني تريد تثبت الاحتياج الممكن الى العلة احتياج ممكن العلة بينو بالعلة اليس هذا هو الخربطة والدور  قرب طاب الضهر دائما في الامور البنيوية لا تسعى الى التدليل لانها اه الضرورية ضياء الهي فتسقط في الدور في الخرافة وهو خطأ وسبب غلطهم انهم لم يتصوروا الممكن على ما هو عليه نعم اذا تصورنا الممكنة يعني الانسان الفلك الملك في دائرة هويته لا تقول الا الانسان. انسان انسان. ملك ملاك. ذهب ذهب ماء لا رائحة للوجود ولا رائحة لرفع الوجود فاذا حل الوجود فبملاك خارجية بعلة خارجية لعلة خارجية. واذا رفع الوجود فبعلة خارجية مسألة بنيوية اه اذا قلنا بديهي يعني بنيوية قبل الدخول في المسألة الحادية والثلاثون نعود الى ملاك الخلق وهو الحدوث الذي يقول به المتكلم لماذا هو مستحيل مبدأ التناقض يرفضه رفضا باتا دقق جيدا الحدوث اولا ما معناه الحدوث يعني فيه مساحة او مسافة حاكمية العدم فيها يعني هذه المساحة كلها عدم. هناك الإنسان لا هناك الملك لا فلك لا ولا مخلوق حاكمية العالم ثم نأتي في نقطة من النقاط هناك يبرز الوجود برز الوجود يعني حدث الوجود. الوجود اتصف بالحدوث مسبوق بالعدم وحدث المتكلم يقول ملاك الخلق ضابطة الخلق هو الحدوث. جيد نبين المسألة جيدا. عندنا الإنسان ما هو الإنسان انسان مخلوق? لا موجود لا حادث ولا الانسان ملاك الخلق ما هو? المتكلم يقول الحدوث. يعني ملاك الخلق والحدود ثم اذا جاء الحدوث جاء الاحتياج ملاك الاحتياج الى الخالق هو الحدوث على مبنى المتكلم يعني يأتي بعد الذات الحدوث ثم الاحتياج ثم الوجوب بالغير يعني سد كل ابواب العدم حتى يتحقق يعني تمامية العلة الخالقية ثم الايجاد يعني ايه الفيض من من الخالق ثم الانوجاج من الذات ثم الوجود ثم الوجود اذا وجد يعني خرج من كتم العدم الى دار الوجود ان حدث فالحدوث اولا ملاك الخلق صفة للماهية تصحح الاحتياج والوجوب بالغير هو الايجاد والانوجاج والوجود ثم الحدوث فلهم مرتبة مرتبة يكون هو ملاك الاحتياج مرتبة اخرى يكون صفة الوجود فيلزم تقدم الشيء على نفسه بمراتب وتأخر الشيء على نفسه بمراتب وهذه المراتب تحليلية طبعا العقل يحللها تحليلية وتحليلية ناس امرية يعني الواقع هو الذي يضغط علينا ونصل الى هذا التحليل ليس من عندياتنا. التحليل يتعامل مع الواقع ويصل الى هذه الامور الجميلة اذا اذا قلنا الحدوث هو ملاك الخلق نقول الانسان حادث محتاجون وجب بوجوب الغير يعني اكتملت علته الخالقية  جاء الايجاد من الخالق. الانوجاج من الانسان الوجود الحدوث حدوث كملاك سابق الحدوث كان صفة للوجود لاحق يلزم تقدم الشيعة على نفسه. فالحدوث لا يمكن ان يكون ملاكا لعملية الخلق هذه واحدة. ثانيا ما معنى مسبوقية اه الوجود او الشيء الذي يتلبس بالوجود ثم يحدث مسبوقية بالعدم. هل العدم له اصالة هل العدم له اصالة هل العدم واقعية هذه خرافة خرافة من خرافات اه المتكلمين ظاهرنا معتزلة هم الذين يقولون بالحدوث اشكال اخر لنفرض ان العدم كان حاكما ثم حدث الشيء بعلته فالخالقية الإلهية كانت معطلة كانت معطلة ثم تفاعلت الا يلزم التغير في الذات الالهية؟ لم تكن فاعلة صارت فاعلة يلزم الحدوث على مستوى الذات الالهية اذا الملاك الصحيح هو ان الذات لا تقتضي في ذاتها لا الوجود والادب ولا يمكن ان ترجح بذاتها الوجود على العدم او العدم على الوجود. لا يمكن يلزم ماذا? يلزم الترجيح بلا مرجح ويحتاج الترجيح الى امر خارجي وهو العلة الخالقية. المسألة الحادية والثلاثون</w:t>
      </w:r>
    </w:p>
    <w:p>
      <w:r>
        <w:t>بوجوب الممكن والمستفاد من الفاعل قال ولا يتصور الاولوية لاحد الطرفين بالنظر الى ذلك الاولوية هذا مبنى المتكلمين في الخالقية في عملية الخلق لا يؤمنون بالوجوب الغيري لماذا عندهم توهم توهم معرفي تواهم معرفي جعلهم يقولون بالاولوية ما هو هذا التوهم لنفرض اكتملت العلة من جميع جهاتها لخلق الانسان صارت واجبة ضرورية فتعطي الوجود للانسان فينقلب الانسان واجبا بالغير فهذا يلزم بالجبر على الذات الالهية يعني الله تعالى مضطر على الخلق واين الحرية الالهية? واين الاختيار الهي ابن سينا اجاب عن هذه الاشكالية قال هذا الوجوب مترشح من الذات الالهية ليس محملا على الذات الالهية قرض بين الظرورة المحملة على الذات والظرورة المنبثقة من الذات وجوب عنه وليس وجوبا عليه. هذا كلام من ابن سينا الفاخر والجميل المتكلم حتى يخلص من هذا التوهم توهم الجبر على مستوى الذات الإلهية في خالقيتها قال بالأولوية. بمعنى ان الشجرة او الانسان او الماء لا يترجح وجوده في عملية الخلق مائة بالمائة يعني ينسد العدم مطلقا. فيترجح الوجود فيحدث الشيء لا ممكن يخلقه الله تعالى بالترجح تسعين بالمية. ثمانين بالمئة الا يكفي فله الاولوية وليس له الوجوب يعني يبقى للعدم حظ مقداره عشرة بالمئة عشرين بالمئة فاذا كان العدم ذا حظ كيف يترجح الوجود يجب ان ينسد هذا العدم مطلقا مئة بالمئة. هذا قول الفيلسوف وهذا هو بلاكو الإيجاد حتى يتحقق الوجود يجب ان العدم ينقهر مطلقا لا تبقى له لا يبقى له نفس ولا حظ المتكلم يقول لا يقول يبقى عشرة بالمئة حظ حظ العدم فتكون الاولوية للوجود وليس بنحو قهر العدم مطلقا ويتحقق الوجوب بالغيث ثم يلزم الجبر على الفاعلية الالهية نعم يقول لا تتصوروا الاولوية يعني مستحيلة لاحد الطرفين بالنظر الى ذاته. بالنظر الى ذاته نعم هذه كذلك مسألة اولوية آآ بنيوية وليست آآ مسألة تدليلية ادراكية. اقول قد بينا ان الممكن يعني الانسان الفلك الملك الحجر الممكن يعني هذا الانسان البقر وكذا من حيث وهو اكتب مبدأ الهوية لا باعتبار وجود علته او عدمها يعني تحقق العلة وعدم الحقد باعتبار ذاتي فان وجوده وانا عدمه متساويان بالنسبة اليه لا يترجح الوجود ولا على عدم اذا ترجحا جاءت العلة وقهرت العدم مطلقا ما يحدث او قهرت الوجود فيرفع عن الوجود نعم وانما يحصل الترجيح من الفاعل الخارجي. نعم اللي بيناها فيما سبق فاذا لا يمكن ان تتصور تتصور الاولوية اولوية لا يمكن ان تتصور اولوية لاحد الطرفين على الاخر بالنظر الى ذاته يقول الوجود انا اترجح عليك ايها العدم لكن بتسعين بالمئة نعطيك تنفسا وعادل عشرة بالمئة لا يمكن ابدا بدون قهر العدم مطلقا لا يتحقق الوجود ابدا نعم هذا مبنى المتكلمين لتوهم الجبر قال ولا تكفي الخارجية لان فرضها لا يحيل المقابل فلا بد من الانتهاء الى الوجوب هذا هو كلامنا يعني اذا تحقق الوجود بتسعين بالمئة هذه هي الاولوية له الاولوية ليس الترجيح المطلق ليس سد ابواب العدم مطلقا اولوية فقط اولوية بتسعين ثمانين سبعين ستين ويبقى العدم يتنفس له حظ لا يمكن لا يمكن لا يمكن لان العدم قد يتسلل الى الشيء ويرفعه ولا يكفي الخارجية يعني التحقق الخارجي لان فرض هذه الخارجية لا يحيل المقابل يعني لا يحيل العدم لا يدمر العدم لا يفني العدم يبقى العدم له حظ من هذا الشيء فلا بد من الانتهاء الى الوجوب. يعني لابد ان ينقهر العدم مطلقا مئة بالمئة هذا في دائرة الوجود او اذا كنا في ذات رفع الوجود يجب ان ينقهر الوجود مطلقا مطلقا نعم اقول اولوية احد الطرفين الوجود او العدم. بالنظر الى وجود العلة بالنظر الى المفيض او عدم العلة هي الاولوية الخارجية فان كانت العلة مستجمعة. دقق جيد لجميع الشرائط اذا كانت العلة مستجمعة لجميع الشرائط يعني تمت العلة التامة. يعني الفاعلية صارت واجبة منتفيا عنها جميع الموانع يعني قهر العدم مطلقا كانت الاولوية وجوبا يعني ما تدعي انت الاولوية نحن نقول هذا هو الوجوب بالغير يعني نسدتس سبل العدم مطلقا مطلقا مئة بالمئة نعم ولهذا قال كانت الاولوية وجوبان والا اذا لم تكن كما نقول نحن وجوبا يعني وجوب بالغير والا كانت اولوية كانت اولوية يجوز معها وقوع الطرف الاخر تقول لماذا يجوز? قل هو عنده حظ عشرة بالمئة عشرين بالمئة وهذه الاولوية الخارجية لا تكفي في وجود الممكن او عدمه لان فرضها لا يحيل المقابل يعني تقول وجود يترجح بثمانين بالمية العدم كم يبقى عشرين بالمية. لان فرض الاولوية ثمانين بالمية لا يحيل المقابل. لا يجعل العدم مستحيلا. بل قد يتسلل الى ساحة الانسان ويرفعه من الوجود فاين التحقق? حينها نعم وبيان ذلك يريد يعمق المسألة وانا بينتها بالتفصيل ان اذا فرضنا هذه الاولوية متحققة ثابتة فاما ان يمكن معها وجود الطرف الاخر وهو العدم. لماذا? لانه له حظ عشرين بالمئة المقابل لطرف الاولوية يعني المقابل للوجود مثلا او لا يمكن يعني ايه ما يمكن او لا يمكن والثاني يقتضي ان تكون الاولوية وجوبا يعني انسدت جميع ابواب العدم بداية الوجود والأول يلزم منه المحال وهو ترجيح احد طرفي الممكن المتساوي على الأخر لا لمرجح. يعني العدم يشتكي عند القاضي يقول انا بقيت عندي عشرين بالمئة. بأي حق انتم ترجحون وجود الإنسان اه وهو ثمانين بالمئة وانا عندي عشرين بالمئة حقي فلا يتحقق الشيء ابدا. متى يتحقق? اذا انتفت هذه عشرين بالمئة صار الوجود مترجحا بمائة بالمئة. وهذا هو الوجوب الغيري. هذا هو الوجوب الغيري. نعم لان اذا فرضنا الاولوية ثابتة يمكن معها وجود الطرف الراجح والمرجوح الوجود بحش تمانين بالمية والعدم بعشرين بالمية. فيتقاسم المعية فتتقطع وتتشتت يعني ترفع الوجود. فتخصيص هذه القاعدة فتخصيص احد الوقتين الوقتين اه هادي نسخة ظاهرا الصحيح هو الطرفين فتخصيص احد الطرفين يعني الوجود او العداء بالوقوع دنثاني يعني اما ان يترجح الوجود فتتحقق الى ما هي? واما يترجح العدم فترفع ما هي من الوجود  فتخصيص احد الطرفين بالوقوع دون الثاني ترجيح من غير مرجحها يعني مبدأ السبب الكافي يقول باي ملاك تحقق ثمانين بالمئة تقول ثمانين بالمئة يقول لا ما زال عشرين بالمئة للعدد واذا تحقق العدم بثمانين بالمئة والوجود له حظ عشرين بالمئة لماذا? باي ملاك يتحقق اه العدد ثمانين بالمائة بالمئة والوجود له حظ بعشرين بالمئة نعم فقد ظهر ان الاولوية لا تكفي للترجيح يعني في الخالقية في ترجيح الوجود على العدم او العدم على الوجود بل لابد من الوجوب الوجوب الغيري يعني انسداد كل ابواب العذاب في دائرة الوجود انسداد كل ابواب الوجود في دائرة العدد. وان كل ممكن على الاطلاق على الاطلاق قاعدة كلية لا يمكن وجوده الا اذا وجب. وجب يعني تمت العلة بجميع شروطها ومقوماتها وهذا هو الوجوب بالغير</w:t>
      </w:r>
    </w:p>
    <w:p>
      <w:r>
        <w:t>الا اذا وجب وجب يعني صار ظروريا لان علته الخالقية صارت تامة مكتملا. تمت شروطها والظروف مواتية. فلابد من الانتهاء الى الوجوب. الوجوب يعني الضرورة بالغير وهذا العرف يدركها كيف انسان يتحرك في سيارة من النجف الى البصرة يمشي يمشي توقفت السيارة بوقفة السيارة يتفقد المحرك يجد البطارية فارغة ما في هذا السائل الاسيد اذن لا تفعلوا الكهرباء والسيارة لا تتحرك عندو صديق بجنبه سيارة توقفت سأله قال ما المشكل? قال البطارية توقفت انتهى السائل قال انا عندي بطارية هذه البطارية فارغة كذلك يقول ضحى في مكان البطارية الاولى واتكل على الله تعالى يعني الوجود ترجح في جميع مكونات المحرك والعدم حاكم على البطارية. يعني هناك انكفاء السائل. انتفاء هذا الحامض الذي يعطي الكهرباء للسيارة لا يمكن ان تتحرك السيارة لا يترجح وجود الحركة ابدا ابدا ما دام البطارية لم ترتب ولم تصلح وان جميع مكونات العلة حاضرة ما عدا البطارية اذن الاولوية لجميع قطع المحرك لا تنفع الا اذا اكتملت البطارية صار المحرك تماما كملت جميع العلة حينها تحرك السيارة. فيجب ان يذهب الى الدكان يشتري بطارية او يملأها بالاصيد ويضعها حينها المحرك يتحرك ويصل الى البصرة والا لا يصل الا على قدميه او على الجمل على السنة القديمة. نعم نعم هادي هي المسألة اذا اولوية المتكلم خرافة معناه انك يمكن لك ان تصل الى البصرة بدون بطارية لن يفهم هذا العرف لم يذهب الى الدكان الى من يبيع البطاريات او يملأ البطاريات لماذا? لان البنية العاقلة حاكمة عليه تقول له اذا اردت الحركة الى البصرة يجب ان تكتمل كل مكونات المحرك كل مكونات المحرك لا يمكن ان تتحرك ومكونة مرتفعة. يعني العدم له حظ لا يمكن ان تترجح الحركة هو بحسه للعقل يدرك هذا الامر والمتكلم بحسه المعرفي عالم كبير لم يدرك هذه المسألة وهي خرافة كبيرة يعني الاولوية قرافة كبيرة. قال وهو سابق ويلحقه وجوب اخر لا يخلو عنه قضية فعلية. نعم جميل جدا. يعني يفكك الوجوب بالغير السابق والوجوب بالغير الملاحق انت الان عندك وجود الإنسان امامك تعاينه تشاهده هذا له وجبان يلفه وجوبان وجوب بالغير لاحق وجوب بالغير سابق وجوب بالغير لاحق بالنظر الى علته. يعني اذا اكتملت العلة بتمام مكوناتها وشروطها الموضوعية تعطيه الوجود يعني يصير واجبا باعتبار علته. اذا هذا الوجوب يجب يسبق سبقا ذاتيا لوجود الوجود الانساني هذا الوجوب بالغير اللاحق ثمن وجد ان وجدت قل هذا واجب واجب يعني كواجب الوجود كاله لا تقول واجب بالغير يعني بعدما افاضته العلة وحققته وصار واجبا هذا الوجوب اللاحق. يعني بعد الافاضة فلا يمكن ان تأتي العلة مرة ثانية وتوجده لوجود بالغير. لماذا? لانه تحصين حاصل. في دائرة التحصيل الحاصل نقول الوجوب بالغير اللاحق متى نجد هذا الوجوب اللاحق? الوجوب بالغير اللاحق في القضايا الفعلية. يعني في الفعل يعني في دخول دار الوجود اذا لم ندخل الى الفعلية والى التحقق لا معنى للوجوب بالغير اللاحق. ولهذا يقول وهو سابق يعني والوجوب بالغير سابق ويلحقه وجوب اخر يسمى الوجوب اللاحق. لا يخلو عنه قضية فعلية. كل ما هو ومتحقق في عالم الامكان يلفه وجوب بالغير سابق ويلفه وجوب بالغير لاحق. اقول كل ممكن انسان ملك فلك موجود بالفعل موجود يعني متحقق او معدوم مرفوع الوجود فانه محفوف ملفوف بوجوبين. طبعا الوجوب بالغير احدهما الوجوب السابق سابقا ذا سبقا ذاتيا ليس زمنيا صدق الذاتي كما سيأتي بيانه الذي استدلنا على تحققه والثاني يعني هذا الوجوب بالغير الذي بينه. والثاني الوجوب اللاحق وهو المتأخر عن تحقق القضية. يليه عن تحقق الشيء فان الحكم بوجوب المشي للانسان يكون واجبا ما دام المشي موجودا له. تقول واجب المشي فجعله ماشيا وهو يمشي تحصيله للحصى. هذا الوجوب اللاحق وهذه الظرورة تسمى الظرورة بحسب المحمول. ولا يخلو عنها قضية فعلية. كل من دخل دار الوجود يصدق عليه انه واجب اه ظرورة بشرط المحمول ضرورة بالشرط المحمول تحصين للحاصل كيف تأتي الى الموضوع في القضية الانسان عالم تقيده بالعلم معنى العلم يصير جزءا من الموضوع لا تحمل عليه المحمول مرة ثانية الانسان عالم ممكنا يعني قد يتعلم وقد لا يتعلم الانسان مقيد بالعلم يعني الانسان العالم الموضوع تغير صار الانسان المقيد بالعلم هذا هو الموضوع الجديد تقول عالم الانسان المقيد بالعلم عالم بالضرورة هذي ضرورة تسمى ظرورة بشرط المحمول. يعني المحمول مشروط في الموضوع. مقيد به الموظوع فتقول الانسان عالم الانسان العالم عالم بالضرورة. الانسان الماشي ماشي بالضرورة الانسان الجالس جالس بالضرورة وهذه تحصيله للحاصل قضية من باب تحصيل الحاصل وهذه وهذه الضرورة ضرورة شرط المحمول تطال على جميع الفعاليات حتى الله تعالى. تقول الله العالم عالم بالضرورة الإنسان جالس جالس يعني كل من دخل الى الفعلية متحقق بالفعل فيا طارق هذه تطال هذه الضرورة تسمى الضرورة بشرط المحمول. سيأتي ان شاء الله التقسيم الضرورة الظرورة تقسم. الظرورة كمادة او كجهة الظرورة اما ظرورة ازلية واما ظرورة غير ازلية ضرورة غير ازلية تتحلق بالموضوع مرة تتعلق لتتعلق تتعلق بالقضية تتعلق بالوجود للقضية تتعلق بالموضوع بالمحمول بالموضوع ذات الموضوع صفة للموضوع والضرورة في دار الوجود زمنية اه فتأتي الضرورة الازلية الضرورة الذاتية الضرورة الوصفية الضرورة بشرط المحمول والظرورة الزمنية والظرورة المكانية سيأتي بحثها في باب الظرورة ان شاء الله بالتفصيل نعم اذا الامكان آآ الوجوب عندنا وجوب سابق يعني تبلور العلة التامة اكتمال العلة التامة التي تفيض الوجود على هذا الانسان فوجوده ضروري باعتبار اكتمال في مال العلة باعتبار العلة سابقة عليه فهذا اللحوم وهذه الضرورة بالغير السابقة الوجوب بالغير السابق. ثم اذا تحقق صار بالفعل فوجوده حتما ضروري كذلك. لان ايجاده مرة ثانية تحصيله للحاصل بان الانسان الموجود موجود بالضرورة قال والإمكان لازم وإلا تجب الماهية او تمتنع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