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هذه الفقرة معكم قال ولامكانه لازم والا تجب الماهية او التامة التابع الما هي هنا بالحمل الشائع المادة ذهب الملك الإنسان شجر هنا البحث عن علاقة الامكان بالمهية. تقول الانسان ممكن الكتابة ممكن العلم ممكن الوجود ممكن العدم ممكن اللا علم هذا الامكان علاقته بالمهية هذا البحث جاء بالعلماء الى اكتشاف ما يسمى القضية الموجبة سلبت المحمول فيه مناظرة كتبية بين العلامة الطبطبة صاحب الميزان الشريف والشيخ مهدي الحائري مهدي الحائري ابن مؤسس الحوزة في قوم الشيخ الحائر الكبير مناظرة كتبية قبل الثورة الثورة الايرانية كانت ظاهرة في جريدة او في مجلة مناظرة في غاية الجمال والعمق وانا شرعت في ترجمتها الى اللغة العربية ولكني توقفت لقلة الوقت مع الاسف. هذه المناظرة كلها في كيفية حمل الامكان على المهية. اذا قلت الانسان ممكن الوجود هذا الممكن كيف يحمل على الماهية سيد العلامة يرفض موجبة سليمة المحمول والشيخ مهدي الحائري التلميذ الامام الخميني في الفلسفة والعلوم شخصية عميقة فيقبل موجب السالمات المحمول الامام الخميني يقبل الموجبة السليمة المحمول سألت الشيخ فياضي احد مدرسي الفلسفة في متخصصين في هذه المادة قلت له الحق مع من قال الحق مع الشيخ قائل وتدرس هذه القضية الموجبة سليمة المحمول في علم الاصول لانها لها علاقة بمسألة فقهية فهنا المحققة التونسي يقول الإمكان لازم يعني لا ينفك يعني ذاتي باب البرهان لا ينفك عن الانسان في كل مرتبة من مراتب الوجود حتى لو تهيأت الظروف لوجوده والشروط الموضوعية لتحققه دائما يبقى العدم منفتح عليه يعني قد يرفع من الوجود. نعم هو واجب الوجود بالغير الا ان في بعد ماهيته يبقى دائما اللائق اتظاع اذا هنا لازم يعني عدم الانفكاك عدم انفكاك لا اقتضاء يعني الامكان عن الماهيات مطلق. قال والإمكان لازم والا هنا الدخول في الاستدلال والمسألة بنيوية لا تحتاج الى الدليل. لماذا لانك انت في دائرة مبدأ الهوية. الانسان انسان لدائرة الإنسان بما هو انسان يعني من حيث هو هو هناك ما عندنا المحمولات لا الوجود ولا العلم ولا اللا وجود ولا اللعب ليس موقع المحمولات نعم اذا مسألة بنيوية فالسعي الى التدليل عليها من باب التحليل فقط من باب التنبيه فقط. يقول والا تجب المهية او تمتنع. لماذا? لان المواد كم المواد ثلاث وجوب و امتناع وامكان اقول ضرورة وامكان ضرورة العدم ضرورة الوجود ولا ضرورة الوجود ولا ضرورة العدم وهو الامكان اذا اختفى الانكام من المهيأ اما ان يحل في محله الوجوب او يحل في محله اقول الامكان للممكن ان ممكن يعني الانسان بالماء الذهبي يعني المخلوقات ما سوى الله. واجب واجب هنا بمعنى لازم يعني لا ينفك لانه لولا ذلك لولا ذلك لولا هذا اللزوم وعدم الانفكاك لا امكن زوال انتفاؤه لأن في مقابل اللازم يأتي المنفك. واذا لم يكن لازما كان منفكا واذا كان منفكا قد ينفك عن الماهية اذا انفك عن الماهية يحل محله الضرورة اما ضرورة الوجود او ضرورة العدم. يعني الوجوب او الامتناع وحينئذ اذا زال الامكان عن الماهيات طبق الماهية واجبة في دائرة الوجود او ممتنعة في دائرة العدن. وقد بينا امتناعه فيما سلف الماهية دائما بالنسبة الى اللائق اقتضاء هذا لازم لها لا تخرج عن هذا الامر وهذا الذي يسميه اه العقل الفلسفي الكبير ابن سينا العدم الازلي انعدم الازلي يعني هذا الاقتضاء يلازمها ولا ينفك عنها في جميع مراتبها قال ووجوب الفعليات يقارنه جواز العدم فليس يلازم اولا الفعاليات يعني عدم التحقق. اذا قلنا الفعاليات شيء بالفعل يعني شيء متحقق يعني دخل دار الوجود كيف يدخل دار الوجود بيناها في الجلسات السابقة تجتمع العلة بجميع مقوماتها ومكوناتها فيتحقق الوجود بالغير يعني الوجود يمسي ضروريا للمهية وباعتبار ان الماهية مثلا انسان موجود انا الان فعلي امامكم موجود بعلتي اجتمعت علتي افيض علي الوجود صرت واجبا بالغير لكن ماهية تبقى دائما اللائق اتظاء؟ قابل للانتفاء عندي قابلية للانتفاع لمذلة اقتضاء لا ينفك عني يلازمني يلازمني وهل لهذا يقول ووجوب الفعليات يعني دخول المخلوقات الى عالم الخلق وفق علتها التامة. اذا تحققت كل شروط الخلق وصارت واجبة بالغير هذه المخلوقات لان المخلوقات دائما تجب بالغير لا تجب بالذات هذه خاصية لله تعالى ووجوب الفعليات مبتدأ يقارنه جملة فعلية خبر يقارنه يقارن هذا الوجوب جواز العدم جواز العدم من اين? لان المهي المخلوقة هي في حد ذاتها لا اقتضاء متساوية النسبة الى الوجود والعدم. نعم هي وجود فعلي باعتبار العلة اما باعتبار ذاتها قابلة ان تنعدم يقارنه جواز قال لا لا يقارنه العدم لانه اذا قارنه العدم هو وجود عدم اجتماع النقضين مبدأ التناقض قال يقارنه يعني يلازمه يصاحبه جواز العدم. يعني يمكن هذه الماهية ان ترتفع فليس يلازم ليس يلازم هذا الوجوب نعم راجع الى العلة تخيل علة جزء من العلة انتفع الماهية ترتفع من الوجود وتصير لا فعلية اقول يريد المحقق الطوسي ان يبين ماذا? ان الوجوب اللاحق الهجوم السابق يؤدي الى الوجوب اللاحق. كما بينا في في الجلسات السابقة. الوجوب لا حق عليه الدخول داخل دار الوجود يعني الفعلية نعم الوجوب اللاحق يشرح لك بهذا الوجوب له وهو الذي ذكر انه لا يخلو عنه قضية فعلية نعم كل قضية فعلية يعني تشير الى التحقق الخارجي بعالم طبعا عالم المخلوقات من سوى الله تعالى كلها تتصف بوجوب بالغير سابق ووجوب بالغير لاحق بيناها هذه المسألة ولهذا سماه وجوب الفعليات مصطلح يقارن هذا الوجوب جواز العدم. لمن? للمهي المخلوقة. انسان بقر شجر لماذا يقارنه يلازمه ويصاحبه يصاحبه جواز العدم وذلك دخول في التدليل مبدا السبب الكافي وذلك لان الوجود لا يخرج عن الامكان الذاتي هذا يسميه ابن سينا لعدم الازلي يعني دائما هو في اللائقة ظاء اللائق نعم افاضت العلة عليه الوجود وهذا لا يمس امكانه الذاتي ابدا. يعني ذلك اللائق قابل ان ينوجد وقابل ان ينعدم. نوجد باعتبار علته اما العدم يلازم هذا الوجود قد ينتفي هذا الوجود وتنتفي الفعلية بل هو باق على طبيعة الامكان. يعني الانسان الشجر البقر يعني ممكن باق على طبيعة الامكان لان وجوبه بشرط لا بشرط لا هنا كانت المصطلحات ليست آآ مطبوخة وليست واضحة اكتب بشرط لا تغير هلأ بشرط لا بشرط للإنفتاح يبقى دائما حتى لو انوجد يبقى منفتحا على العدم نعم ولهذا يقول جواز ولا يقول اه متصف بالعلم يقارنه جواز يعني ان كان العدم. نعم لان وجوبه وجوب هذا الانسان يعني الوجوب اللاحق باعتباره تمام علته المفيضة للوجود</w:t>
      </w:r>
    </w:p>
    <w:p>
      <w:r>
        <w:t>بشرط لا مطلقا يعني قد ينوجد وقد لا ينوجد ولهذا حكم المحقق التونسي بجواز مقارنة وجوب الوجود اللاحق لجواز العدام. يعني يمكن ان يرتفع من الفعلية وهذا الوجوب ليس يلازم بل ينفك عن المهيأ. لماذا? لان باعتبار العلة اذا انتفى جزء العلة هذا الوجوب اللاحق ينتفي بانتفاء الوجوب السابق. فتدخل ما هي في دائرة الطرف المقابل. يعني لا وجود وهذا الوجوب الوجوب اللاحق ليس يلازم بل ينفك عن المهي عند فرض عدم العلة. متت العدم العلة بمجرد ذوبان جزء منها عند فرض انتفاء مكون من مكوناتها يمشي من النجف الى البصرة. توقفت البطارية. انتهى الحركة تنتهي تنتفي لكن اذا كان المحرك بجميع مكوناته حتى البطارية تامة الحركة واجبة بالغير وعندها وجوب كذلك لاحق فتتحرك السيارة. بالقطع واليقين لكن يمكن ان توقف البطارية? نعم ممكن العجلة تخرب. نعم وتدخل في عدم الحركة هذه قاعدة تكوينية خذ هذه المسألة بعين الاعتبار سجلها الفلسفة ماذا تدرس تدرس قواعد الوجود تحيط بقواعد الوجود سألني احد الطلاب فيما تنفع الفلسفة في الحياة العملية قلت له الفلسفة طبعا الانطلوجية التي ندرسها في الحوزة اه قلت بالفلسفة ما عندها علاقة بالعمل. الحوزة عندها اه الفلسفة تدرس قوانين الوجود هذه القوانين الوجود اين تطبق? تطبق في مساحات الحياة البشرية في السياسة في الاقتصاد في التربية في الاخلاق. هناك تطبق. اما الفلسفة تدرس قوانين الوجود. مثلا اذا جاءك شخص فوري حماسي ثوري وعندو ذوق سياسي يقول نريد ان نزيح الديكتاتور نزيح الديكتاتورية عن وطننا ونؤسس للحريات والشعب هو الذي يصمم في على مصيره او لمصيره الفيلسوف يقول له الديكتاتورية لا تسقط الا اذا تمت جميع مكونات اه علة السقوط هذا هو الوجوب بالغير فيسأله الشخص مرة ثانية وكيف يحقق هذه الموجبات? يقول قد يفتيك فيها علم الاجتماع قد يفتك فيها علم السياسة علم الاقتصاد. هناك تجد من يبين لك هذه المسألة علم النفس الفلسفة بين تلك هذه القاعدة ان الديكتاتور لا يمكن ان يسقط الا اذا تمت العلة التي توجب سقوطه نعم قال ونسبة الوجوب الى الامكان نسبة تمام الى نقص الوجوب ما هو? انا الوجود شديد والامكان قابلية الوجود قابلية الوجود يعني الامكان عن الماهية الإنسان الذي يتصل بالإمكان له قابلية هذا ولى بشرط له قوة ان يصير وجودا اذا تمت الا توفى يصير واجبا بالغير ثم هذا الوجوب اللاحق. اذا الوجوب تمام هذا الامكان. مسألة سهلة جدا. ونسبة الوجوب طبعا هنا الوجوب الوجوب الوجوب الذي تفيضه العلة ليس الوجوب الذاتي ونسبة الوجوب الى الامكان نسبة تمام الى نقص. اقول الوجوب هو تأكد الوجود. هذا تعريف للوجوب نعم يعني مبدأ تصوري وقوته والامكان ظعف فيه ظعف في الوجود يعني قابلية ان ينوجد فنسبة الوجوب الى الامكان نسبة تمام الى نقص. التمام هو الوجوب والنقص والامكان. لان الوجوب تمام الوجود والامكان نقص للوجود. يعني قابلية عندك ابن يقول انا اريد ان اصير طبيبا فهو الاب بالقوة بالقوة بالقياس الى الطبابة يصير مختصا في الطبابة اذا لم يتحرك في السياق الصحيح لا ينال الطباب ابدا فهو مستعد له قابلية. هذا القابلية لم يحصل على الكمال بعد الا اذا مشى في السياق وهذا هو النقص اذا صار طبيبا بالفعل ذكاء الكمال نعم. المسألة الثانية والثلاثون في الامكان الاستعداد قدر الإمكان الإستعلالي تدرسه الفلسفة بعمق ويستفاد به في التربية اصل اساسي في التربية. اصل موضوعي بقول العلماء في التربية في كثير من المجالات ما هو في حقيقتي دائما هو يكون وصف للابعاد المادية هذا الإمكان الإستعدادي لا يطال الله تعالى ولا المجردات عالم الفوقاني ابدا ما في هناك امكان استعداد هويتهما هو دقق جيدا في هذا المثال انت الان عندك اه فسيلة فسيلة نخلة الفلاح صاحب البستان في الحلة يروح الى السوق ويشتري فسيلة اسأله انت وهو بحسه العرفي تسأله لماذا تشتري هذه الفسيلة؟ يقول اغرسها بتربة مناسبة والفرات بجنبي اسقيها بماء مناسب واغذي التربة باسمدة مناسبة فهي تتدرج حتى تصير نخلة تعطيني التمر هكذا هو يجيبك هذا الكلام كلام الفلاح العرفي وهو عميق في باطنه. الفيلسوفياتي ويقننه كقاعدة كلية. انتهى الامر انتهى الامر يعني الفيلسوف يقول الفسيلة قسها الى النخلة فتقول النخلة المثمرة التي تتحقق بعد تدرج الفسيلة في سياق مادي طبعا ويعتصر نخلة فالنخلة المثمرة امكانها الاستعداد اين? في الفسيلة ممكنة بالاستعداد يعني قابلية الفسيلة ان تصير نخلة. هذه القابلية اذا قسنا النخلة اليها هذا يسمى الامكان الاكس تعدادي اذا قسنا فقط هذه القابلية في الفسيلة. بغض الطرف عن الغاية وهي النخلة هذا استعداد. استعداد يعرض مادة الفسيلة. تحملهم مادة الفسيلة ثم الفسيلة بصورتها تتدرج في سياق مادي وهو التربة والاسمدة والماء الفرات والشمس الله يعني الاضاءة تتدرج في التكامل التكامل الجوهري حتى تصير نخلة ذلك الاستعداد يصير نخلة. هذا هو الامكان الاستعدادي فله مواصفات. اولا يعرض الماديات فقط لا يعرظ المجردات ثانيا قابل للشدة والضعف. نعم الفسيلة تمر بمراتب شدة وضعف اذا كانت في السنة الثانية برزت نخلة صغيرة تسأل الفلاح اين التمر? يقول لا لا زالت في حالة ضعف يجب ان تشتد بعد تلت سنوات حتى تثمر. تخضع للشدة والظعف نعم مواصفتان تعرض المادة وتقبل يعني هذا الاستعداد. يعرض الماديات فقط ويقبل الشدة والضعف اذا كانت مواصفة مواصفة ثالثة نجدها في المتر المسألة الثانية والثلاثون في الإمكان الإستعدادي قال والإستعداد يعني والإمكان الإستعدادي قابل للشدة والضعف هذه الخاصية الاولى لماذا? لانه في عالم الماديات الخاصية الأولى قلنا الخاصية الثانية يعرض الماديات الخاصة الخاصية الثالثة الآن ذكرها المحقق التونسي وذكرني بها اذا تحققت الفعلية لا يبقى ينتفي هذه حكمة الله تعالى هل تجد الفسيلة في التمرة? لا ابدا. تفت الفسيلة راحت اختفت اذا طبيعة الامكان الاستعدادي اذا تحققت الفعلية يتبخر ينتفي. يعني ترقى قال والإستعداد يكتب الإمكان الإستعدادي قابل للشدة والضعف الخاصية الأولى ويعدم ويعدم يعني اذا جاءت الفعلية ينتهي ويوجد للمركبات يعني للماديات لان المجردات بسيطة. المركبات يعني الماديات وهو غير الامكان الذاتي. الامكان الذاتي يعرض الماهيات اما الإمكان الإستعدادي هذا في الماديات. يعني حقيقة خارجية. خاصية خاصية رابعة اولا يعرض الماديات ثانيا يقبل الشدة والضعف يختفي اذا تمت الفعلية وآآ حقيقة خارجية حقيقة خارجية. اما الامكان الذاتي لا له علاقة بالمهية ما عنده علاقة لا علاقة لا بالخرج ولا يحزنون اقول الامكان اما ان يلحظ باعتبار المهية نفسها وهو الامكان الذاتي. ما هو اللا اقتضاء? يعني الانسان لا يقتضي المحمول ولا نقيض المحمول. لا يقتضي الوجود ولا العدم لا العلم ولا اللعب واما ان يلحظ باعتبار قربها من الوجود يعني الماهية من الوجود هنا يعني الكمال وباعتبار قربها من الوجود او الكمال افضل تقول الكمال يا العلم الحلي ليس الوجود لان هي وجود مادي موجود كيف تقترب من الوجود؟</w:t>
      </w:r>
    </w:p>
    <w:p>
      <w:r>
        <w:t>يعني استعداد النخلة تقترب الى وجود النخلة. نعم نقول الكمال احسن وبعدها بعد الماهية عن الكمال وهو الامكان الاستعداد  اذا عندك نطفة تصير انسانا فالانسان الذي يخرج من البطن الشريف ويدب على الارض ويصير عالما هذا ممكن بالامكان الاستعدادي في نطفة والده النطفة حاملة لهذا الاستعداد. فتتحرك في سياق مبارك تخرج من السياق المبارك الى عالم الوجود فتصير انسانا عالما كبيرا نعم وهذا الامكان قابل للشدة والضعف اولا للماديات قابل للشدة والضعف والزيادة والنقصان. نعم فان استعداد النطفة للانسانية هنا ينظر يعني يأتي بمثال فان استعداد النطفة للانسانية اضعف وابعد من استعداد العلاقة لها. في السياق التكاملي ثم المضغة ثم الجنين فهذه كلها اقرب الى الانسان الى الفعلية وكذا استعداد النطفة للكتابة ابعد واضعف من استعداد الانسانية لها تقول النطفة اه حاملة لاستعداد الكتابة. اه اينها ومن? من الانسان الذي خرج الى الوجود ويريد ان يتعلم الكتابة النطفة بعيدة والانسان قريب يعني بعد وقرب شدة وظعف فهذا هو الامكان الاستعدادي الحاصل لكل ماهية سبق عدمها وجودها. وهذا الامكان الاستعدادي يعدم خاصية اخرى يعدم اذا تحققت الفعلية يعدم ما بينوا لماذا يعدم? قل يعدم بعدما تحصلت الفئة لي بعدما تحصلت بالفعلية النطفة صارت انسان اين نطفة؟ اختفت راحت تكاملت اشتدت نعم يعدم يعني ينتفي بعد تحصل الفعل يكتب. الفعلي يعني الوجود والكمال ويوجد بعد عدمه للمركبات اه للمركبات يعني فقط خاصية للمركبات يعني الماديات فان الماء بعد تسخره يعني الماء تضعه في الشروط الموضوعية بعد تسخنه يستعد لسيرورة هذا الماء هواء بعد ان لم يكن فالهواء ممكن بالامكان الاستعداد في الماء. والماء حامل للاستعداد فقد تجدد له هذا الاستعداد ثم اذا برد زال ذلك الاستعداد ذلك الاستعداد الاستعداد كان يكون اه هواء واما الامكان الذاتي فقد بينا انه لا يمكن زواله عن الممكن فتغاير. يريد يشير الى الفرق بين الامكان الاستعدادي والامكان الذاتي. الامكان الذاتي لازم لا ينفك. من الامكان الاستعدادي اذا وصل الى الشيء المادي الى الفعلية يختفي نطفة طالت علقة التفت النطفة لماذا? السياق التكامل يشتد النطفة صارت مضغة اه العلاقة صارت العلاقة انتفت جهة المضغة المضغة صارت جنين فالموضوع انتفت الجنين صار انسان الجنينية انتفت وهكذا التكامل الجوهري تكامل جوهري. اما الامكان الذاتي يلازم المهية في جميع المراتب ولا ينفك عنها ابدا. نعم. اذا نلملم البحث لإمكان الاستعداد هو ان كان كيف عندنا واقعية مادية حامل الاستعداد انظر الى الغاية عالم مجتهد تقول ممكن بالامكان استعدادي في هذه النطفة التي تخضع لسياق تكامل هذا هو اللي يمكن استعدادي خاصيته ما هي يحمل فقط على الماديات يعني تحمله فقط الماديات اولا الشدة والظعف قرب وبعد وينتفي عند الاصول الفعلية وهو امر خارجي ليس الامكان الذاتي اللي هو خاص للمهيئة ما عنده علاقة بالوجود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