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مسألة جديدة هذه المسألة مسألة عقدية كلامية ومسألة فلسفية وفيها سجال كبير بين المتكلمين والفلاسفة وسيتبين لكم الحق مع من نحن اتباع الدليل ندور مدار الدليل. المسألة الثالثة والثلاثون في القدم والحدوث القدم والحدوث صفتان للوجود. وجود قديم وجود حادث الحادث هو ما سوى الله تعالى والقديم ينقسم الى قسمين قديم ذاتي هذا مختص واجب الوجود بالله تعالى فقط القديم الزماني الفلاسفة يقولون لا اشكال في اتصاف المخلوقات به يعني قد يكون عندنا قديما زمنيا ولا اشكال في ذلك المتكلم حارس العقيدة متحسس كثيرا من هذا الامكان هذا القدم الزماني لانه في تصوره يؤدي الى تعدد الالهة وهو صاحب توحيد يدافع عن التوحيد المتكلم اولا ينطلق من من اوضاع وحياة المتكلم لا يبحث عن الواقع كالفيلسوف هو ينطلق من اوضاع وحياة اوضاع دينية ثم يأتي ويحدد وظيفته الوظيفة الاولى الدفاعية يدافع عن هذه الأوضاع الدينية ثانيا تبيين يبين هذه الاوضاع الدينية ويمكن ان يصنع اليات معرفية للتبيين  دفاعية تبيينية اه دفاعية نعم تبينية وظيفة ثالثة اه يدافع عن العقيدة يبين العقيدة والوظيفة الثالثة اذا لم تخني الذاكرة اه تبليغية ايصالية يوصل هذه الاوضاع الدينية فهو يتحسس كثيرا من قدم الزمان للمخلوقات يعني مخلوق لبدء زماني له فهو يتصور المتكلم ان اذا كان المخلوق الممكن المخلوق ما سوى الله قديما زمنيا يستغني عن العلة فينقلب الها وهذا خلاف التوحيد توحيد ما معناه? التوحيد هو التوحيد له مصداق متعددة سيأتي ان شاء الله بالتفصيل في الالهات بالمعنى الاخص من مراتبه التفرد بعنوان الالوهية ما نسميه نحن بالتوحيد الواحد التفرد بعنوان الالوهية هذا التوحيد الوحيد يعني فيه اله واحد فقط يتصف بعنوان الالوهية ما فيه الى هان اثنان او ثلاثة جيد اذا القدم القدم عند المتكلم فقد القدم الزماني. الفيلسوف لا يقول عندنا قدم ذاتي مختص بالله وعندنا قدم زمانية طال بعض المخلوقات بعض المخلوقات. وعندنا حدوث ذاتي واننا حدوث زماني. هذا لسان الفيلسوف المتكلم ما عنده الا الحدوث الزماني جيد هذه المسألة لها مساس بالعقيدة وكذلك مسألة فلسفية. قال والموجود اذا اخذ غير مسبوق بالغير او بالعدم وقديم واذا كان مسبوق بالغير او بالعدم فهو حادث. هنا المحقق التونسي طوى كل هذه المعاني القدم الذاتي والقدم الزماني الحدوث الذاتي الحدوث الزماني عرف الحدوث مسبوقية بالغير او مسبوقية بالعدم مسبوقية بالغير يطال الحدوث الذاتي مسبوقية بالعدم آآ العدم هنا العدم الذاتي او العدم الزماني اذا كان العدم الذاتي هو الحدود الذاتي اذا كان العدد الزمني هو الحدوث الزماني نعم اذا لم يكن مسبوق بالغير فيكون قديم بالذات او لم يكن مسبوق بالعدم فقديم بالزمان واذا كان مسبوق بالغير وبالعدم اما حادث حادث ذاتي واما حادث زماني اذا ادمج الاقسام الفلسفية اما المتكلم لا المتكلم يقسم الموجود اما قديم زماني او حاد في زماني. قديم الزماني هو الله تعالى يعني ليس له مسبوقية بالزمن. وباقي المخلوقات كلها مسبوقة بالزمن. آآ مسبوقة بعدم عدم عدم زمن. يعني زمان في دائرة العدم فتأتي العلة تنشله من هذا العدم الزماني الى الوجود اقول هذه قسمة للموجود الى القديم والحلف وذلك لان الموجود يعني المتحقق اما ان يكون يسبقه الغير او لا يسبقه الغير. دائرة بين النفي والاثبات. فالاول هو الحادث يعني مسبوق بالغير والثاني هو القديم. وقد يقال ان القديم هو الذي لا يسبقه العدم والحادث هو الذي يسبقه العدم هذه كلها مبادئ تصورية اه سهلة جدا. اذا نلملم البحث على مبنى الفيلسوف ثم مبنى المتكلم يتضح لكم بجلاء تام عندنا القديم الذاتي عندنا القديم الزماني عندنا الحدوث الذاتي الحدوث الزمني. القديم الذاتي صفة لله تعالى ابدا ابدا يعني ذاته تقتضي الوجود مطلقا اهو القديم الاتي قديم الزماني هو الذي ليس لهم مسبوقية بزمن يعني ما كان هناك زمان هو لم ينوجد فيه لا اطال جميع مساحة الزمن المتكلم يقول هذا مستحيل لأنه يلزم ان تكون هناك الوهية اخرى بمقابل الله في عرض الله الفيلسوف يقول لقد يكون قديما زمنيا وهو ممكن نعم متعلق الوجود بالله تعالى الحدوث الذاتي يشمل كل المخلوقات كل المخلوقات حادثة بالحلول الذاتي. من مصاديق هذا الحدوث الذاتي في بعض المخلوقات حادثة زمنية يعني شجرة لم تكن ثم ظهرت في سياق تكاملي خاص ظهرت شجرة الى الوجود هذه حادثة بالحدوث الزمني. يعني لم تكن في زمان سابق ثم ظهرت في زمان لاحق. اين المشكل قال والسبق ومقابلاه يعني التأخر اما بالعلية او بالطبع او بالزمان او بالرتبة الحسية او العقلية او بالشرف او بالذات والحصر استقرائي الحصر العقلي يعني لا يمكن لك ان تضيف مفردة في هذا الحصر. الحصر الاستقرائي لا ما وصل اليه العقل بالاستقراء قد ينفتح على قسم اخر هنا يشير الى السبق لماذا? لانه اذا لم يؤسس للسبق والتأخر لا يمكن ان يقارب القدم الذاتي والقدم الزماني والحدود الذاتي والحدوث الزماني يقول الصدق ومقابله ومقابلاه مقابله هنا مقابل السبق هما التأخر والمعية نعم معي يعني دائما معا والتأخر الصدق ومقابله مقابله هو التأخر والمعي هذا السبق اما بالعلية والتأخر يكون اما في العلية بالعلية يعني تقدم العلة على معلولها او بالطبع او بالزمان او بالرتبة بالرتبة الحسية الرتبة الحسية كالجنود مثلا قائدهم يرتبهم بالترتيب التنازلي. الصف الاول الصف التاني الصف الثالث في سبق وتأخر بالحس او العقلية تقدم بالعقلية مثلا كتقدم الجنس على الفصل هذا تقدم عقلي ليس تقدما حسيا ولا خارجين او بالشرف يعني الله تعالى من حيث الشرف متقدم على الممكنات لان ما عند هذه الاشرفية الذاتية او بالذات والحصر استقرائي. اقول لما ذكر ان القديم هو الذي لا يسبق الغير او العدم على اختلاف التفسيرين والمحدث هو الذي يسبقه الغير او العدم يعني لم يكن ثم كان وجب عليه يعني يقدم لهذه المقدمة يعني الصدق واللحوق ان يبين اقسام التقدم والصدق ومقابليه يعني التأخر المعية هذا اصل اساسي لبيان هذه المسألة الخطيرة والكلامية وقد ذكر الحكماء ان اقسام التقدم خمسة الان في تقدم تأخر كثير خصوصا في الحكمة المتعالية. لا يهمنا هذا الامر ما هي هذه الاقسام اله الخمسة التقدم بالعلية. وهو كتقدم الله تعالى على مخلوقاته او كتقدم حركة الاصبع على على حركة الخاتم. انا انا لان احرك يدي يدي سابقة على الخاتم لكن ليس في الزمن انا احرك يدي تمر ثواني ثم يتحرك الخاتم لا هذه خرافة هنا تقدم وتأخر بالعلية لماذا? لان التحرك اللي يدعي الا لتحرك الخاتم لكن ما فيه صبغ وتأخر زماني ولا حسي</w:t>
      </w:r>
    </w:p>
    <w:p>
      <w:r>
        <w:t>ولهذا فانه لولا حركة حركة اليد لم تحصل حركة الخاتم فهذا الترتيب العقلي هو تقدم بالعلية حركة اليد الا لحركة الخاتم. الثاني التقدم بالطبع وهو ان يكون متقدم له حظ في التأثير في المتأخر ولا يكون هو كمال المؤثر وهو كتقدم الواحد على الاثنين نعم او كتقدم كتقدم الجنس باعتبار المكونة يعني العلة الجنسية بالنسبة الى النوع نعم مركب لكن هو لا يكفي يحتاج الى الفصل. هنا اتى اه بالاثنين. الاثنين ما هو? تكرر الواحد. خذ الواحد فقط هذا متقدم على الاثنين بالطبع لا اه لا بالعلية ولا بالحس ولا بأمور اخرى هذا تقدم تقدم بالطبع ثم اصطلاح تقدم بالطبع كتقدم الجنس كعلة للنوع او الفصل كعلة للنوع. تقدم طبيعي نعم والتقدم بالطب وهو ان يكون المتقدم له حظ في التأثير حظ في التأثير يعني فيه تأثير وتأثر في المتأخر المتقدم مؤثر والمتأخر متأثر. ولا يكون هو كمال المؤثر. يعني وحده لا يكفي. بل يحتاج الى من يسانده نعطي مثال وهو كتقدم الواحد على الاثنين. الواحد ما هو تكرر الواحد. هل الواحد يكفي لتحقق الاثنين لا؟ يحتاج الى واحد اخر فتقدم الواحد على الاثنين من باب التقدم بالطبع نعم هو اعطى الظابطة يقول اه ان يكون المتقدم له حظ في التأثير حظ ليس تمام الحظ في المتأخر ولا يكون هو كمال كمال المؤثر وهو كتقدم واحد على الاثنين والفرق بين هذا التقدم والتأخر وبين الاول يعني التقدم بالعلية ان التقدم هناك كان كافيا في وجود المتأخر والمتقدم هنا لا يكفي في وجوده. بل قل جزء علة جزء علة اذا اخذت النوع الانسان كطبيعة نوعية ما هي مكونات علة جنسية وهي الحيوان وعلة فصلية وغير ناطق ركز فقط على العلة الجنسية متقدم على النوع الانسان بالطبع. لماذا? له تأثير حظ في التأثير ولكن ليست تمام التأثير جزء علة في التأثير بدون فصل الانسان لا لا يتحقق ولا يتحصن ولا ينعقد اذا علاقة العلة الجنسية بالعلة النوعية او بالنوع اه علاقة التقدم والتأخر بالطبع نعم بالطبع فيما يختلف عن التقدم بالعليا التقدم بالعلية تؤثر كاملا اما الجنس العلة الجنسية لوحدها ناقصة الا ناقصة اذا اخذت الكل لان الجنسية والعلة الفصلية اجتمعا تمت العلة التامة حتما يتحقق النوع. هنا تقدم بالعلية. اما اذا اخذت واحدا فقط لوحده بانفصاله وهو علة لتحقق موفر لكن ليست للعلة التامة له حظ في التأثير. هذا قدهم بالطيبة نعم الثالث التقدم بالزمان وهو ان يكون المتقدم موجود في زمان المتقدم على زمان المتأخر كالاب والابن. كمثال كالاب والابن. نعم اه لو قال كالاب كشخص  كالاب وشخص  لو قالت الاب كشخص ليس كالاب لان الاب والابن موطى اه متظايفات لا ينفكان. لو قال كالاب كشخص نقاش في المثال لكن للدقة فقط شخص الاب ليس الاب ليس الاب الشخص بعنوان الابوة. شخص الاب يعني يكون لا يكون اه والدا لا يكون ابا بعد آآ لم يتزوج هذا تقدم بالزمن. اما بعنوان الابوة حتما يكون هناك ابن هذه الدقة فقط في في المثال اذن الأب متقدم في الزمان على ماذا? على ابنه كشخص والابن كشخص الرابع تقدم بالرتبة وهي اما حسية كتقدم الامام على المأموم بينت لكم انا كالجنود او عقلية كتقدم الجنس على النوع هذا التقدم بالرتبة او تقدم الفصل على النوع كذلك تقدم بالرتبة ان جعل المبدأ الاعم. يعني ان جعل المبدأ الاعم يعني اه المبدئية العامة مطلق المبدئية مطلق علية في اه في الترتب الاجناس ابن سينا يشير الى نكتة جدا جميلة لا ادري هنا تأتي او لا تأتي يقول عندنا افراد خارجية عندنا طه عندنا ليلى عندنا علي اننا سعاد افراد انسانية من الافراد ننتقل الى النوح يعني الإنسان ثم نتدرج الى ماذا? الحيوان. الجنس القريب ثم الجنس النامي الجنس المتوسط اه الجسم الناعمي ثم الجسم كذلك جسم متوسط الى الجوهر من هذا قوس الصعود قوس الصعود من من الافراد الى النوع من الاجنس. مرة لا ننتقل من الجوهر نقيده بالامتداد يأتي الجسم نقيده بالنمو. يأتي نباتات والاشجار نقيده بالحساسية والحركة يأتي الحيوان. نقيد الحيوان بالناطقية ياتي الانسان. بعض الانسان هناك النوع الحقيقي تم النزول. تأتي نوبة الوجود الافراد. هناك ياتي الوجود والافراد تقول هذا ان جعل المبدأ نعم. انت الان اه تضع الجوهر هو مبدأ الاعم حتما الجسم متقدم على الأشجار. يعني على الجسم النامي. الجسم النامي متقدم على الحيوان تقدم بالرتبة والحيوان متقدم على الانسان والانسان متقدم على الافراد على طه وسعاد اذا جعلت المبدأ ما هو؟ المبدأ هو النوع او الفرض؟ هنا الفرض متقدم على النوع في قرص الصعود والنوع الانساني المتقدم على الحيوان الحيوي المتقدم على الجسم النامي والجسم النامي متقدم على الجسم مطلق الجسم والجسم متقدم على الجوهر وهكذا هذا هو معنى ان جعل المبدأ الاهم الخامس التقدم بالشرف كتقدم العالم على المتعلم وكذا اصناف التأخر والمعية. يعني اه كل قسمة اجعله في التأخر والمعي ثم المتكلمون زادوا قسما اخر للتقدم وسموه التقدم الذاتي وتمثلوا فيه يعني نظروا وجابوا بمثال فيه بتقدم امس على اليوم امس على اليوم فانه ليس تقدما بالعلية لان الامس ينتفي حتى يوجد اليوم فليس علة لليوم ولا بالطبع لانه ليس علة ناقصة ولا بالزمان لان هو اصله في الزمن والا لاحتاج الزمان الى زمان اخر وتسلسل الامس هو زمان كيف يكون متقدما بالزمن? تقدم بالزمان يعني تفرض مساحة زمنية وتضع الف وباء الف سبق با في ذاك السياق الزمني. هذا معقول تقدم الزمان. اما اذا كان الامس اليوم هما الزمان فكيف يكون التقدم بالزمان? والا يلزم التسلسل وظاهر انه ليس بالرتبة ليس التقدم بالرتبة لان الرتبة لها اه علاقة بالايجاد يعني المتقدم بالرتبة له حظ في تحقق لاحق. ولا بالشرف لا الامس اشرف من اليوم ها هو خارج عن هذه الأقسام وهذا الحصر استقرائي يعني يمكن ان نزيد على هذا الحصر وزاد صدر المتأنين بعض المفردات لا برهان اذ لم يقم برهان على انحسار التقدم والتأخر في هذه الانواع. والقسمة انما تنحصر اذا ترددت بين النفي والاثبات هذه قاعدة بنيوية في حصر عقلي حصر استقرائي. حصر العقلي لا يمكن لك ان تزيد لانه دائر بين النفي والاثبات والحصر والاستقراء الى استقراء تتبعت ووجدت هذه الاقسام يمكن ان تزيد في المستقبل مفردة اخرى من التقدم والتأخر اذا اذا جيت الى التأخر والمعية قسمه كما قسمنا هذه الأقسام يعني فيه التأخر بالعلية والمعلولية والمعية كذلك وبالطبع وبالزمان وبالرتبة وبالشرف وعدم الشرف نعم هذه مسألة اصل موضوعي للحدوث والزمان هذا السجال الكبير بين الفيلسوف والمتكلم المسألة الرابعة والثلاثون في ان التقدم مقول بالتشكيك طبعا هنا التشكيك الذي بيناه معقول بالتشكيك يعني يحمل بالتشكيك قلنا التشكيك والتردد التردد يعني في الشدة والضعف</w:t>
      </w:r>
    </w:p>
    <w:p>
      <w:r>
        <w:t>ملاك هذا التشكيك الشدة والضعف اولية وعدم اولية اولوية وعدم اولوية. عند القدماء عند القدماء ثم صدر من التالي ابتكر التشكيك في الوجود هذا يدرس في الحكمة المتعالية اقول ومقولية التقدم بالتشكيك يعني المتصف به الاول والمتصف به الثاني في الشدة والضعف. يعني في تفاوت يعني في كثرة في وحدة وحدة في كثرة وما قولية التقدم بالتشكيك وتنحفظ الاضافة بين المضافين في انواعه بالله عليك تحتاج الى نعم تصلح الملائكة حتى استخرج هذه الالغاز من كلام المحقق الطوسي رحمة الله عليه. اقول اختلف الحكماء هنا فقال قوم ان التقدم مقول على انواعه الخمسة الذي بيناها التقدم بالعلية التقدم من الرتبة التقدم للشرف والتقدم بالطبع والتقدم بالزمان والمكان هذه كلها هذه الانواع الخمسة او الذي يأتي بعد بالاشتراك البحث اشتراك البحث يعني كلها مشتركات لفظية كل يدل على معنى في دائرته غير المعنى الاخر وهو خطأ وهو خطأ هذا خطأ كلام هذا القوم فان كل واحد من التقدم بالعلية والطبع قد شارك الاخر في معنى التقدم. وهو ان كل واحد من التقدم وجد له ما للمتأخر دون العكس اذا فيه شدة وظعف بين المتقدم والمتأخر يعني نقول بالتشكيك نعم فالذي تقدم بالعلية على معلوله كالله تعالى والمخلوقات في الشدة والضعف تعني اه شدة وبعظ المتقدم بالطبع شي الشدة والضعف متقدم بالزمان والمكان وهكذا نعم وهو خطأ فان كل واحد من التقدم بالعلية والطبقة قد شارك الاخر في معنى التقدم. يعني هذا اه طبعا التشكيك اه نتفق على مسألة المقول بالتشكيك يسبقوا تقسيم سابق اذا لم نفهم هذا التقسيم السابق التشكيك لا نفهمه. اولا المحمول او المفهوم اما مشترك بالاشتراك اللفظي واما باشتراك المعنوي. المشترك بالمعنوي ينقسم الى اه باعتبار صدقه على مصادقه بالتواطؤ او بالتشكيك الاشتراك اللفظي يعني معان متعددة لفظ واحد معاني متعددة اشتراك المعنوي لفظ واحد لمعنى واحد. هذا المعنى بلحاظ المصادر قد يكون متواطئا كالانسان الانسان يصدق على طه على سعاد على ليلى على علي على خالد. بالتواطؤ يعني بالتساوي ما في تشكيك في الباهيات اما العلم لا قد يصدق على طه اكثر من سعاد شديد في في طه ضعيف في سعاد فيكون بالتشكيك شدة وضعف يجب ان تلتفت الى هذه النقطة. اذا العلامة الحلي هنا يقول التقدم آآ ليس مشتركا لفظيا مشترك معنوي. يعني فيه معنى واحد سالي في هذه الاقسام وهو ان للمتقدم شيء ليس للمتأخر في جميع الأقسام هذه الحيثية موجودة وهذا هو الإشتراك المعنوي اذا توحدت الحيثية في جميع الاقسام فهذا هو الاشتراك المعنوي. نعم. قال اختلف الحكماء هنا فقال قوم ان التقدم مقول محمول على انواعه يعني على مصادقه الخمس تقدم بالعلية بالطيبة  بالشرف بالزمان وو التي بيناها بالاشتراك البحث الاشتراك البحث يعني الاشتراك اللفظي. يعني المعاني متة متباينة ومختلفة. وهو خطأ ليس من صنخ الاشتراك اللفظي بل من صنخ الاشتراك المعنوي لماذا? فيبين لماذا خطأ? فان كل واحد من التقدم بالعلية والطبع قد شارك الاخر في معنى التقدم وهو ان كل واحد من المتقدم وجد له ما للمتأخر دون العكس. يعني المتقدم عنده شيء ما عندو المتقدم في العلية وفي الطب اذن الاشتراك اشتراك معنوي ومشكك يعني في اختلاف الشدة والضعف. وقال اخرون انه مقول بالتشكيك معقول بالتشكيك بينا لكم لان الاصناف تشترك في ان المتقدم بما هو متقدم له شيء ليس للمتأخر. والا لا معنى للتقدم ولا معنى للتأخر. مثلا خذ المحراب والامام والمأموم تقول الامام سابق على المأمون في الحس في تقدم وتأخر جيد ما هو الذي في الامام ليس في المأمون? قربه للمحراب قربه للمحراب او متقدم على المأمول بالنسبة الى قربه الى المحراب. اذا في المتقدم شيء ليس في المتأخر وهذا الذي يصحح التقدم والتأخر نعم وقال اخرون انه مقول بالتشكيك فهمناها التشكيك يعني يصدق على على جميع انواع التقدم بمعنى واحد ولكن بالتفاوت لان اصناف الاصناف اصناف هذه التي بينها الخمسة تشترك في ان المتقدمة بما هو متقدم له شيء ليس للمتأخر ولا شيء للمتأخر الا وهو موجود المتقدم. وهذا المعنى المشترك يقال له بمعنى واحد. يعني اشتراك معنوي فان المتقدم بالعلية يوجد له التقدم قبل التقدم والتقدم بالطيب قبل سائر الاصناف التقدم وهذا وفي هذا بحث ذكرناه في كتاب الاسرار لمن? للعلامة الحلي رحمة الله عليه صاحب الكتب النفيسة والكثيرة. نعم نعم المحقق الاعلام الحلي عندو كتب كثيرة الان مازالت مخطوطة مثلا آآ شرحه على على الاشارات والتنبيهات في موجود نسخة في مكتبة السيد المراشي رحمة الله عليه كثير كتب اخرى في المنطق و وغير مطبوعة نعم غير مطبوعة مع الاسف الشديد واذا ثبت هذا يعني هذا الكلام ان التقدم مقول بمعنى واحد الا انه بالتفاوت واذا ثبت انه يعني التقدم مقول بالتشكيك يعني بالتفاوت بمعنى ان بعض انواع التقدم اولى بالتقدم من بعض فاعلم ان اذا فرضنا الف متقدم على باب العلية وجيم متقدم على دال بالطبع كان تقدم الف على باء اولى من تقدم تقدم جيم على دال وحينئذ باء احد المظاعفين الاولى بتأخره عن الالف على الالف ان شاء الله نترك هذا المقطع للجلسة القادمة لان الوقت انتفى. واذا ثبت من هنا نبدأ ان شاء الله ونبين هذا المطلب. والسلام عليكم ورحمة الله وبركاته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