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لما فيه الخير كنا في التقدم والتأخر ووصلنا الى هذا المقطع واذا ثبت انه مقول بالتشكيك سنبين هذا المقطع بالتفصيل فقط اعود الى المسألة ابلورها مرة ثانية لانه ظهر لانها لم تبين بالبيان الجميل عندنا انواع من التقدم في الواقع الخارجي تقدم التأخر حيثيات الواقع الخارجي  تفهم في البنية الذهنية في الاطار الذهني والفهم عندنا التقدم بالعلية والمعدولية كتقدم النار على الاحتراق لو لم تكن النار لم يكن الاحتراق فالاحتراق متأخر عن النار اذا كانت في الشروط الموضوعية طبعا فهذا التقدم بالعلية والمعلولية حتما العلة النار كمحرقة  قدم على الخشب الذي تحرقه النار المحرق هذا التقدم بالعلية والمحلولية ليس بالزمن في التقدم العلمي والمعلولي ما لا توجد هناك زمنية هذا نوع من التقدم تقدم بالطبع قلنا بهوية لها مكونات اذا اخذنا مكونا من مكوناتها لوحدها وتكون غير كافية لتحقيق الهوية تحتاج الى من يساعدها وينضم اليها فهذا الشيء الذي اخذ لوحده وهو علة ناقصة لتحقق الهوية هذا تقدم بالطبع شأن الجنس كعلل النوع او شأن الفصل كعلة للنوع هذا يسمى التقدم بالطبع الفارق بين التقدم بالعلمية تقدم بالطبع العلة تكفي لتحقق الاثر اما في التقدم بالطبع الجزء الجنس كعلة للنوع ولوحده لا يكفي احتاج الى انضمام شيء اخر الفصل كعلة للنوح المجموع يعطون الحقيقة النوعية فالحيوان لوحده لا يشكل الإنسان اذا انضم اليه الناطق يشكل الانسان فالحيوان متقدم بالطبع على الإنسان لماذا? لأنه اذا لم يكن هناك حيوان او لم يكن هناك فصل الانسان لا يكون ان الانسان ما هي هويته حيوان ناطق ثم التقدم بالزمان كتقدم الشخص الاب على شخص الابن حتما الاب كشخص بدون عنوان الأبوة متقدم على الإبن اما بعنوان الابوة لا هناك تظايف تظايف يجب ان يكون هناك ايمن حتى يتعنون الشخص بالابوة ويجب ان يكون هناك اب حتى يتعلمون الشخص بالبنوة ثم التقدم بالمكان كالصلاة صفوف الصلاة الصف الأول متقدم في المكان بالنسبة الى المحراب حتما يجب ان نعين مرجعية من المرجعيات اما المرحاض محراب او الباب باب الدخول للمسجد فالامام متقدم بالنسبة الى المحراب مكانا اه على الصفوف والصف الاخر متقدم بالنسبة الى الباب على الامام وباقي الصفوف والتقدم بالشرف العالم متقدم بالشرف على الجهل. هذه بينها بالتفصيل الماثل والشارح في متنه ثم جاء الى مطلب اخر هذا التقدم الذي يسري في هذه الاقسام يقال عليها بالاشتراك اللفظي ام بالاشتراك المعنوي قلنا المفهوم اما مشترك لفظي واما مشترك معنوي معناه لفظ واحد يدل على معاني متعددة. هذا هو الاشتراك اللفظي كالعين لفظ واحد يدل على الحنفية على على الشمس على الماء يعني بركة الماء او منبع الماء ويدل على القطعة الذهبية مثلا وعلى العلم اللي عينه الباصرة هذه كلها معاني متعددة وان كنت انا شخصيا لا اؤمن بالتراضف في اللغة العربية نعم. اذا بنينا على الترادف اشتراك اللفظي لفظ واحد يشير الى اه معاني متعددة جيد الدراك المعنوي ما هو لفظ يدل على معنى واحد ليس على معاني متعددة كالاشتراك اللفظي ثم هذا المعنى الواحد خذه يعني حيثية واحدة تسني بمصادق متعددة باعتبار المصداق قد يكون متواطئا يعني لا تفاوت بين المصادق ومرة يكون يصدق بالتفاوت يعني بالتشكيك وهذا هو المفهوم المشكك كالعلم مثلا العلم في الله تعالى هو المعنى معنى واحد تراك معنوي كاشفيا لجبرائيل كاشفية في النبي الاكرم كاشفية في امير المؤمنين كاشفي بالمتنبي كاشفية في اينشتاين كاشفية فيي انا كاشفاء هذا العلم بهذا المعنى الوحدوي ليس متواطئا علم الله تعالى ليس كعلمي انا بين مقايسة فهذا العلم يقال على مصادقه بالتشكيك يعني بالتفاوت قلنا ملاك التشكيك بينا شدة والضعف اولية وعدم اولية اولوية وعدم اولوية في العلم في العلم في الله تعالى شديد في جبرائيل اقل شدة بكثير من الله تعالى مع انه حقيقة واحدة في الله اولى من جبرائيل واولوية في الله تعالى لانه هو مفيد العلم على جبرائيل فهذه الضوابط ثلاثة هي ملاك التشكيك ثم يأتي هذا السؤال هذا التقدم في اقسامه المتعددة تقدم بالعلية وبالطبع وبالزمان والمكان وبالشرف هل هو معنى واحد في جميع الأقسام ام لا اه اشتراك لفظي في كل قسم بمعنى ما يقول بعضهم ذهب الى الاشتراك اللفظي يعني في كل قسم عندك معنى مختلف عن المعنى الاخر والثالث والرابع هو يرجح ويتبنى الاشتراك المعنوي والمشكك. يعني حقيقة واحدة ومشكك متفاوت. هذه المعاني مشككة ما معنى الاشتراك المعنوي? يعني انت امام حقيقة واحدة الذي يكون اماما في المسجد باعتبار المحراب متقدم على الصفوف يعني فيه تقدم وتأخر العلية كذلك تقدم وتأخر حقيقة واحدة معنى واحد هذه الحيثية يعني فيه امران ان احدهما سابق بنوع ما او بالعلية او بالطبع او بالشرف او بالزمن او بالمكان. والثاني متأخر. معنى واحد. لا معنى للاشتراك اللفظي ثم يقول ومشكك ويشكك يعني ما معنى? يعني في معنى شديد وفي معنى الظعيف هذا الذي بينه وطبق على المتن من من من البداية ثم ندخل في بحثنا اليوم حينما قال واذا ثبت انه معقول بالتشكيك نصل اليها ان شاء الله. المسألة الرابعة والثلاثون في ان التقدم مقول بالتشكيك معقول بالتشكيك يعني ما نفهمه من التقدم اولا الاشتراك معنوي وباعتبار المصادق هذه المصادق الخمسة تقدم بالعلية وبالطبع وبالزمان والمكان وبالشرف وو يقول يصدق ويقال عليها بالتفاوت شدة وضعفا نعم قال ومقولية التقدم بالتشكيك يعني بالتفاوت وتنحفظ الاظافة بين المظايفين في انواعه. هذا المقطع الصغير اه نتركه الان فقط نركز على الاشتراك المعنوي وصدق التقدم على هذه الاقسام بالتشكيك اقول اختلف الحكماء هنا فقال قوم منهم ان التقدم مقول على انواعه كم? الذي ذكرناه خمسة انواعه الخمسة بالاشتراك البحث يعني بالاشتراك اللفظي. يعني في كل قسم معنى ما فتتعدد المعاني وان كان رفض التقدم واحد وهو خطأ يرفضه على منح لي فان يدخل في التعليل. مبدأ السبب الكافي. فان كل واحد من التقدم بالعلية والطبع قد شارك الاخر في معنى التقدم. حتى التقدم بالمكان والزمان وهو ان كل واحد من المتقدم وجد له وجد له احسن وجد له ما للمتأخر دون العكس. يعني الامام في المسجد. بالنسبة الى المحراب عنده شيء ليس لي للمأموم للصفوف لماذا? لانه اقرب اقرب الى المحراب باعتبار الاقربية للمحراب عنده شيء لم يكن للصف الاول ولا الصف الثاني الا اذا كان الصف معه نعم هناك تتساوى بالنسبة الى المحراب لكن هذه ليست امامة وليست مأمومية وكذلك من تقدم بالزمن وتأخر بالزمن الاول له شيء بالنسبة الى الزمن هو اسبق</w:t>
      </w:r>
    </w:p>
    <w:p>
      <w:r>
        <w:t>والثاني متأخر اذا في امر يصدق عليهم بالتساوي من حيث المعنى والشدة والظعف بالنسبة الى الصدق وقال اخرون انه مقول بالتشكيك لان الاصناف هذه الاصناف يعني الخمسة تشترك تشترك في ان المتقدم بما هو متقدم يعني من هذا الحيث. بما هو متقدم. له شيء يعني الامام بالنسبة الى المأمون له شيء ليس للمتأخر يعني المأمون بماذا? لانه اقرب الى المحراب منه. ولا شيء اخر هذا المتأخر ليس له هذه الاقربية الا وهو ما موجود متقدم يعني الامام عنده بالنسبة الى المحراب آآ ما للمتأخر وزيادة اما المتأخر عنده شيء عنده نسبة الى المحراب لكن عنده نقص بالنسبة الى القرب ان هذا هو التقدم والتأخر. العرف يدركه العرف العرف يدركه وهذا المعنى المشترك يعني المشترك المعنوي الذي هو حقيقة واحدة في جميع الاقسام يقال بمعنى الواحد هو الاشتراك المعنوي فان التقدم بالعلية يوجد له التقدم قبل التقدم بالطبع والتقدم بات قبل بالطبع قبل سائر اصناف التقدم. وفي هذا بحث ذكرناه في كتاب الاسرار قلت لكم لعلام الحين عنده كتب كثيرة جدا لم تطبع تطبع كلها الان الان بدأوا يطبعون منها اه كثير من من من الكتب الغنية والفاخرة وسبب هذا التأليف الكثير و اه تكرار المطالب في في الكتب المتعددة لعالم واحد هو انه يتنقل لم تكن الدنيا كدنيانا الان خصوصا في هذه هذه الحيثية التي نعيشها التواصل الاجتماعي تخرج ما تشاء من من من الانترنت ما تشاء. لا هناك لم تكن هذه الوسائل فيضطر ان يؤلف كتاب الفه في بغداد يؤلفه في اصفهان او في الري او في نيشابور او في المغرب او في الاندلس لان الكتاب لا ينتقل هناك الا الملوك الذين كانوا ينقلون المكتبات. اما الاشخاص آآ العاديون لم تكن لهم هذه الفرصة الا من سافر طلب العلم او للحج ينقل معه آآ الكتب والا هذا النشر بهذه الكيفية لم يكن هناك في ذلك الزمان فكان العالم يرى نفسه مضطرا الى التأليف من جديد فتتكرر الكتب وتتكرر المطالب وهو شيء جميل في ذلك كالزمان نعم  جيد واذا ثبت انه مقول بالتشكيك يعني بالتفاوت يعني ليس بالتواطؤ بمعنى ان بعض انواع التقدم اولى بالتقدم من بعض جيد هنا اكتب مسألة بنيوية تفيدك جيدا عندنا مهيات وعندنا حيثيات. الماهيات يحكيها في افق الدين اه الماهية الجنسية او الماهية العربية  ما هي الجوهرة? يعني جسم عقل نفس صورة نوعية نفس اه المجموع المادة الهيولة هذه هي الاجناس ماهية جنسية هادي لا يجري فيها التشكيك مطلقا دائما تصدق على مصادقها بالتفاوت. الماهيات الجوهرية والماهيات العرضية كذلك لا يجري فيها التشكيك والتفاوت مطلقا تصدق على مصادقها بالتواطؤ البياض يصدق على مصادقه كله بمعنى واحد وهو البياض والجسم كذلك والنفس كذلك اذا اين يسري التشكيك في بعده المهوي يقولون اذا جئنا الى العرظ ونسبناه الى الجوهر. مثلا البياض استقر في الحليب او في العاج او في الثلج او في القطن او في العمامة كقماش يقولون لا التشكيك يجري في القماش كجسم ولا يجري في البياض. اذا التشكيك يجري في ماذا? في نسبة البياض الى العمامة يعني في الابيضية في الاعلامية بالاصفرية وهكذا بهذه النسبة حتى يميزه باصطلاح خاص سماوه آآ الوجود الناعتي لانه ينعت الجوهر بالابيضية او الوجود الرابط تمييزا عنه عن الوجود الرابط الوجود الرابطي او الوجود الناعتي تمييز له عن الوجود الرابط  العمامة يجري فيها التشكيك الله في جوهرها القماشي ولا في لونها البياض في الأبيضية لماذا? لانه نسبة ونسبة لا هوية لها يجري فيها الشدة والضعف ثم نأتي الى الحيثيات حيثياته البسيطة التي لا هوية لها تحكيها ماذا? المفاهيم الثانوية. فلسفية كانت فيزيائية فلكية لهم هذه هي يجري فيها التشكيك مطلقا ما عندك مفهوم ثانوي فلسفي كان فيزيائيا كان فلكيا كان اخلاقيا كان لا يجري فيه التشكيك. كلها مفاهيم تشكيكية كالعلم مثلا والاصالة والوجود والتقدم كما رأيتم يقول واذا ثبت انه مقول بالتشكيك بمعنى ان بعض انواع التقدم الخمسة اولى بالتقدم من بعض. يعني التقدم هناك شديد وبعضها تقدم ماذا ضعيف بطبيعة الحال اذا اخذت العلة المولدة للمعلول فتقدمها شديد اذا جئت الى التقدم بالطبع مثلا الجنس كعلة للنوع لا يكفي لوحده لتحقق النوع يحتاج الى الفصل فتقدمه بالنسبة الى بالنسبة الى النوع ليس كتقدم العلة التي انتجت الاثر اما الجنس لوحده لا ينتج الاثر فيحتاج الى انضمام اذا تقدمه باعتباره لا ينتج الاثر ليس كالعلة اينما تكون تنتج الاثر فتقدمها يكون اشد اقوى وبالطبع يكون اقوى التقدم بالزمان وبالمكان وبالشرف ادناها وبالشرف ادناها وبالشرف واذا ثبت انه مقول يعني التقدم مقول بالتشكيك يعني معنى واحد يصدق على مصادقه الخمسة بالتفاوت بمعنى يشرح التشكيك بمعنى ان بعض انواع التقدم اولى هذه الاولوية والاولية والشدية والظعفية اولى بالتقدم من بعظ فاعلم اعلم هو اذا ثبت فاعلم ان اذا فرضنا الف متقدما على باب العلية. كالنار المحرقة للخشب فمتقدمة بالنسبة الى الاحراق الخشبي وجيم متقدم على دال بالطبع يعني كتقدم الحيوان المكون للإنسان على الإنسان كان تقدم الف الذي بالعلية على باء اولى من التقدم. واضح جدا. لان العلة اينما تكون تولد الاثر. اما المتقدم بالطبع يحتاج الى انضمام شيء اليه حتى يولد الاثر. اذا في شدة وضعف نعم طالما ان اذا فرضنا الف متقدما على باب العلية معناه الف يولد باء يولد الاثر متقدم على على دال بالطبع. كالحيوان بالنسبة الى الإنسان في تكون الهوية الانسانية متقدما على دال يعني جيم الحيوان كعلة للإنسان داخلية كجنس متقدم على ذلك الإنسان نعم بالطبع طبعا كان تقدم الف يعني النار على باء الاحتراق اولى من التقدم تقدم جيم على دال بطبيعة الحال تقول لي لماذا? تقول العلة اينما تكون? تولد الاثر اما الجنس لوحده لا يعطي لا يعطي الله النوع يحتاج الى الفصل ينضم اليه بهذه الحيثية العلة اقوى في التقدم. تقدمها قوي شديد نعم كان تقدم الف يعني النار على باء الاحتراق اولى من تقدم جيم يعني الحيوان على دال يعني الانسان وحين اذ باء احد المضايفين اولى بتأخره عن الاخر. نعم. وحينئذ آآ وحيلاقي لين باء باء يعني اه الاحتراق في مثالنا فاعلم ان اذا فرضنا الف متقدم على باء يعني النار متقدم على الاحتراق في الخشب بالعلية وجيم يعني الحيوان متقدما على دال يعني الانسان بالطبع كان تقدم النار الف على باء الاحتراق اولى من تقدم جيم على ذلك وحينئذ يعني الاحتراق في الخشب احد المظايفين اولى بتأخره عن عن الالف نعم يعني انت الان اذا جعلت العلة النار تحرق الخشب يعني الاحتراق الخشبي بوباء والعلة النار هي الف فطبعا ما ترتب على العلة المؤثرة التأثير التام متقدم على ماذا? على الانسان الناتج من الحيوان اذا انضم اليه الفصل وحينئذ باء يعني هنا مثالنا احتراق الخشب</w:t>
      </w:r>
    </w:p>
    <w:p>
      <w:r>
        <w:t>احد المضايفين اولى بتأخره عن الالف يعني العلة المحرقة النار المضاف الاخر من تأخره دال عن جيم يعني دال يعني الانسان كطبيعة نوعية متأخر عن جيم وهي العلة الجنسية فانحفظت الاظافة بين المظاعفين في الاولوية وهو احد انواع التشكيك نعم طبعا اذا كان النار متقدما وشديدة في التقدم فباء تكون لها الاولوية في التأخر عن جميع المتأخرين في الاقسام الاخرى بشدة كذلك وبالاولوية. نعم وكذلك لو فرضنا تقدم الف على باء يعني النار على باب اشد منطقة تقدم جيم على دال من تقدم الجنس على النوع لان الف نار تولد المعلول قطعا وجيم لا يولد آآ المعلول لوحده يحتاج الى انضمام شيء كان تأخر باء عن الف اشد من تأخر الدين دا عن جيم وهذا نوع ثاني للتشكيك. يعني انت طبق الاولوية او الاولية او الشدة والضعف تعرف المسألة جيدا. وكذا لو فرضنا تقدم الف على باء يعني النار على احتراق الخشب قبل تقدم جيم على دال كان تأخر باء الف قبل تأخر دام عن جيم وهذا النوع الثالث وهو معنى قوله وتنحفظ الاضافة بين المضافين في انواعه يعني هذه الاضافات يعني اضافة باء الى الف واضافة دال الى جيم هذه يجب ان تنخفض فباء اولى بالتأخر له الاولوية بالتأخر وله الشدة بالتأخر عن دال. دال يعني الطبيعة انه عيان تم الكلام في هذه المسألة قال وحيث وجدت التفاوت يعني التشكيك امتنعت جنسيته قلت لكم هذه قاعدة بينها المحقق الطوسي اينما يجري التشكيك فاعلم انك انت لست في الماهية هادي قاعدة اينما يجري التشكيك يعني الشدة والضعف اولية واولوية انت خارج عن طور الماهيات يعني خرجت من النوع والجنسي الجنس نعم والفصل كطبيعة محصلة هذه قاعدة. اذا التشكيك يجري دائما في النسب كنسب بالصفات التي لا هوية لها بمعنى اما في الوجود الناعت حين العرض ينعت الجوهر. هذا الوجود الناعتي او الرابط لان لا هوية له يشتدها يضعف يتقدم ويتأخر او في الحيثيات الحيثيات يعني الصفات التي لا هوية لها وانما هي انحاء الوجودات. وحيث وجد التفاوت يعني الشدة والضعف يعني التشكيك. امتنع جنسيته. امتنع ان يكون المفهوم مطلقا ليس التقدم مطلق المفهوم امتنعت جنسيته وامتنعت نوعيته من باب اولى اقول لما بين المصنف الماكن ان التقدم نقول على ما تحته يعني يصدق نقول على ما تحته يعني الصدق من اصناف التقدمات كما قلناها هي خمسة بالتشكيك مقول على ما تحته من اصناف متقدمات بالتشكيك. بالتشكيك جار ومجرور متعلق بمقول. مقول على ما تحته بالتشكيك. يعني بالشدة والضعف بالاولوية وعدم الاولوية ولي وعدم الاولوية ظهر انه ليست جنسا لما تحته. يعني ليس من جنس الماهيات. وان مقوليته يعني صدق قهو على ما تحته قول العارض على معروضه هذه القاعدة هذه القاعدة التي بينتها لكم التشكيك دائما فيه نسبة عارض ومعروظ في العارضية والمعروضية يجري التشكيك غيرها لا غير هذا اذا هذه قاعدة بنيوية وان مقوليته وان السيد لقاه على ما تحته من مصاديق قول العارض على معروضه يعني في الناعتية والصفاتية لا اقول الجنس على انواعه يعني ليس قول الماهية على اه انواعها او على افرادها. الجنس يقال على الانواع والنوع يقال على الافراد لامتناع تعليم مبدأ السبب الكافي لامتناع وقوع التفاوت في اجزاء المائية اولا وفي الماهية ثانيا لا يمكن التشكيك في المهيات اذا تشككت الماهيات الواقع الخارجي لا يمكن ان ينضبط في الدين لا يمكن ان ينضبط في الدين. ولا يمكن التشكيك في الماهية نعم تخيل انت عندك انسان حدث فيها التشكيك يعني الانسان يصدق على طه وعلينا الليلة بالتفاوت صدقة على طه بتمامه. طه صار انسان ويتفاوت في انسانيته على ليلى فليلة تكون من جانب انسانا ويبقى فراغ غير انساني بتتشكل من الانسانية وغير الانسانية معقول لا هي تمام الانسانية الطبيعة الانسانية فيها نعم وهذا هو استحالة التشكيك في الماهيات. نعم لامتناع هذه كبرى كبرى القياس الامتناع وقوع التفاوت في اجزاء المهي واكتب تحتها وفي تمام المهية كذلك لا يمكن التشكيك في الماهيات فالطبيعة الانسانية تصدق على طه بتمامها وتصدق على ليلى بتمامها فاعطاها انسان وليلى انسان لا يمكن ان التفاوت في هذا الامر المشائيون يقولون التفاوت في المواصفات يعني طه اعلم من ليلى ليلة اجمل من طه وهكذا اما في الطبيعة الانسانية لا تفاوت مطلقا نعم قال والتقدم دائما بعارض زماني او مكاني او غيرهما ياتي ان شاء الله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