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لما فيه الخير وتقبل منا هذا العمل وصلنا الى هذه النقطة معكم قال والتقدم دائما بعارض زماني او مكاني او غيرهما نحن بينا في ما مضى مسألة بنيوية هذه المسألة بنيوية يعني ليست من سلخ الادراكات فلا معنى للتذليل عليها او لا معنى لابطالها ما هي? قلنا دائما الماهيات في مبدأ الهوية لا تتصل باي وصف الانسان في هويته انسان. لا متقدم ولا متأخر متى يسري اليه الصفات تسري اليه الصفات والمواصفات اذا دخل الى مبدأ الجوهرية انضمت اليه المحمولات تقول الانسان متقدمون. يعني دخل دار الوجود تلبس بالوجود ثم الوجود جاءه بمواصفة جعله متقدما ومتأخرا هذه المسألة يشير اليها في هذه العبارة ان المهية من حيث هي هي يعني الانسان من حيث هو انسان لا متقدم ولا متأخر واضحة جدا لان التقدم والتأخر مواصفات تأتي بعد انزياح الماهية الى دار الوجود ويأتي مبدأ الجوهرية فتقول انسان متقدم اذا كان اماما الانسان متأخر متأخر اذا كان مأمون وهكذا الانسان متقدم اذا كان ابا الانسان متأخر اذا كان ابنا وهكذا في ساحة الوجود وليس في ساحة الهوية. واضحة جدا. هذه مسألة بنيوية. هنا طبقها. قال والتقدم دائما. والتأخر كذلك بعارض زماني او مكاني او غيرهما يعني النب يجب ان تخرج من دائرة الهوية الى دائرة الوجود قد تكون في وجود زماني قد تكون وجود تكون في وجود مكانه قد تكون خارج الزمان والمكان في العلية والمعلولية اقول اذا نظر الى الماهية من حيث هي هي مبدأ الهوية الانسان من حيث هو انسان لا متقدم ولا متأخر لم تكن متقدمة على غيرها ولا متأخرة مسألة بنيوية تسأله عن الدليل فانت مجنون. لماذا? لانها مسألة بنيوية لا معنى للدليل فيها. اذا متى تأتي المواصفات? اذا زاحت المائية انتقلت المائية من مبنى الهوية الى مبدأ الوجود. الى دار الوجود. يعني مبدأ الجوهرية. هناك تأتي الحكاية. تقول الانسان متقدم. الموضوع محمول انسان متأخر موضوع محمول نعم اما في دائرة الهوية تقول انسان وانسان فقط. هناك متقدم لا. متأخر له. موجود له معدوم له. عالم له جاهل له لا شيء فقط للهوية واصلوا قاعدة فلسفية راقية جدا الماهية ليست من حيث هي هي ميم موجودة ومعدومة. دي عالم ابوي لعالمة وستأتي في بحث الماهية نعم وانما يعرض لها يعرض لها يعني فيه معروض وعارض اي في مبدأ الجوهرية. واذا قلت في مبدأ الجوهرية يعني الحمل الشائع. اذا قلت الحمل الشائع يعني انت في متن الوجود. يعني في متن عالم الوجود وليس عالم الهوية. وانما يعرض ما هي التقدم والتأخر باعتبار امر عنها. يعني باعتبار الوجود قد نكون في وجود زماني قد نكون في وجود مكاني قد نكون لا في دائرة الوجود العلي والمعلولي نعم اما زماني كما في التقدم الزماني او مكاني كما في التقدم المكاني او مغاير كما في تقدم العلة على معلولها باعتبار التأثير والتأثر وكما في تقدم العالم على المتعلم باعتبار الشرف وغير ذلك من اصناف التقدمات واضح الان مسألة سهلة جدا اذا قاربناها بنيويا اذا اردنا ان نستدين ندخل في متاهات ونقع في الدور والتسلسل نعم قال والقدم والحدوث الحقيقية. لا يعتبر فيهما الزمان والا تسلسلا هذه مسألة اساسية بانها بها نعالج عملية الخلق. لها مساس بالعقيدة نعم  المتكلم لا يفقه الا الحدوث الزمني بمعنى ان فيه عدم سابق على المخلوق يعني زمان سابق لم يكن فيه شيء من الأشياء عدم زماني كيف هذا العدم الزماني? هذا الزمان اللي هو عارض الحركة والحركة عارضة للمادة. اذا المادة تكون قديمة ايها المتكلم لأن الزمان من شؤونات الحركة والحركة من شؤونات المادة. فأنت قلت بقديم والمادة وبقديم هو الحركة وبقديم هو السرعة. وبقديم هو الزمان. خمس اربع الهة مع الهك ايها المتكلم خمسة. خمس الهة. لانه هو يكفر بالقدم الزماني. الان بين كم قديم زماني الزمان الزمن لوحده لا ينوجد يحتاج الى حركة انه مقياس الحركة والحركة لا يمكن الا بسرعة والزمن والحركة والسرعة لا يمكن بدون مادة. اذا كم قديم زماني غير مخلوق المادة والسرعة والزمان والحركة كلهم الهة على مبنى المتكلم كارثة اذا هذا السبق لعدم الزماني خرافة كبيرة من المتكلم. لماذا? لانه هو المسكين يريد ان يقارب عملية الخلق عملية الخلق كيف يفهمها? من العرف يعني انت الان جالس لا تكتب ثم كتبت ما معناه? يعني مرت فترة زمنية انت لم تكن كاتبا ثم كتبت هذه هي الخالقية البشرية الفاعلية البشرية اسقطها على الله تعالى جهلا وحماقة لا الله تعالى ليس كالبشر ليس كمثله شيء جيد. ما هو البديل ايها الفالوسوف? يقول الحدوث الذكي الحدود ذاتي. ما معنى الحدود الذاتي وان قبل الفيلسوف في حدود الزماني يقبله الحدوث الذاتي ما معناه يعني يقع في قدم في مقابل القدم الذاتي. هذا مختص بالله تعالى لا يتصف به اي مخلوق. لا تجد مخلوقا يتصف بالقدم الذاتي. هذه خاصية لله تعالى فقط وباقي المخلوقات كلها تتصف بالحدود الذاتي. وبعضها بالحدود الزمني. حدود ذاتي وزماني ما معنى القدم القدم الذاتي يعني الله تعالى متفرد بالوجود ولا يسبقه شيء لا يسبق شيء لا عدم ولا يحزنون واخا يرجع عن افق الزمان خارجة لفوق الزمن الزمان في مرتبة خلقه وفعله وليس في مرتبة ذاته هذا القدم الذاتي ليس مسبوقا بعدم مطلقا اما المخلوقات تأتي الى الهوية الا تقتضي الوجود ولا تقتضي العدم من كانت هويته هكذا كيف يكون قديما اه قديما بالذات ليس متصفا بالوجود فتأتي العلة تعطيه الوجود تعطيه الوجود بحيث يطال كل الزمنيات يعني ليس له سبق زمني لاباس به مادام انه ماذا مادام انه حادث معلول للواجب تعالى. من اين نفهم? من هويته من ماهيته? لا تقتضي الوجود ولا العدم. مثلا الانسان لا يقتضي الوجود ولا يقتضي العدم فجاءت العلة افاضت عليه الوجود اعطته الوجود هذا الوجود كان ليس مسبوق بالزمن. كالملائكة مثلا او العقول عند الفلاسفة خارجة عن طول الزمان والمكان تقول انت جبرائيل زماني خطأ مسبوق بالزمن خطأ ملحوق بالزمن خطأ. وجودات لا معنى للزمان هنا فيها الا انها مخلوقة. لماذا? لان هويتها لا تقتضي الوجود ولا تقضي تقتضي العدم. فهي حادثة بالحدوث الذاتي وعندنا مخلوقات هذه المادية حادثة كذلك بالحدوث ذاتي وبالحدوث الزمني قد تجد شخصا لم يكن في زمان سابق كحفيدك كابنك اذا كنت اعزب غير موجود الان في زمنيات سابقة ثم هو يلتحق ويأتي هذا هو العقل الفلسفي العقل الكلامي يقول فقط بالحدود الزمنية. يعني فيه زمان سابق لم تكن هناك الموجودات فراغ وجودي. فراغ دستوري</w:t>
      </w:r>
    </w:p>
    <w:p>
      <w:r>
        <w:t>ثم الله تعالى يفيض الخلق في نقطة زمنية محددة جيد ما حكم هذا الفراغ انت تقول هو زمان والزمان يعرض الحركة والحركة تعرض المادة والمادة متسرعة فعندك مفردات متعددة لم تطالها الخلق فتكون قديمة قديمة انت فررت من القديم الزماني ووقعت في في القدم الزماني يقول والقدم والحدوث الحقيقيان. يعني القدم الذاتي والحدوث الذاتي لا يعتبر فيهما الزمان والا تسلسل ما عندنا الزمان في الحدود الذاتي ولا في الحدوث ولا في القدم الذاتي. القدم الذاتي المختص بالله تعالى لا معنى للزمان لان الزمان في مرتبة الفعل وفقط في الماديات وليس في الملائكة والعقول اذا لا معنى للزمان هناك في الحدوث الذاتي كذلك لا معنى للزمان المحقق التونسي يقول يلزم التسلسل. نزول التسلسل يعني اجتماع النقيضين التسلسل ما معناه? يعني اه استمرار الوجود بدون تعين فهو متعين وغير متعين يستمر لماذا يلزم التسلسل؟ هذا الزمان السابق هناك فراغ وجودي عدم وهذا الزمان زمان مخلوق ام لا? المتكلم بالقطع واليقين يقول مخلوق اذا سبقه عدم زماني نأتي الى هذا الزمن السابق مخلوق ام لا? يقول نعم مخلوق حتما كل ما سوى الله مخلوق. نأتي الى الزمن الثالث الذي سبقه ونقع في التسلسل. حلها انت ايها المتكلم هل ايها المعتزلين? لا يمكن اقول القدم والحدوث قد يكونان حقيقيين. ما معنى حدوث ذاتي وحدود وحدوث وقدم ذاتي في مقابل القدم الزماني والحدود الزمنية. وقد لا يكونان حقيقيين بل على ما يقالان يحملان على ما يحملان عليه على سبيل المجاز. طبعا هنا المجاز المجاز العقلي المجاز الفلسفي وليس المجاز البلاغي فالقدم والحدوث الحقيقيان يعني القدم الذاتي والحدوث الذاتي وهما ما فسرناهما بانه من ان القديم هو الذي لا يسبق الغير ابدا. يعني الله تعالى لا يسبقه لا عدم ولا شيء والمحدث هو المسبوق بالغير مسبوق بالغير ولكن ليس بالزمان. في بعض مصادقه المادية بالزمن نعم وهما بهذا الاعتبار لا يفتقران الى الزمان. يعني القدم الذاتي وصف لله هناك لا معنى للزمان والحدوث الذاتي لا معنى للزمان هناك والا يلزم التسلسل. لان الزمان ان كان قديما كما يقول المتكلم او حادثا بهذا المعنى افتقر الى زمان اخر وتسلسل لأن المتكلم هكذا يفهم الأمور اينما تكون عملية الخلق فاعلم انه زمان سابق. جيد جميل نسأل المتكلم هذا الزمان مخلوق ام لا? يقول حتما مخلوق. غير الله. اذا مسبوق بزمن اخر الزمن الآخر ما هو مخلوق? يقول نعم مخلوق مسبوق بزمن اخر نقف او لا نقف لا نقف وهذا هو التسلسل الذي يؤدي الى اجتماع النقطتين  نعم اذن القدم الذاتي لا معنى للزمن هناك والحدوث اه الذاتي لا معنى للزمن. قد تقول يعني شيخنا العزيز فيه مخلوقات لا يسبقها زمن يعني تكون قديمة اه بالقدم الزمني? نعم الا ان هويتها لا تقتضي الوجود. كاسبة للوجود من الله تعالى من الخالق وان كانت قديمة زمنية لا معنى ذلك. وان كانت فوق الزمن الملائكة والعقول لكن المتكلم يقول حتى العقول والملائكة مادية وزمنية ولا ادري كيف يفسر هذه الأمور يعني جبرائيل حتى ينزل من العرش الى الفرش الى الأرض آآ وهو مادي تصور تصور آآ المسألة تصور المسألة العقل الكلامي عقل الضيق جدا لا يفقه اسرار الوجود مع الاسف الشديد واما القدم والحلوث بالمجاز يعني القدم الزماني والحدود الزمانية. القدم الزماني قلت لكم واقعيات في هويتها مخلوقة الا انها ليس لها بدء زمني لا ضرر في ذلك لا من حيث العقيدة ولا من حيث العقل الحادث الزماني مثل الشجرة لم تكن ثم كانت حفيدك لم يكن ثم كان في ظرف زماني نعم يمكن هذا فانهما لا يتحققان بدون الزمان نعم وذلك لان القديم يقال بالمجاز لما سيطال زمان وجوده في جانب الماضي. يعني ليس له بدء زمن والمحدث لما لا يستطال زمانه يعني له فترة زمنية محددة ينوجد فيها اذا المخلوقات على قسمين فلسفين اتكلم والمتكلم لا يفقه هذه المسألة المخلوقات على قسمين مخلوقات فوق الزمن اذا ليس لها بدء زمني ومخلوقات لها بدء زمني. انا مثلا بدأت في سنة محددة من القرن العشرين ولدت فيها. فانا حادث زماني وهويتي بهيتي كذلك حادث ذاتي قال والحدوث الذاتي متحققون. هذا رد على على المتكلمين لا يؤمنون بالحدود الذاكية وهو الذي يحل مشكلة الخلق معضلة الخلق هو الذي يعالجها وعدم التسلسل في الزمان هو الذي يحلها. والحدود الذاتي متحققون يعني حقيقة نعم يعني تأتي الى الهوية اي هوية خلقية لا فرق من العرش الى الفرش كل هويات ماهيات خلقية ما سوى الله تعالى تجدها في ذاتها لا تقتضي الوجود ولا تقتضي العدم. اذا ارادت ان تنوجد تحتاج الى ماذا? علة. هذا الاقتضاء والذي يوجدها يحدثها يسمى الحدوث الذاتي قال قد بينا ان اصناف التقدم خمسة او ستة. ما لا يهم العدد واكثر من ستة ومن جملتها التقدم والتأخر بالطبع قلنا التقدم ما هو؟ هوية لها مكونات كل مكونة تشارك في تحقق هذه الهوية الا انها لوحدها لا تكفي فالحدوث الذاتي هو الذي يكون الوجود فيه متأخرا عن العدم بالذات نعم يعني الهوية لا تقتضي الوجود ولا تقتضي العدم اذا كيف تدخل الوجود? تدخل الوجود بالعلة مرة تدخل في زمنيات مثلي ومثلك الشجرة الفلانية مرة تدخل لا تطال جميع الزمن تقول كيف ليس لها بيت زمننا الا انها مخلوقة. لماذا? لانها لا تقتضي الوجود. اذا مسبوقية اللا موجودية على الموجودية خارج الزمان يسمى الحدوث الذاتي انتهى الامر فالحدوث الذاتي هو الذي يكون الوجود فيه متأخرا عن العدم بالذات هنا العدم بالذات ليس العدم كاصالة يعني عندك عدم عدم الواقعيات وهذا الظرف لا لا لا يعني اللاموجودية اللاموجودية فرق بين الانسان معدوم والانسان مرفوع الوجود الإنسان معدوم يعني في اصالة للعدم يكون الإنسان في ساحته غارق في العدم لا لا لا يعني اللاموجودية اللامو جودية اللاموجودية نعم يجب ان تفهم هذه المسألة وكررناها كثيرا فالحدوث الذاتي هو الذي يكون الوجود فيه متأخرا عن العدم بالذات وبيانه ان الممكن الهويات الخلقية كل الهوية الخلقية من العرش الى الفرش يستحق من ذاته عدم استحقاق الوجود والعدم. هذا هو الاقتضاء. يعني لا يقتضي الوجود ولا يقتضي العدم. اذا الوجود من اين اتى? اتى من علتي. يعني في اي مرتبة كان في دائر دار الخلق فهو مخلوق فهو معلول متقوم الذات الله تعالى ان الممكن يستحق من ذاته ان الممكن يستحق من ذاته عدم استحقاق الوجود وعدم استحقاق العدم. يعني عبارة غير عربية صدقوني من العلامة الحلي لا ادري وبيانه ان الممكن يستحق من ذاته عدم استحقاق الوجود والعدم. عبارة غير عربية نعم يقول ان الممكن لا يستحق في ذاته الوجود والعدم. هذا هو اللائق ائتظاء. نعم معليش التفنن في العبارات نعم ويستحق من غيره من علته يعني من الله تعالى استحقاق احدهما اما الوجود في ظهر في الوجود</w:t>
      </w:r>
    </w:p>
    <w:p>
      <w:r>
        <w:t>واما لا ينوجد يعني لا ينوجد لا ينوجد لا ينوجد بالعدم يتم التمرد بالعدل واجد ويستحق هذا الممكن مهما كان في الفرش او في العرش. من غيره يعني من الله استحقاقه يستحق استحقاق احدهما من? الوجود او العدم وانا بالذات اسبق بالغير ما بالذات هو اللا اقتضاء. وما بالغير يعني الافاضة نعم هذا هو التقدم والتأخر بالذات هذا هو الحدوث الذاتي. حدث بعد ان لم يكون. يقول وما بالذات ما هو بالذات عدم الاستحقاق. اسبق مما بالغير الاستحقاق. فاللاستحقاقية اعني التأخر الذاتي متقدم على الاستحقاقية يعني افاضة الوجود من العلة وذلك هو معنى الحدوث الذاتي هذا هو المبنى التصوري نحن الان في اطار المفاهيم في اطار المفاهيمي يعني بحث معرفي قال والقدم والحدوث اعتباران عقليان ينقطعان بانقطاع الاعتبار القدم الحدوث مفاهيم فلسفية ما معنى اعتباريا عقليا يعني لا قيمة له. لهما يعني من صنع الانسان ومن سلقته. لا دائما الحيثيات ما يسمى بالاصطلاح المعقولات الثانية المفاهيم الثانية دائما لامتن استقلال له وانما هي الوجود بنحو يعني الامام امام المحراب في مقابل المحراب يتقدم على الصفوف المأمول في تقدم وتأخر بالمكان. اليس كذلك نعم في الامام شيء ليس في الصفوف وهو اقربيت عقربيته الى المحراب. سلمنا سلمنا الان نأتي الى التقدم اين في الامام? بجنبه متن بجنبه يعني عندنا الامام وعندنا التقدم ثم نأتي الصف الأول عندنا الصف الأول وثم التأخر بجنبه لا ابدا وانما التقدم هو الامام بنحو يعني اذا قسناه من حيث المحراب نقول متقدم وقال الصف الاول والصف الثاني اذا قسناه الى المحراب باعتبار الامام نقول متأخر حيثية نحو وجود انحاء الوجود لا هوية لها ف يعقلها العقل يعني العاقل يصل اليها. لا تعطى للحس ابدا. هذا معنى الاعتبار العقلي والقدم الحدوث اكتب كمفاهيم فلسفية كحيفية اعتباران عقليان ينقطعان بانقطاع الاعتبار فلا تقول للتقدم تقدم وللتقدم تقدم ولتقدم تقدم هذه خرافة. تقدم فقط حيثية وحيدة. فهذا التسلسل ينقطع بانقطاع الاعتبار. لا معنى له اقول ذهب المحققون الى ان القدم والحدوث ليس من المعاني المتحققة. يعني ليس لها متون مستقلة. الامام متن يعني واقعية والتقدم بجنبه واقعية وماتينية لا ابدا. التقدم هو عملية قياسية تقيس شخص الامام الى المحراب فيتعين بالتقدم متن لا حيثي ليس من معاني متحققة في الاعيان يعني ليس لها واقعية خارجية او متنية. وهذا ذهب عبدالله بن سعيد من الاشعرية الى انهما وصفان زائدان على الوجود والله لا يفهم لا الوجود ولا الوصفان الزائدا على الوجود والله لا يفهم انا ذي الامور ولا يفهم هذه الامور. عجيب وغريب يعني الامام عندو متن واقعي وعندو التقدم بجنبه يلتفت ويسلم عليه لا حبيبي جعلنا من هذه الخرافات وذهب عبدالله بن سعيد من الاشعرية الى انهما وصفان زائدا على الوجود. جيد. من اين جاء هذا المرض لان العقل يفكك بين الامام والتقدم يعني بين الشيء المتصف بالتقدم والتقدم اين في العقل? هذا التفكيك البنيوي في الدين يسريه الى البنية الواقعية اذا كان في الدين اثنان الامام والتقدم والنار والتقدم فيخرج الاثنين الى الخارج فيجعل النار بجنب التقدم والتقدم بجنب النار. النار لها متن وجود والتقدم له متن وجودي. وهذه خرافة خلط بين احكام البنية الذهنية واحكام البنية الخارجية نعم نعم والحق خلاف ذلك بل خرافة ما ذهب اليه عبدالله بن سعيد والحق خلاف ذلك وانهما اعتباران عقليا يعني يعقلان وليس لهما وليس لهما متنان مستقلان يعتبرهما الدين عند مقايسة صبغ الغير اليه وعدمه. اي مقايسة يعني باعتبار لانهم لو كانا ثبوتيين لزم التسلسل هذه قاعدة بيناها بنيوية الحيثيات وانحاء الوجود والتعينات والصفات اذا تمكنت صارت واقعية تسلسلت التقدم صار متنا واقعيا اليس كذلك? حسب الفرض متقدم ومتأخر متقدم. فعندنا تقدم تاني ينفصل التقدم الثالث متقدم نعم عندنا تقدم رابع ينفصل ينفصل يلزم التسلسل هذه قاعدة كل الحيثيات اذا تمكنت تسلسلت لان الموجود من كل واحد منهما اما ان يكون قديما او حادثا فيكون للقدم قدم اخر او التقدم او الاصالة او الوجود كل الحيثيات ليس فقط الحدوث والقدم وكذا الحدوث اذا آآ وكذا الحدوث يعني للحدوث حدوث وللحدوث حدوث وللحدوث حدوث اذا كان الحدوث مات الواقع. الانسان الان بجنبك حادث? نعم حادث يعني لا يقتضي الوجود اه لا اقتضاء سابق على الفيض جاء الفيض وتلبس بالوجود فصار حديثا. اجعل الحدوث بجنبه كمتن مستقل. حادث هذا الحدوث? نعم. حدوثه يجعله متنا ومستقلا. هذا حدوثه متنا? نعم. اجعله بجانب يتسلسل الحدوث وكذا الحدوث هذا خلف يعني اجتماع النقيضين نعم بل هما عقليان يعتبرهما العقل وينقطعان بانقطاع الاعتبار العقلي ما هو التسلسل ما فيه? يعني الان نحن نعطيه متنية مجازية نعقله فقط. يساعدنا على التعقل وهذه المتنية لا اصل لها بالادعاء فقط لانها هو لا هوية له فقط لفهمه فصنه. بعملية ذهنية سنتعرقله والا في الواقع ما عندنا حدوث مكني عندنا الامام بنحو عندنا النار بنحو وهكذا. نعم. وهذا جواب سؤال مقدر وهو ان يقال. اذا كان القدم والحدوث امرين ثبو بوتيين يعني لهما متنا واقعيان اه حدود امرين ثبوتيان في العقل امكن عروض القدم والحدوث لهما لكل حدوث حدوث ولكل قدم قدم ويعود المحظور من التسلسل وتقرير الجواب انهما اعتباران عقليان ينقطعان بانقطاع الاعتبار فلا يلزم التسلسل. افهم جيدا هذا الكلام اذا انت اعتبرت له متنا مستقلا لماذا غاية معرفية ادراكية حتى تفهم التقدم اه او القدم بمعزل عن متنه اذا تركته في المتن يأتي تأتي المعرفة مخلوطة مشوبة. خليني نخرج القدم لوحدي. افهموه في دائرتي اخرجوا بالإدعاء يعني نجعل له متنا بالإدعاء بالخرطي افهمه في دائرتي وافهم الحدوث كمتن مستقل. هل هو مستقل? حقيقة لا بالاعتبار يعني بالإدعاء فلا يلزم لكل متن متن ولكل متن متن حتى يلزم التسلسل ابدا ابدا لان هذا اعتبار فقط اعتبار فقط مثلا انت الآن تريد تقارب آآ تريد تقارب جلوسي انا لا تتركوا في انا خرجه من من واقعيتي فاعطه متنا واقعيا بالحقيقة ابدا بالادعاء. تفهمه في دائرته والفهم والاعتبار العقلي لا يعني هناك واقعية متنية فقط بالادعاء لاجل الفهم لغاية عقلائية وهي الادراك في دائرة خاصة ولهذا نحن نخرج كل الصفات الإلهية. الحياة والعلم والقدرة والحب ومن الصفات نخرجها عن الذات الالهية نخرجها بالادعاء لا نخرجها بالواقع ثم نفهمها نفهم الحياة في دائرتها العلم في دائرته وهكذا هذا الاخراج يسمى الاعتبار العقلي. هل هذا يعني يعطي المتنية للحياة مستقلة وللعلم مثلا مستقلة? لا هذه خرافة كبيرة. نعم قال وتصدق الحقيقية منهما ان شاء الله ياتي.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