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سبحان الله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للخير واياكم  وصلنا الى المسألة المسألة الخامسة والثلاثون في خواص الواجب. الواجب هنا يعني واجب الوجود باللسان الديني الله تعالى. لكن قبل الدخول في هذه المسألة بقي مقطع من المسألة السابقة قال وتصدق الحقيقية منهما يقسمون في الحقل المنطقي القضية باعتبار الموضوع الى حقيقية وخارجية وذهنية اذا كان الموضوع كمفهوم ذهني كالقضايا المنطقية تقول مفهوم الانسان كلي مفهوم الحيوان الجنس مفهوم الانسان نوع اه الانسان عامل عالم بين قوسين قضية هذه التركيبات التامة التي  محمولاتها وليس موضوعاتها ندرس في الحقل المنطقي والكلية والذاتية والعربية والجنسية والفصلية والنوعية والعربية الخاصة والعامة ثم القسمة والمقسم القصيم ثم القضية والقياس والبرهان هذه الاعراض الذاتية التي تعرض المعقول الثاني المنطقي يقولون هذه القضايا موظوعها في الدين يعني تحمل على المفهومات وليس على الموضوعات بما هي في الواقع وعندنا قضية موضوعاتها تكون خارجية تقول كل من في المدرسة هندي مدرسة النجف مختصة بالهنود مثلا يقول كل من في المدرسة هندي قضية خارجية انك تتعامل مع واقعيات خارجية هي الهنود ومر لا موظوع لا ديني ولا خارج طبيعة في حد ذاتها لا هي مقيدة بالذهن ولا هي مقيدة بالخارج تسمى القضية الحقيقية هذا التقسيم المدرسي المحقق التونسي يقول الموجود القديم والحادث قديم الذات والحادث الذاتي يقول تصدق عليهم القضية بنحو الحقيقية نعم لا يمكن للقديم الذاتي ان يكون حادثا ذاتيا ولا الحادث الذاتي يكون قديما نعم دائرة بين النفي والاثبات قال وتصدق الحقيقية يعني القضية الحقيقية كما بينتها لكم منه ما منهم يعني ايه القدم والحدوث او القديم هو الحادث اما الموضوع الذي يتصف بالقدم والموضوع الذي يتصف بالحدوث او لا نفس العناوين يعني القدم والحدوث اقول الموجود لا يخلو عن القدم يعني اما ان يتصف بالقدم والحدوث اي ان يتصل بالحدوث. لا يخلو يعني مانعة الجمع ومانعة الخلو لانها حقيقية. لانه لا يخلو من ان يكون مسبوقا بغير اولى اذا كان مسبوقا بغيره هو الحادث او الحدوث او لا يعني القديم او القدم. والاول يعني من كان مسبوقا بغيره هو الحادث والثاني قديم لا يجتمعان في شيء واحد. لا يمكن ان يكون قديما بالذات اه حادثا بالذات الحادث يعني مسبوق بغيره القديم لا لا يجتمعان في شيء واحد لاستحالة اجتماع النقيضين فاذا لا يجتمعان ولا يرتفعان وهذه هي معنى الحقيقة فتتركب المنفصلة الحقيقية منهما هنا الاعلام الحلي قاربها منفصلة حقيقية منفصلة حقيقية المنفصلة الحقيقية يعني تقول الشيء اما الف او لا الف هذه هي المنفصلة الحقيقية لكن القضايا الفلسفية تقول الموجود اما قديم او حادث او واجب ممكن ليست منفصلة لم تكن المسألة واضحة في ذلك الزمن ولهذا تأسست قضية منطقية جديدة ليست موجودة في الكتب المنطقية تأسست تقريبا سبع قضايا جديدة ليست موجودة في الكتب المنطقية التي تدرس في الحوزة منها هذه القضية الجديدة الحملية المترددة المحمول نعم كثير من القضايا دخلت الى الحقل المنطقي غير موجودة في كتب اه القدماء وحتى في الكتب الحديثة لا يعرضها الكاتب اشير اليها باختصار عندنا هذه القضية الموجبة سليمة المحمول اين تأسست? تأسست في سياق فلسفي ثم دخلت الى الأصول علم الأصول آآ القضية الحمرية مترددة المحمول. يعني تقول الموجود متردد بين الواجب ولا الممكن. بين القديم والحادث بين المتقدم والمتأخر بين الذهني خارجي هذه ليست قضايا شرطية قضايا حاملية موضوع ومحمول. غاية الامر ان المحمول متردد بين امرين اذا عندنا القضية الموجبة سليمة المحمول ابتكرت في سياق فلسفي ثم تسللت الى علم الأصول لمناسبة ما آآ القضية الحاملية المترددة المحمول بينت بعض مصادقها الموجودة اما واجب وممكن متقدم متأخر علة معلوم ذهني خارجي متحرك غير متحرك هذه ليست قضايا شرطية كما فهمها العلة من الحلي بل هي قضايا حملة مترددة المحمول ثم هذه القضية التي تدرس في علم الاصول في العلم الاجمالي عندنا كأسا وانا عندي علم اجمالي كأسا او الف كأس مليار كأس لا يهم عند عندنا هذه الكؤوس مملوءة بالماء احدها نجس يعني فيه نجاسة فيأتي العلم الاجمالي كما تعرفون في علم اجمالي بالنجاسة لكن اذا انتشر هذا العلم في في الكؤوس هذا العلم التفصيلي لا نعرف من هو النجس. ثم تأتي المقاربة بهذه القضية اما هذا واما هذا هذه القضية اثيرت في علم الاصول والفقه في مدرستنا وفي اراء عميقة جدا لعلمائنا رحم الله الماضيين وسدد الباقين ودرست بعمق كذلك في الفلسفة التحليلية في امريكا نعم وكتب احد الفضلاء بايران مقالة جدا وراقية يقارب المسألة في دائرة علم الاصول يأتي باراء العلماء والمحققين ويأتي بمقاربة الفلسفة التحليلية ويعمل مقارنة دراسة مقارنة وانا شرعت في ترجمة هذه المقالة للعرب الذي لا يعرف الفارسي يستفيد من هذا البحث لكن لم اوفق لاتمام هذه المقالة ادعو ادعوا لنا ان نوفق لترجمتها كاملة اذن ثلاث قضايا جديدة موجبة سالبة المحمول الحمرية المترددة المحمول وهذه القضية التي تدرس في العلم الاجمالي اما هذا وهذا وقضية تحليلية والتركيبية والتركيبية القبلية والبعدية هي دراسة جميلة جدا اذا قررناها بين الحمل الاولي والحمل الشائع عندنا لان هذه قضية ابتكرها كانت في المانيا فيلسوف الماني ولها لها شبابي الحمل الاولي والحمل الشائع وفيه دراسات على هذه القضية ومقارنتها بالحمل الاولي والشائع. دراسات قيمة وجميلة نعم  تقريبا ست قضايا او سبعة انا وصلت اليهم والقضية نسيت بعضها اذا تذكرت ان شاء الله اشير اليها لكن هذه هي القضايا المهمة والخطيرة. من الابتكارات القيمة جدا في سياق الفكر الاسلامي هي تقسيم القضية باعتبار الموضوع الى حقيقية وذهنية وخارجية. في تصوري انا لا معنى للقضية الخارجية ولا معنى للقضية الدينية. عندنا فقط القضية الطبيعية يعني القضية الحقيقية اذا هذه القضية الموجود اما قديم او حادث ليست قضية شرطية كما تصورها العلامة الحلي وانما هي قضية حملية مترددة المحمول. يعني الموجود هو الموظوع والمحمول متردد بين القدم والحدوث واذا كان الموجود قديما لا يكون حادثا واذا كان حادثا لا يكون قديما طبعا الحدوث الذاتي والقدم الذاتي. القدم الذاتي مختص بالله تعالى الحدوث الذاتية طال جميع المخلوقات اما في القدم الزماني مع الحدود التي يجتمعان القدم الزمني ليس القدم الذاتي يجتمعان. يعني كل قديم زماني يعني في الزمان ليس له بداية لأن الله تعالى فوق فوق الزمان. تصور انت زمان منبسط لا بداية له ولا نهاية في مخلوقات كذلك لا بداية لها زمنيا ولا نهاية  الا انها مخلوقة فتكون حادثة بالحدوث الذاتي وقديمة زمنيا. اما الحدوث الذاتي والقدم الذاتي لا يجتمعان ولا يرتفعان كما قال المحقق التونسي. وبين ذلك العلم الحلي</w:t>
      </w:r>
    </w:p>
    <w:p>
      <w:r>
        <w:t>المسألة الخامسة والثلاثون في خواص الواجب. واجب الوجود له خواص او خواص يعني له خواص تختص به فقط يشير اليها اينما حقق التونسي قال ومن الوجوب الذاتي والغيري اذا جئنا الى الواجب لا يتصل بالوجوب الغيري لان الوجوب الغيري من كانت له ماهية لا تقتضي الوجود ولا تقتضي العدم فتأتي العلة تفيض عليها الوجود او تتركها في الله شيئا في اللا شيئية اذا من خواص الواجب الا يكون واجبا بالغير اذا كان واجبا بالغير فكانت له ما هي فلا تقتضي الوجود ولا تقتضي العمل فتحتاج من يفيض عليها الوجود. اقول هذا هذه احدى الخواص احدى الخواص في خواص كثيرة للواجب وهو ان الشيء الواحد قبل الدخول في التطبيق المتني اللي عبارات على منح اللي قد يخطر في بالك هذا السؤال هذه اذا كانت خاصية للواجب لماذا لا تدرس في الالهيات بالمعنى الاخص اذا وصلنا الى واجب الوجود هناك ندرسها اقول في الجواب هنا ندرسها باعتبارها عرظا للوجود على ظن الوجود الوجوب معروض للوجود يعني من خاصيات الوجود هناك نظرة كمصداق اما هنا دروسا كعرض كعرض للوجود يعني من اعراض الذاتية من احكام الوجود المطلق ان يكون واجبا. يعني يتصل الوجوب اقول هذه احدى الخواص وهو ان الشيء الواحد اذا كان واجبا لذاته يعني الوجود الذاتي له لا ينفك ابدا استحال استحالة جواب اذا استحال ان يكون واجبا بغيره اذا عرفت هذا فنقول المنفصلة الحقيقية ما زال يفهم الحمرية مطاردة المحمول كمنفصلة حقيقية نعم الموجود اما واجب او ممكن ممكن هو الواجب بالغير يعني تقول الموجود اما واجب او ممكن او تقول الوجود هو اما واجب او واجب بالذات واجب واجب بالغير آآ انت في المعنى نفسي نعم هو هنا يقاربها منفصلة حقيقية وهي في الحقيقة حملة مترددة المحمول فنقول المنفصلة الحقيقية التي تمنع الجمع والخلو يعني تدور بين النفي والاثبات صادقة على الموجود اذا اخذ جزءاه الوجوب بالذات والوجوب بالغير تقل الموجود اما في دائرة الوجوب بالذات واما في دائرة الوجوب بالغير. هذا اللحن هذا الكلام اوهم القدماء ان القضية شرطية منفصلة. يعني شرطية منفصلة لان الشرطية تنفصل قسم الى قسمين متصلة ومنفصلة من درس المنطق يتقن هذه الامور المتصلة تقول لو كان فيهما الهة الا الله لفسدت اذا طلعت الشمس فالنهر موجود المنفصلة تقول العدد اما زوج واما اه واما فرض يعني فيه عناد بين الطرفين لا المسألة ليست منفصلة بل هي حملة مترددة المحمول تقول الوجود اما واجب بالغير او واجب بالذات نعم بان يقال الموجود اما واجب لذاته او واجب بغيره لامتناع صدقهما على شيء واحد وكذبهما عليه. يعني الوجود اما واجب بالذات او واجب بالغير. لا يكون في مرتبة واحدة واجبا بالذات وواجب بالغير هذا مستحيل. وذلك تعليم لان الوجود اما مستغن عن الغير او محتاج اليه. ملاك الاحتياج قلنا الامكان الإمكان يعني لا يقتضى ولا واسطة بينهما هذا هو بين النفي والإثبات والاول واجب بالذات والثاني واجب بالغير جيد هل يحتاج الى بحث اكثر? لا لان نحن في دائرة التقسيم لسنا في ادارة الاستدلال. التقسيم يدور مدار التصور انت الموجود تقسمه بملاك الاحتياج وعدم الاحتياج واجب بالذات واجب بالغير. انتهى الامر تدخل في الاستدلال تدخل في دور تبقى تدور وانما امتنع الجمع بينهما يريد يبين لماذا لا يجتمعان الوجوب بالذات والوجوب بالغير في حقيقة واحدة وانما امتنع الجمع بينهما لانه لو كان شيء واحد واجب بالذات ما معناه? يعني الوجود تقتضيه ذاته وبغيره يعني الوجود لا تقتضيه ذاته معا لازم المحال يعني الاحتياج وعدم الاحتياج. نعم. لانه الواجب بغيره يرتفع بارتفاع غيره والواجب بالذات لا يرتفع بارتفاع غيره لان الوجود الذاتي له فلو كان شيء واحد واجب من ذاته. وكان واجب بغير لزم اجتماع الناقضين وهو محال. اذا المسألة ليست استدلالية المسألة لانك في صدد القسمة بمجرد ان تقول للعقل في دائرة معاييره البنيوية تقول الموجود اما واجب واما آآ ممكن يعني واجب بالذات واجب بالغير. يقول فقط انا اريد ملاك القسمة بلاك لقسمة تقول لي احتياج يقول انتهى الأمر لاننا لسنا في صدد مسألة استدلالية. في في قسمة. قسمة فقط تحتاج الى وحدة المقسم ملاك القسمة لماذا وهذا الملاك القسمة يكون مناسبا للمعنى وللاقسام المترشحة فتترشح الاقصى اذا ترشحت للاقسام كان بينها عناد. يعني لا يتموضع قسم في مرتبة قسم اخر والا اختلت القسمة صار الواجب بالذات هو عين الواجب غير مسألة تحليلية بنيوية وليست مسألة استدلالية اذا هذه ليست استدلالات وانما هي تحليل للبنية. وانما امتنع الخلو بعدما ابطل الجمع الان يبين امتناع الخلو وانما امتنع الخلو عنهما لان الموجود ان كان واجبا صدق احد الجزئين احد الجزئين عليه آآ صادق احد الجزئين تقول اه الموجود اما واجب واما ممكن فصدق فصدق عليه اه موجودين واجب بالذات او واجب بالغير احسن صدق عليه الواجب بالغير انتهى الامر وان كان ممكنا يعني الموجود كان ممكنا يعني لا يقتضي الوجود بذاته استحال وجوده الا بعد وجوبه بالفاعل يعني يحتاج الى الغير على ما تقدم بينا هناك الوجوب بالغير قلنا الوجوب بالغير مهية لا تقتضي الوجود ولا تقتضي العدم. تأتي العلة بجميع مكوناتها اذا اكتملت وصارت علة تفيض الوجود. هذا الوجود المفرد يسمى الوجوب بالغير يعني صار واجبا ضروريا لكن بالغير بعلته. فيصدق الجزء الاخر يعني ماذا? الممكن اه فتقول الوجود اما واجب بالذات او واجب بالغير فاذا كنا في دائرة الواجب بالغير لا نكون في دائرة الواجب بالذات. واذا كنا في دائرة الواجب بالذات لا نكون اصلا في دائرة الواجب بالغير قالوا ويستحيل صدق الذات على المركب خاصية ثانية واجب الوجود وهي خاصية رائعة جدا اتصور ان المحقق التونسي سيستثمرها استثمارا رائعا في اثبات سبعة وعشرين صفة ظاهرا سلبية لله تعالى سيأتي ان شاء الله في محله ونبين هذه المسألة. من خواص الواجب ليس مركبا بسيط واذا كان مطلقا بساطته تكون مطلقة. واذا كانت بساطته مطلقة كان كل الكمالات اتتأسس القاعدة الذهبية بسيط الحقيقة كل الاشياء كمالا دونها سلبا. قاعدة ذهبية ورائعة اذا شئتم بحثا مفصلا عن هذه القاعدة بسيط الحقيقة كل الاشياء كمالا دونها نقصا. اكتب على الانترنت قاعدة بسيط الحقيقة ترجمتي انا ترجمة الشيخ فضيل الجزائري تقريبا في حدود اكثر من ربعين صفحة راقية جدا مقالة كتبها الشيخ محسن القنبي حفظه الله وانا لجمالها ولروعتها ترجمتها الى اللغة العربية اكتب على النت بسيط الحقيقة لمحسن قم بترجمة الشيخ فضيل الجزائري. تأتيك تستفيد منها ان شاء الله. نعم هذه خاصية ثانية للواجب الذاتي يعني واجب الوجود. وهو انه يستحيل ان يكون مركبا واضحا جدا. لان المركب يحتاج الى اجزاءه. فيخرج الواجب من دائرة الوجوب بالذات الى الوجوب بالغير. يعني الى الممثلات ويصير مخلوقا ممكنا</w:t>
      </w:r>
    </w:p>
    <w:p>
      <w:r>
        <w:t>فلا يمكن صدق الوجوب الذاتي على المركب ابدا لان كل مركب هذه هي الكبرى يفتقر الى اجزائه يحتاج الى اجزائه على ما يأتي سيعالج هذه المسألة فيما يأتي. وكل مفتقر ممكن فالواجب لذاته ممكن لذاته هذا خلف واجب بالذات وليس واجبا بالذات اذا من خواص الاساسية للواجب لا يكون مركبا فهذا رد على المسيحية التي تقول بالتثليت نعم. قال بعض المتأخرين مسألة سهلة جدا كل مركب يحتاج الى اجزائه. فاذا كان واجب الوجود مركبا احتاج الى جزاءه. والمحتاج خاصية لمن? خاصية للوجوب بالغير للممكنات للمخلوقات. وليس لواجب الوجود نعم. قال بعض المتأخرين هذه المسألة تتوقف على الوحدانية يعني اذا لم تؤمن التوحيد يعني تفرد الذات بمرتبة الالوهية لا يمكن ان تثبت هذا آآ هذه البساطة عدم التراكم. قال بعض المتأخرين لا ادري هذا آآ هذا المتأخر من هنا في التعليقات غير موجود من هو هذه المسألة تتوقف على الوحدانية لانه لو قال قائلون يجوز ان يكون كل واحد من اجزاء المركب واجب لذاته قلت لكم وهذه خذوها قاعدة المتأخرون عندهم وقت عندهم وقت وعندهم خيالهم مرتاح وبالهم مرتاح يتفننون في وضع الالفاظ العربي كان عنده هذه الجزيرة العربية من اليمن الى شمال سوريا وعنده ناقة وهذه الناقة ترعى وهو جالس ويضع الالفاظ للسيف يضع الف الف لفظ وللفرس يضع الف لفظ لانه باله مرتاح الان لا نحن نعيش في ظيق في الزمان والوقت فهذه الامور لا تأتي الى اذهاننا. نهتم فقط بما هو ضروري. قال بعض المتأخرين هذه المسألة تتوقف على الوحدانية. لانه لو قال قائلون يجوز ان يكون كل واحد من اجزاء المركب واجب يعني عندنا اه مركب عندو اجزاء كلو دوز واجب الوجود كما تقول المسيحية بالضبط نعم ويكون المجموع مستغنيا عن الغير يعني هو مركب وكل مركب كل جزء من المركب واجب. يعني اذا كان كل جزء واجب يعني يكون غني غير اه محتاج لنفرض مثلا المركب عنده اه ثلاثة اجزاء الف باء جيم كل جزء واجب الوجود يعني غني المجموع يكون غنيا وبالتالي برهنا ان المركب قد لا يكون محتاجا. نعم يقول هذه المسألة تتوقف على الوحدانية لانه لو قال قائلون يجوز ان يكون كل واحد من اجزاء المركب الف باء جيم واجبا لذاته يكون واجبا يكون مستغليا. ويكون المجموع مستغنيا عن الغير. اجبنا بان الواجب ذاته يستحيل ان يكون متعددا يستحيل ان يكون متعددا اه فائدة عقدية نحن في اقسام التوحيد عندنا التوحيد الاحادي الواحد الصفات الخالق الربوبي التشريعي الالوهي التوحيد في العبودية. هذه هي الاقسام الثمانية الاساسية في اقسام اخرى اخرى لكن ترجع في النهاية الى هذه الاقسام التوحيد في الواحدية يقولون عدم التعدد للالهة. يعني عندنا مرتبة الوهية الف لا يكون هناك باء وعندنا التوحيد قبل الواحدية والاحدية والبساطة. اذا التوحيد التوحيد الواحد متكئ على البساطة على التوحيد الاحادي. هذا عكسها قال يجب ان نثبت البساطة بالتوحيد الواحد لا ابدا واجب الوجود لا يتعدد ابدا. اذا تعدد تركب من كمال ونقص. وهذا هو اه التركب. فالله تعالى مبرأ من جميع اقسام التراكب حتى من الكمال والنقص لانك اذا فرضت الهين وهذا اله له كل الكمالات وهذا اله له كل الكمالات بنحو الاطلاق فحتم المدام تميز الاله الف تميز بكمال. غير موجود في الثاني. والثاني باعتباره الها جامعا لجميع الكمالات حتما تميز بكمال لانه متميز الكثرة الكثرة فرع التميز حتما له كمال ليس في الثاني فالاول يتركب من كمال ونقص والثاني يتركب من كمال ونقص وهذا التركب مستحل في الذات الالهية فالذات الالهية ببساطتها المطلقة تتفرد بمرتبة الوهية واحدة اذن التوحيد الأحد هو علة التوحيد الواحد. هذا يأتي ان شاء الله في الإلهيات بالمعنى الأخص قال ولا يكون الذات جزءا من غيره. اقول هذه خاصية ثالثة للواجب ظاهرة وهي ان الواجب لذاته لا يتركب عنه غيره وهو ظاهر. يعني الله تعالى لا يكون جزءا لشيء. جزءا لشيء ابدا لانه اذا كان جزءا لشيء احتاج الى الاجزاء الاخرى حتى يركب هذا المركب وهذا المركب يكون ارقى من الواجب. اعلى من الواجب. نعم والحق انه نعم اقول هذه خاصية ثالثة للواجب ظاهرة واضحة وهي ان الواجب لذاته يعني واجب الوجود. لا يتركب عنه غيره وهو ظاهر. يعني لا يكون الواجب جزءا من مركب. لان التركب اما حسي وهو ان انما يكون بانفعال كالمزاج المزاج تعروف الكيفيات الأربعة الرطوبة واليوبوسة والبرودة والحرارة. يأتي لاعتدال يعني الكسر والإنكسار الفعل والإنفعال فيعتدل المزاج. هذه امور مادية والله تعالى ليس ماديا او عقلي كتركب الماهية من الاجناس والفصول او من التلكم للكمال والنقص والكل ظاهر الاستحالة في الذات ماذا? لان الواجب اذا تركب صار ناقصان احتاج الى اجزائه واللهم صل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