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والحمد لله الله يا الله سبحانه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وفقنا الله واياكم لكل ما فيه خير وصلنا معكم الى المسألة السادسة والثلاثون لا زلنا في خواصي الواجب. قال ولا يزيد وجوده هذه مسألة ونسبته عليه والا لكان ممكنا هذه المسألة فلسفين رائعة جدا وخطيرة جدا وعقديا كذلك مهمة وخطيرة يمكن اثارتها في شكل هذا السؤال اذا حملنا الوجود على وجود واجب الوجود. تقول وجود واجب الوجود وجود. اليس كذلك وباللسان الديني الله وجود هناك فقط الله في سياق ديني وهنا في سياق فلسفي واذا شئت ان تعرف الفرق بين الله هو واجب الوجود يجب ان تعرف الفرق بين الدين والفلسفة الفلسفة تبحث عن قوانين الوجود. طبعا الانطلوجيا تبحث عن قوانين الوجود. يعني القوانين التي يخضع لها الوجود بجميع تجلياته في جميع ربوعه اذا هناك نتكلم بعنوان واجب الوجود الدين حق الهداية الله هو واجب الوجود في الفلسفة كل ما يثبت له الفلسفة في الدين موجود الى ان الدين لا يبحث عن الواقع. الدين ينقي الانسان يعني الهداية يوصله الى الحياة الطيبة هل ينطوي على موضوعات تكوينية تعالجها الفلسفة? اقول لك كل دين يجب ان يخضع لامرين يخضع لقوانين الكونية التي تبينها الفلسفة لان هذه كذلك حكمة الهية طبيعية طبيعية هنا بمعنى في مقابل الوحيانية وتخضع كذلك لمعايير العقل كذلك لانها حكمة الهية لا يمكن ان تجد في الدين الصحيح اللي موحى من الله تعالى قضية متناقضة اذا وجدت قضية متناقضة يعني المعايير العقلية ترفض ولا تجد كذلك مسألة دينية تخالف التكوين تخالف التكوين مثلا قانون السببية والمسببية لا تجد في الدين آآ خلافا لقانون السببية والمسببية ابدا ابدا لماذا? لاننا عندنا حكمتان حكمة وحيانية جاءت لهداية الانسان تنقية الانسان تنظيف الانسان. ايصال الانسان الى آآ الحياة الطيبة وعندنا حكمة طبيعية يعني طبيعية في مقابل آآ الوحيانية يعني تقتضيها طبائع الاشياء هذه كذلك حكمة الهية في تناغم تام بين الحكمتين نعم الا انه كل في سياقه نعم. هذه المسألة جدا خطيرة اذا حملنا الوجود على وجود الواجب بين قوسين الله تعالى  هل حمل الوجود على الله يعني الله تعالى كان خاليا عن الوجود ثم حملنا عليه عرض عليه الوجود عرض يعني لم يكن ثم عرض. هذه المسألة تبطل هذه هذا على التوهم هذه الدعوة مطلقا تقول في حمل الوجود على وجود الواجب الامر يختلف لان الوجود هو عين ذات واجب الواجب ليس ما هي الطاقة تقتضي لا تقتضي الوجود ولا تقتضي العدم. في عرضها الوجود لا ليس من هذا الصمغ ليس من هذا السوق. صحيح الوجود كما يعرظ وجود الواجب يعرظ وجود الحجر. وجود الانسان وسيأتي ان شاء الله ان الوجود معقول بالتشكيك. يعني بالشدة والضعف والمعنى واحد وهو طالبية العدم والتحقق الا ان في الواجب وجود واجبي في الحجر تحقق حجري في الانسان تحقق انساني هذه المسألة يجب ان نفهمها جيدا بمجرد ان تتوهم ان الوجود اه عارض على وجود الواجب يعني عارض يعني جاه من الخارج فالواجب يكون ممكنا شأنه شأن المخلوقات فيحتاج الى علم اذن الوجود الواجبي هو متن الوجود الواجبي. ذاتي له ولا يعطى طبعا هذا الحمل وجود الواجب وجود تحملون تحليلي في افق الذهن حتى نفهم هذا الحمل ونصل بتأملاتنا وبتوفيقات الله تعالى ان هذا الوجود هو متن الموضوع متن الموضوع  المسألة السادسة والثلاثون قال ولا يزيد وجوده اذا اردت ان تبين المسألة في البنية الدينية تقول وجود الواجب وجود هذا الوجود المحمول. يتكلم عن الوجود ليس زائدا على الوجود الموضوعي. يعني ما في عارض ومعروض حقيقي يحتاج الى ملاك خارجي يحقق هذا وابدا نعم الوجود مستل من الواجب ونسبته اليه ولا يزيد وجوده عليه ونسبته عليه يعني الوجود زائد ليس من متنه وينسب اليه لماذا يعني واذا كان الامر كذلك كان ممكنا والا فما هكذا وانت خبير بالمتون يعني لو كان الوجود عارضا ويحتاج الى الا تجعله آآ عارضا على الوجود الواجبي ومنسوب الى الوجود الواجب كانت الذات المقدسة لا تقتضي الوجود بامر خارجي صارت موجودة لكان امتنان قياس استثنائي اقول هذه مسألة تشتمل على بحثين. البحث الاول في ان وجود الواجب الوجود لذاته نفس حقيقته نفس حقيقته يعني عينوه ذاتي في وتقريره ان نقول لو كان قياس استثنائي بلقيس انني قلت لكم في بنية تكوينية وبنية معرفية. البنية التكوينية ما هي؟ يعني تكون القياس الاستثنائي. شرطية واستثناء. انتهى الامر البنية المعرفية بيان الملازمة واما اثبات المقدم او بطلان التالي. سطرها جيدا هادي عندك هنا يأتي الى البنية التكوينية والبنية المعرفية يجب ان نكشف البنية التكوينية اولا ثم البنية المعرفية لو كان وجود واجب الوجود لذاته زائدا على حقيقته لكان صفة لها فيكون ممكنا فيفتقر الى علة الان نفكك لك البنية التكوينية. يعني نستخرج الشرطية والاستثناء. انظر لو كان وجود واجب الوجود لذاته زائدا على حقيقته هذا آآ جزاء لكان صفة له كان لكان صفة لها لمن لذاتهما فيكون ممكنا فجزاء يعني لو قال لا احسن لينا نقول لو لو جبلة لو كان لان لو تفيد الامتناع للإمتنان لو كان وجود واجب الوجود لذاته زائدا على حقيقته لكان صفة لها لكان ممكنا لا كان ممكنا الممكن طبيعته في حبل الوجود عليه يفتقر الى نعم يفتقر الى علة. فافتقر الى علة وافتقار الواجب لعلة باطنة والبطلان التالي بطلان التالي اه فيفتقر الى علة بطلان التالي نعم فبطلان التالي فيه الإستثناء يعني تمت البنية التكوينية بشرطية وباستثناء ثم بطلان التالي بقي فقط بيان الملازمة ما الملازمة بين كون الوجود عارضا على الذات المقدسة فيكون فتكون الذات المقدسة ممكنة فتلك العلة اما ان تكون نفس حقيقته يعني الله تعالى يعطي الوجود لنفسه يلزم الدور وهو محال يعني مبدأ التناقض او شيئا خارجا عن حقيقة الذات المقدسة فيكون الواجب ممكنا مخلوقا. والقسمان باطنان اما الاول كيف يكون الذات تكون الذات المقدسة مفيدة للوجود على نفسها محال. يلزم تقدم شيء على نفسه يلزم الدور يلزم مبدأ التناقض. اما الأول فلان تلك الحقيقة اما ان توفر فيه وهي موجودة او تؤثر فيه وهي معدومة يشقق في امور جدا بديهة وواضحة تخيل ان الذات المقدسة في عروض الوجود عليها تحتاج الى علة تعطيه هذا الوجود. هذه العلة اما مؤثرة واما ليست مؤثرة ليست مؤثرة يعني وجودها وعدمها سواء هذا لغم في وجودها ولا يمكن ان تفيض الوجود على الذات المقدسة اذا كانت له مؤثرة وهي واجبة فعندنا واجبان المفيض للوجود وكاسب الوجود لازم التعدد في واجب الوجود وسيأتي التوحيد لا تعدد في واجب الوجود. ويلزم كذلك ان واجب الوجود يقبل الوجود فيكون ممكنا فقيرا الى علة. هاي المسألة فقط. اما الاول فلان تلك الحقيقة المفيضة للوجود على الذات المقدسة. على واجب الوجود. اما ان</w:t>
      </w:r>
    </w:p>
    <w:p>
      <w:r>
        <w:t>توفر فيه في واجب الوجود وتعطيه الوجود وهي موجودة او تؤثر فيه وهي معدومة لا شيء. فان اثرت فيه وهي موجودة فان كانت موجودة بهذا الوجود لزم تقدم الشيعة على وان كان بغير هذا الوجود عاد البحث اليه ويلزم وجود المهية مرتين سبعين مرة والجميع باطلون وان اثرت فيه وهي معدومة كان المعدوم مؤثرا في الموجود وهو باطل بالضرورة اذا لم تؤثر لانها معدومة فهذا لا معنى له كيف المعدوم يفيض الوجود على الواجب تعالى المسألة سهلة جدا انت مع واجب الوجود واجب الوجود يعني غني. غنى مطلق اذا فرظ علة خارجية مهما كانت واجبة الوجود كانت لا يهم تفيظ الوجود خلاف الفرض خلاف البنية نعم مع الاسف واما الثاني فلانه يلزم منه افتقار واجب الوجود في وجوده الى غيره فيكون ممكنا يعني لا يقتضي الوجود بذاته وهو محال لماذا? لانه فرض واجبا. فيكون واجبا وليس بواجب مبنى التناقض وهذا دليل قاطع على هذا المطلوب اصلا لا يحتاج الى هذه الادلة صدقوني هوس الاستدلال هو الذي دمر العلوم دمر العلوم. في نقاش للعلمي انت تطرح مسألة ما هو الدليل? ومسألة تكون بنيوية شهودية وهو يدمرك ما هو الدليل ما هو الدليل? تصوروا اه احد العلماء الكبار لا اذكر اسمه احتراما له. من كبار العلماء يريد يستدل على وجود الشمس هذه الشمس التي نعاينها اولا الشمس جزئية لا تخضع للبرهان والاستدلال هذا اولا سلمنا انها تخضع للدليل والبرهان الشمس التي نعاينها يقول الشيء اما موجود ومعدوم. يعني مبدأ التناقض. يعني الشي يدور بين الوجود والعدل اذا انت اذا اردت ان تثبت الوجود يجب ان تبطل ان الشيء ليس معدوما اليس كذلك او بالعكس انت تريد تثبت الشمس سلمنا ان الشمس موجودة يجب ان تبطل انها ليست موجودة. ويقول وانا اشاهدها موجودة. يعني ليست معدومة. فثبت وجودها. وانا اشاهدها موجودة. فثبت وجودها. اليس هذا تحصين للحاصل? هوس الاستدلال عند البعض يجعله يستدل على كل شيء. يستدل على كل شيء. على البنية على الشهود على على العلم الحضوري على انعاينه وهذا خطأ كبير يشوش الدين تشويشا كبيرا مثل هذه المسألة انت صادرت على واجب الوجود. بنيويا واجب الوجود وجوده ذاتي له من صميمه انتهى الامر الا اذا قلت هذه تنبيهات تنبيهات تدخلك في متاهات ما هو واضح وجلي يصير غامضا ومبهما اذا الوجود في واجب الوجود في وجود واجب الوجود الذاتي له وهو الذي يكون مصدر للوجود في المخلوقات نعم وهذا الوجود ثابت له بالوجوب بالضرورة انه ذاتي له واذا قلنا يثبت له الوجود الوجود من باب التحليل يثبت له يعني في ثابت ويثبت له. يعني عندنا اثنينية عندنا موضوع محمول. هذا في باب البنية الذهنية. في باب التحليل الفهمي والا في الواقع ما عندنا اه ما عندنا اثنينية عندنا ذات واحدة طاردة لعدمها بالظرورة نعم البحث الثاني في ان الوجوب نفسه اه حقيقتي ليس الوجوب الوجود نفسه حقيقته وهذا الوجود مادته واجبة بالظرورة. يعني الدقة العلمية لا تقول في ان الوجوب نفس حقيقة الوجود نفس حقيقته. غاية الامر ان هذا الوجود شديد فالعبير العبارة هكذا الوجود الشديد الذاتي له وقد تقدم بيان ذلك فيما سلف. نعم اذا الوجود في الذات المقدسة الذاتي له لا يمكن ان يعطى له واذا حللنا هذه الواقعية وقلنا وجود الواجب وجود من باب التحليل. هذه ثنائية تحليل ايليا. اما المخلوقات لا ماهيات لا تقتضي الوجود ولا تقتضي العدم. اذا عارض عليها الوجود يأتي الوجود ببركة علتها هناك يتم العروض فالوجود لا يكون ذاتيا لها. وانما معطى مفاض  ضرورته بالغير اقول والوجود المعلوم هو المقول بالتشكيك اما الخاص به فلا هذه مسألة معرفية مسألة معرفية انت اذا تأملت كل الوجودات بدون استثناء من الذات المقدسة يعني من اله باللسان الديني الى الحجر كلها تشترك في التحقق التحقق التحقق التحقق. ما معنى التحقق? يعني انت تشاهدها ليست عدما متحققة يعني طاردة لعدمها هذا الاشتراك المعنوي بينا ان الوجود يطال جميع جميع الوجودات بالاشتراك المعنوي يعني بمعنى واحد ثم المشترك المعنوي قلنا يقسم بلحاظ سريانه في مصادقه او لحاضي صدقه على مصاديقه او بلحاظ حمله على مصادقه عبر كما تشاء هناك يقولون بالتشكيك يعني يحمل بمعنى واحد ولكن بشدة وضعف. اولية وعدم اولية واولوية عدم اولوية اذا الوجود نعم في معناه مشترك معنوي التحقق وفي الحجر التحقق لا فرق لكن في الواجب يصدق عليه بالوجوب اين الثرى من الثري? نعم مشكك والوجود المعلوم يعني مفهوم الوجود هو المقول يعني الذي يصدق يطال ويحمل بالتشكيك بالتشكيك يعني قلنا بالتفاوت بلا كتافة وتشدها وظعف اولية وعدم اولية اولوية عدم اولوية اذا طبقت على على الذات المقدسة الله وعلى مخلوق من المخلوقات كجبرائيل مثلا تقول ذات المقدسة وجود جبرائيل وجوده ما معنى الوجود? يعني التحقق التحقق تساوي في التحقق لكن آآ التساوي في التحقق ولكن في نوعية التحقق هذاك مخلوق وذاك خالق. فالوجود في الذات شديد في جبرائل ضعيف في الذات المقدسة اولى بجبرائيل ليس اولى بعد بعد الله تعالى والاولوية يعني الاسبقية في ذات المقدسات ثم تصل النوبة الى اه جابرائيل في وجوده. هذا هو التشكيك. نعم. اقول هذا جواب من استدل على زيادة الوجود في حقه واجب الوجود كما ادعى هذا الادعاء العجيب والغريب وتقرير الدليل الفخر الرازي يصر على هذه المسألة بقول السيد الاشتياني هذا المحقق الكبير نقول مخ الفخ الرازي فيه الصابون دير الصابون كلما يأتي شيء يزرق ما يستقر في مخه يروح فيه الصابون كل ما يأتي المطلب ما يستقر في مخه اه يزرق ويروح كيف انت تقول ان الوجود مشترك معنوي بين الذات المقدسة ومخلوقاتها وبالتواطؤ. هذا معقول بمعنى واحد نعم ولكن بالتفاوت. هذا الفخ الرازي يصر على ذلك في كتبه كما ذكر حسن زاد العمري في التعليق اقول هذا جواب من استدل على زيادة الوجود في حق واجب الوجود. لان المحقق توصي في الدراسات العقدية دائما ينظر الى الفخ الرازي. اخر الاشاعرة في زمانه وتقرير الدليل ان نقول ماهيته تعالى غير معلومة للبشر على ما يأتي ماهيته هويته طبعا غير معروفة للبشر ما عرفناك حقا معرفتك والوجود معلوم ينتج من الشكل الثاني ان المهي غير الوجود هذا استدلال الفخر او من قال بهذا القول الشكل الثاني. الشكل الثاني دائما تأتي به اذا اردت نتيجة سلبية تقول الله اه ليس بمتحيز والجسم متحيز الله ليس بجسم فلسفة الشكل الثاني هو هذا انتاج السالبة بنيته هويته تأتي بموضوعين موظوع له خاصية لا تنفك عنه وموضوع ثان منفي عنه هذه الخاصية فتكتشف من هذه العملية ان الموظوع الاول يبين الموضوع الثاني. هذه هي فلسفة الشكل الثاني. نعم هنا اه الفخ الرازي او غيره يأتي بهذا القياس دقق جيد</w:t>
      </w:r>
    </w:p>
    <w:p>
      <w:r>
        <w:t>ما هي ليست معلومة هذه المقدمة الاولى والوجود معلوم ما هي ليست معلومة اه المحمول الواحد ما هو? المعلومية في الماء في ماهية الله تعالى ليست معلومة هذا هو مسلوب عنه المعلومية والوجودية العدم التحقق. معلوم اذا ماهية الواجب غير الوجود هذا هو الشكل الثاني اذا ما هي الواجبية? ليست معلومة الوجود معلوم اشترك اشترك الذاتان يعني ذات الذات المقدسة. والوجود في محمول واحد بالسرب واحد بالايجاب. اذا دليل على تباين الهويتين. اما هي غير الوجود هذا استدلال من? استدلال الفقر او من ينحو نحوه نعم يقول وتقرير الجواب عنه ان نقول انا قد بينا ان الوجود معقول بالتشكيك المحقق التونسي يفهم التشكيك هذا غاب عن ومن ينحو نحوه لا يفهمون ان المعنى دقق جيد. المعنى ان المفهوم اما يصدق الاشتراك اللفظي يعني معاني متعددة تشترك فقط في لفظ المفهوم او المعنى واما مشترك معنوي يعني وحدة المعنى مثل الوجود الوجود هو التحقق في الواجب في جبرائيل في الانسان في الحجر في في النمر في الاسد في النبات كلها تحقق تحقق. لكن الاشتراك المعنوي لا يقف هناك يقسم بلحاظ الصدق الى مشكك ومتواضع في الوجود من سلخ المشكك وليس المتواطئ لانه اذا صدق الوجود على جميع المخلوقات بالتواطئ صارت في حاجة هي الواجب والواجب هو الحجر تداخلت كل المخلوقات وتداخلت حتى مع الواجب نعم انا قد بينا ان الوجود معقول بالتشكيك. قلت لكم كل الحيثيات مقولة بالتشكيك. ليس فقط للوجود على ما تحته بالتشكيك مقول بالتشكيك على ما تحته يعني يصدق على ما تحته. يعني بلحاظ الصدق المعنى الواحد اذا طبق على مصادقه قد يطبق بالتواطؤ يعني التساوي قد يطبق بالتشكيك يعني الشدة والضعف والاولية وعدم الاولية والاولوية وعدم الاولوية انا قد بينا ان الوجود مقول بالتشكيك على ما تحته يعني المصاديق والمقول يعني المحمول على اشياء بالتشكيك يمتنع ان يكون نفس الحقيقة او جزءا منها جدا جميل طبعا هذا البحث مبني على اصالة المائية. اذا كل الهويات التي تتصف بموصوفات هذه الموصوفات بالتشكيك لا تكون هي المهيد نعم لا تكون هذه الميات فالمهيات غير الوجود لكن في الذات المقدسة باعتباره لا ماهية له وجوده عين ذات ذاتي له ذاتي له نعم اذا الحيثيات ليست من صنخ الماهيات. هذا معنى هذا الكلام باللسان الحديث باللسان الفلسفي الحديث نعم انا قد بينا ان الوجود وكل الحيثيات بين قوسين معقول يعني يصدق بالتشكيك قلنا ملاك التشكيك ما هو? على ما تحته يعني المصادق والمعقول يعني المحمول على اشياء والمقول مبتدأ على اشياء بالتشكيك على اشياء بالتشكيك كيك يمتنع ان يكون نفس الحقيقة او جزءا منها. يعني الحيثيات ليست من سلخ الماهية ولا من صنخ الجنسي والفصل نعم تقول الانسان واحد علة متقدم متأخر هذه الحيثيات لا تكون هو الماهية ولا جنس ولا فصل قاعدة قاعدة ذهبية بل يكون دائما خارجا عنها معروض عن المهيأ لا هو الماهية ولا اجزاء المائية من جنس وفاصل لازما لها. لازما يعني آآ لا ينفك كالبياض تنظير تمثيل كالبياض. المقول يعني المحمول على بياض الثلج. وبياض العاج وبياض القطن وبياض الحليب وهكذا لا على السواء لا على السوء يعني بالتشكيك يعني بالتفاوت نعم في في موظوع شديد في موظوع ظعيف فهو ليس بما هي البياض ليس بما هي ولا جزء ما هي ما هي لهما لكن حين الصدق حين الصدق يعني الابيضية وليس البياض البياض الناعت وليس البياض كعرض لان العرب لا يجري فيه التشكيك لانه ما هي. الابيضية كما بينا. التشكيك يجري في الاتصاف. وليس في البياض. يعني في الابيضية بل هو لازم من خارج وذلك لان بين طرفي التضاد الواقع في الالوان انواعا من الالوان. لا نهاية لها بالقوة ولا اسامي لها بالتفصيل. يقع على كل جملة منها اسم واحد بمعنى واحد كالبياض الحمرة والسواد بالتشكيك ويكون ذلك المعنى لازما لتلك الجملة غير مقوم. يعني خارج المحمول هذه المسألة تذكرني بشرح الاشارات لما كنا ندرس شرح الاشارات المحقق الطوسي اتى بمثال الالوان وانا في تصوري العقل البشري قفزا لمفهوم التشكيك. يعني ابتكر مفهوم التشكيك او اكتشف حيثية التشكيك لما تأمل في هذه الامور ومنها الالوان خود نتا الألوان من السواد الى البياض طيف كبير من الألوان اللون الواحد الأزرق مثلا كذلك ممتط يعني ممتد متمطط يعني فيه الأزرق داكن فيه خفيف فيه الأزرق المائي فيه الأزرق السماوي السماوي يعني حتى اللون الواحد فيه اطياف وكذلك الاصفرار اللون الاحمر والاصفر انت الآن تريد تعطي اسما للجميع تقول اللون هل اللون يصدق عليهم بالتساوي الا بالتشكيك خذ فقط اللون الأزرق كم له من مراتب متفاوتة ممكن عشرين مرتبة ممكن تلاتين مرتبة ممكن عشرة فهل الازرق يصدق عليها بالتساوي والتواطؤ لا انت بالبداهة تجد هذا غير صحيح. الازرق الداكن غير الازرق الخفيف غير الأزرق في السماء فوجدوا التفاوت يعني وحدة وكثرة وحدة وكثرة. اينما يكون الوحدة والكثرة. يعني التشكيك. يعني التفاوت في الدواء ضعف فهذا تنظير فقط من العلماء الحل رحمة الله عليه يقول وذلك لان بين طرفي التضاد الواقع في الالوان يعني بين السواد والبياض انواعا من الألوان يعني الأصفر والأزرق والبنفسجي وو لا نهاية لها بالقوة يعني تمتد قابلة للتمدد ولا اسامي لها بالتوصيل يقع على كل جملة منها اسم واحد بمعنى واحد كالبياض والحمرة والسواد بالتشكيك ويكون ذلك المعنى لازما لتلك الجملة غير مقوم. يعني خارج عنها. فكذلك الوجود في وقوعه على وجوب الواجب وعلى وجود الممكنات المختلفة بالهويات التي لا اسمى لها لها بالتفصيل. فانه يقع يعني الوجود مفهوم الوجود يقع عليها يعني يصدق عليها وقوع لازم خارجي. يعني حيثية غير مقاوم لا من جنسها ولا من فصلها ولا من هويتها. فالوجود يقع على ما تحته فالوجود يقع على ما تحته بمعنى واحد. يعني الاشتراك المعنوي لكن بالتشكيك لان الاشتراك المعنوي اما متواطئ ومبي التشكيل ولا يلزم من ذلك تساوي ملزوماته يعني ليس التواطؤ التي هي وجود الواجب ووجود الممكنات في الحقيقة لان مختلف مختلفات الحقيقة قد تشترك في لازم واحد نعم لكن هذا الاشتراك اشتراط تشكيكي شدة وظائف فالحقيقة التي تدركها العقول هي الوجود الخاص المخالف لسائر الوجودات بالهوية. الذي هو المبدأ الاول والوجود المعقول هو الوجود العام. لازم لذلك الوجود وسائر الوجودات وهو اول التصور. يعني يريد يفكك بين الوجود العام والوجود الخاص تقول وجود الواجب وجوده. وجود الخاص هو الوجود الواجب والوجود العام هو المحمول. وجود الانسان وجود خاص ووجود المحمول وجود عام. فرق نعم والوجود المعقول هو الوجود العام اللازم لذلك الوجود. يعني الوجود الواجبي الوجود الانساني الوجود البقري. وسائر الوجودات وهو اولي التصور. يعني بديهي وادراك لا يقتضي ادراك الملزوم بالحقيقة يعني اذا ادركت ان الله متحقق لا يعني انك تدرك حقيقة الله. والا لوجب من ادراك الوجود ادراك جميع الموجودات الخاصة</w:t>
      </w:r>
    </w:p>
    <w:p>
      <w:r>
        <w:t>وكون حقيقته تعالى غير مدركة وكونوا الوجود مدركا يقتضي المغايرة بين حقيقته تعالى والولوج المطلق لا الوجود الخاص به تعالى وهذا التحقيق مما نبه عليه به من يرفي التحصيل والمحقق التونسي عمقه في الحصة القادمة ان شاء الله نعيد المطلب ونعمقه لان الوقت انتهى انا شعرت بالضيق في البيان والسلام عليكم ورحمة الله وبركاته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