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السلام عليكم ورحمة الله وبركاته. وفقنا الله واياكم لكل ما فيه خير وصلنا الى مطلب حساس جدا وانا بينته مضغوطا في اخر الوقت لان الوقت دهمني الان عندنا وقت نبينه بطريقة رائعة انت الان خذ مثالين وجود واجب الوجود وجود عندك وجود موضوعي ووجود محمولي سلمنا وعندنا وجود الانسان وجود ووجود الانسان وجود كمثال بنحو الطريقية بقول الحوزويين. يعني ممكن تمثل بوجود الحجر بوجود جبرائيل لا يهم وجود الإنسان وجوده هنا عندنا وجود موضوعي هو الذات الالهية وها متصفية بالوجود تقول وجود الواجب وجوده يعني ثبت لها الوجود وعندنا وجود الانسان وجود ثبت له الوجود هنا يجب ان ندقق المسألة في المسألة جيدا. اولا هذه الثنائية وجود الواجب يعني الوجود الموضوعي والوجود المحمول. والوجود الانساني والوجود المحمول وجود الانسان ووجود. كل هذه في افق الذهن. للتحليل والفهم والتواصل اما في الحقيقة عندنا واقعية واحدة السؤال الفخ الرازي وغيره يريد ان يبين ان الوجود غير الموضوع غير الوجود الموضوعي فنقع في مشكلة ان الوجود يكون عارضا على الوجود الواجبي فنقع في مشكلة يحتاج الى علة فيجب ان نحلل هذه المسألة الوجود الذي يقع في المحمول يحمل على واجب الوجود ويحمل على الانسان بمعنى الواحد وهو طالبية العدم التحقق اشتراك معنوي الاشتراك المعنوي قلنا بلحاض صدقه على مصادقه وباعتبار حمله معقول يعني محمول باعتبار حمله على مصادقه لا يكون بالتواطؤ بالتساوي لان اين الوجود الانساني من الوجود الواجبي حصلنا بوقايسة بين واجب الوجود وبين مخلوق ضعيف العقل البشري اكتشف مقولة التشكيك ما معنى مقولة التشكيك? يعني عندنا معروض محمول يصدق على مصديقه ويحمل على مصادقه نسب التواطؤ بالتفاوت بشدة والظعف ونظر لهذا المحقق الطوسي في شرح الإشارات بالألوان عندك انت السواد وعندك البياض ثم العنوان المتعددة التي لا تنتهي واذا اخذت لونا واحدا كالازرق او الاحمر حتى هو تجده منبسطا في اه مراتب متعددة اذا هل اللون يصدق على جميع هذه المراتب اللونية بي على وتيرة واحدة بالتواطؤ بالتساوي الا ابدا. عندنا الاحمر الداكن وعندنا الاخضر الاحمر الخفيف. والاحمر المتوسط عندنا الازرق الداكن وعندنا الازرق المتوسط والخفيف اذن في شدة وضعف اللونية على مستوى الازرق وعلى مستوى الاحمر وعلى مستوى جميع الانواع اذا هنا التواطؤ ارتفع فاكتشف الدين حقيقة وجودية ما هي? ان بعض الاوصاف في مرتبة شديدة وفي مرتبة ضعيفة فاراد ان يعطي المصطلح لهذه الحقيقة لي تنافي التواطؤ تنافي التواطؤ. التواطؤ مثل طه انسان ليلى انسان خالد انسان بلا انسان علي انسان كلها متواطئة لا تقل طه ليس بانسان عنده جزء انساني وجزء جني. لا لا لا كله طبيعة انسانية. ليلة كلها طبيعة انسانية بلال كلو طبيعة انسانية علي كلو طبيعة انسانية هذا يسمى التواطؤ يعني التساوي الانساني في ذواتهم اما انت اذا جيت الى الالوان هل تجد هذه الحقيقة? لا الأزرق الداكن شديد في لونيته وفي في اللون الأزرق واللون الخفيف يعني الأزرق الخفيف والمتوسط فوجدوا التواطؤ هنا اختفى لا يصدق عليها التساوي في اللونية فابتكروا هذا العنوان الجديد هو التشكيك دقق جيدا في هذا الاكتشاف الخارق. فاكتشفوا ان بعض الحيثيات او بعض الصفات او بعض المحمولات تصدق على ما تصدق عليه بالتفاوت ملاك التفاوت شدة وظعف اولية عدم اولوية اولوية عدم اولوية الوجود من هذا السنغ اذا حمل على ما يحمل عليه من مصادق واذا قيل على المصاديق من المقولة المقولة يعني المحمول المقولة يعني المحمول لا يصدق على بالتواطؤ يصدق بالتفاوت في الواجب شدة لا نهاية لها. في جبرائيل شدة معتبرة قوي امين في في انا وجود ضعيف في الحجر اتعس مني انا لا يتحرك ولا يدرك اذا هذا الوجود نعم كله تحقق. لكن في صدقه على مصادقه بالتفاوت يعني بالتشكيك هنا في الرد على الفخ الرازي في استدلاله على ان اه الوجود غير اه الذات الالهية قال الذات الالهية معلومة والوجود غير معلوم. اذا الوجود غير الذاتي الهية عجيب الوجود ذاته وزيد معقول بالتشكيك الله تعالى يشترك في معنى الوجود وليس في صدق الوجود على ذاته في معنى الوجود هو التحقق نعم الله تحقق يعني طارد لعدمه والحجر طارد لعدمه وهذا لا يزيد الحاجة لا يزيد الحجر شرفا لأنه في حيثية اما في نحو نحو الصدق فالواجب شديد لا شدة تناظره وتماثله وفي المخلوقات ضعيفة معطات هذه الحيثية ويمثل فقط باللون كما بينت لكم. الان نعيد التقرير بدقة ونفكك كل كلمة وما تنطوي عليه من معنى. وتقرير الجواب عنه ان نقول. الجواب عن استدلال الفقر الهوية الإلهية ليست معلومة الوجود معلومة العدم فالهوية الواجبية غير الوجود فثبت ان الوجود غير الذات المقدسة  وتقرير الجواب عن هذا الاستدلال الذي اثاره الفخر ان نقول ان قد بينا ان الوجود الوجود المحمولية الوجود المحمول ليس الموضوعات الوجود المحمول. تقول الو الانسان وجود. الله وجود. الشجر وجود. هذا الوجود المحمول معقول يعني محمول بالتشكيك بينا التشكيك يعني بالتفاوت يعني بالشدة والضعف والأولية وعدم الأولية والأولوية وعدم الأولوية. على ما تحته يعني على المصاديق معقول بالتشكيك على ما تحته يعني محمول على مصادقه بالتفاوت شدة وضعف اولية وعدم اولية اولوية وعدم اولوية. والمقول هنا مبتدأ والمقول يعني المحمول على اشياء متعددة بالتشكيك بشرط ان يكون بالتشكيك يعني بالتفاوت يمتنع ان يكون نفس الحقيقة او جزءا منها لان الماهية غير مشككة ولا الجنس مشكك ولا الفصل مشكك قاعدة اذا كل المحمولات التي تحمل بالتشكيك لا تمثل الهويات وانما تعرض الهويات تعرض الهويات بل يكون دائما دائما قاعدة كلية خارج عن هذه الهويات والحقيقة لازما لها نعم لازم لازم لا ينفك لا ثم ينظر كالبياض يعني اللون البياض المعقول يعني المحمول على بياض الثلج ماذا تقول? تقول الثلج بياض ام ابيض هل تجيب ثلج بياض ولا الثلج جوهر والبياظ عرظ ولا معنى لان يكون الجوهر عراظا نقول الثلج ابيظ يعني نأتي للاشتقاق يعني صفة البياض. البياض يعطيه نعتا ذلك النعت يتصف به الثلج وليس البياض. يعني الابيضية تقول الثلج ابيض والعاج ابيض والحليب ابيض والسكر ابيض وو ومن المصادق لا على السواء لا على التواطؤ لا على التواطؤ نعم فهو ليس بما هي? اذا الابيضية ليست ما هي ليس البياض الابيضية ليس بما هي يعني ذلك النعت الوجود النعت ولا جزء ما هي لهما للثلج والماء والحليب والعاج والقطن والسكر والملح وهكذا بل هو لازم من خارج. يعني عرض ذاتي عرض تحليلي حيثية نعم وذلك لان بين طرفي التضاج الواقع في الالوان السواد يضاد البياض والبياض ضد السواد والوان لا نهاية لها بالقوة يمكن لك ان تقسم ما شئت من الالوان</w:t>
      </w:r>
    </w:p>
    <w:p>
      <w:r>
        <w:t>وذلك لان بين طرفي التضاد الواقع في العنوان انواعا من الانوال لا نهاية لها بالقوة بالقوة يعني يمكن ان تجد مراتب ومراتب في لون واحد فقط ولا اسامي لها بالتفصيل لا يمكن ان تعطي لكل مرتبة من مراتب اللون الأحمر اسمان تتعب تحتاج الى قاموس في خمسين الف مجلد فماذا تفعل تأتي بمقولة التشكيك تقول الاحمر معنى واحد كيف يطالع هذه المصاديق المنبسطة قد تكون عشرين مرتبة ممكن تكون مية مرتبة لون احمر انت تفككه الى مراتب داكنون اقل في هذا اقل دكانة مثلا وهكذا تأتي بحل وهو التشكيك تقول الأحمر معقول بالتشكيك يعني شدة نعم ولا اسامي لها بالتفصيل يقع على كل جملة منها اسم واحد بمعنى واحد. كالبياض والحمرة والسواد بالتشكيك ويكون ذلك المعنى لازما لتلك الجملة غير مقوم. ليست في هويتها لا ما هي ولا جنس ولا فواز فكذلك الوجود بعدما بين لك بالالوان والتشكيك معناه ما معناه انه خارج عن الذات حيثية عرض ذاتي ياتي ويطبق على مفهوم الوجود مفهوم الوجود يعني الوجود المحمول كيف يصدق على الواجب وعلى الانسان والحجر? هل بالتواطؤ ام بالتشكيك? يقول بالتشكيك ويكون اه عرضا تحليليا. نعم. فكذلك الوجود اكتب مفهوم الوجود. يعني الوجود المحمول في وقوعه يعني في حمله على وجود الواجب. ماذا تقول? وجود الواجب وجود نعم وعلى وجودات الممكنات يعني وجود الانسان وجود وجود البقر وجود وجود الماء وجود وجود الحجر وجود. المختلفة متنوعة بالهويات انسان بقر ماء جبل جبرائيل التي لا اسمى لها لا اسمى لها الأسماء لها بالتفصيل فانه مفهوم الوجود يعني الوجود المحمول يقع يعني يحمل عليها على هذه الاشياء وهذه الواقعيات وقوع لازم خارجي. لازم الخارجي يكتب حيثية نعم غير مقوم لا ما هو لا هو ما هي ولا جنس ولا فصل نعم فالوجود يقع على ما تحته بمعنى واحد يعني اشتراك معنوي ولا يلزم بذلك التساوي يعني اذا كان معنى واحدا يكون متواطئا لا من قال يكون مشككا ولا يلزم من ذلك التساوي ملزوماته التي هي وجوب الوجود ووجود الممكنات في الحقيقة يعني التواطؤ في الحقيقة لا ابدا لان قلنا المعنى اما مشترك لفظي واما مشترك معنوي. المشترك المعنوي يعني لفظ واحد لمعنى واحد. باعتبار الصدق والانطباق على مصادقه قد يكون متواطئا وقد يكون مشككا الوجود من صنخ المشكك نعم لان مختلف مختلفات الحقيقة قد تشترك في لازم واحد نعم واجب الوجود يشترك في الوجود. الحجر يشترك في الوجود. الإنسان يشترك في الوجود فالحقيقة التي تدركها العقول هي الوجود الخاص المخالف لسائر الموجودات بالهوية. يعني الوجود الخاص بالواجب يخالف الوجود الشجري. الوجود الانساني الوجود الحجري. مع اشتراك في حيثية بالاشتراك المعنوي وهي حيثية التحقق الذي هو المبدأ الأول والوجود المعقول هو الوجود العام والوجود المعقول يكتب الوجود المحمولي الوجود العام الذي يصدق على كثيرين بالتشكيك. وهو الوجود العام اللازم لذلك الوجود يعني الوجود الواجب وللسائر الوجودات. كيف? تقول اه ذات المقدسة وجود الانسان وجود. الشجر وجود. الحجر وجود عندنا هويات وعندنا وجود محمول معقول عام يصدق عليها كيف يصدق بالتواطؤ? لا يصدق بالتشكيك نعم نعم فالحقيقة التي لا تدركها العقول هي الوجود الخاص المخالف لسائر الوجودات بالهوية. هذه لا تدركها انت لا تدرك الوجود الالهي الذي هو المبدأ الاول يعني الخالق الاول والوجود المعقول ما الفرق بينه وبين وجود المعقول? يعني الوجود المحمول الوجود المحمول حيثية فقط طردية العدم موجود حتى في الشجر في الحجر وهو الوجود العام يعني هذا الوجود المعقول هو الوجود العام اللازم لازم يعني يعرظ تلك الوجودات بتنوعها. لذلك الوجود يعني الوجود الواجب وسائر الوجودات وهو اول التصور يعني بديهي مفهوم الوجود بديهي نعم يعني التحقق وادراك اللازم يعني اذا ادركنا ان الذات المقدسة موجودة طاردة عدمها متحيفة بالتحقق لا يقتضي ادراك الملزوم لا يعني انك تدرك الذات المقدسة في ذاتها تدرك فقط انها متحققة اما هويتها ما هي؟ لا يمكن لا يقتضي ادراك ادراك الملزوم بالحقيقة والا لوجب من ادراك الوجود العام ادراك جميع الوجودات الخاصة اذا اذا تقول انا ادرك الشجرة هنا في امران يجب التركيز عليهما. مرة تتكلم عن كونه الشجرة هذا لا يمكن لا مرة تقول لا انا ادرك انها متحققة ليست معدومة. نعم هذا يمكن نعم نعم وكونه حقيقته تعالى غير مدركة ويكون الوجود مدركا يقتضي المغايرة بين حقيقي حقيقته تعالى والوجود المطلق. الوجود العام الذي هو التحقق. لا الوجود الخاص به تعالى وهذا التحقيق ما نبه عليه باهمنيار في التحصيل والمحقق الطوسي بالتفصيل في شرح الاشارات اذا نحن ندرك واجب الوجود? تقول نعم ندرك في اي بعد ندرك انه متحقق اني كائن. تحت امر اما كون واجب الوجود لا يمكن فاذا انت تدرك تدرك حيثية التحقق هذا الوجود العام هذا الوجود العام نعم حتى الواقعيات المحدودة الممكنة المخلوقة لا نصل الى كونها. هذا ادعاء كبير لكن نوض ندرك بعض خواصها يعني لواء لوازم هذه الحقيقة نعم ان نكون وافل علينا هذا وجود اه كون هي لا يمكن ادراكه. اذا اذا قال قائلون انا ادرك واجب الوجود. ماذا يقصد انه متحقق? يعني طارد لعدمه كل الأدلة التي تثبت وجود الله تعالى يعني تثبت انه متحقق لأنه كائن لا تثبت كونه آآ قاته فاذا قلت وجود الواجب يعني وجود الله باللسان الديني. وجود عندك كم بعد؟ بعده. وجود موضوعي وجود خاص وجود وجود محمولي ووجود عام. كما يطال الواجب يطال الحجر. يطال جبرائيل فانت اذا قلت انا ادرك واجب الوجود يعني تدركنا متحقق. لا تدرك وجوده الخاص ان لك ذلك. مستحيل مستحيل على عقل محدود ان يدرك كونوا واجب الوجود اذا هذا القياس من من الفخ الراسي الرازي انا الهوية الإلهية معلومة اه ليست معلومة والوجود معلوم انظر المغالطة يعني كأنه قال هكذا. وجود الهوية الإلهية. يعني الوجود الخاص للهوية. ليس بمعلوم. صحيح. سلمنا. يجب المعلومة ووجوده معلوم اي وجود? الوجود الخاص ام الوجود المحمول? هنا المغالطة هنا المغالطة هنا المغالطة الكبيرة يعني خلط في الوجود الأول وجود خاص والثاني وجود عام. الوجود المعلوم ليس الوجود الكلهي. الوجود العام الذي يصدق حتى على الشجرة هادي هي الخلط في الاستدلال نعم الهوية الالهية ليست معلومة والوجود معلوم. اي وجود معلوم بوجود العمل وجوده الخاص اه الوجود العام ليس الوجود الخاص ايها الفخر الرازي حتى تخلط علينا وتقول الوجود الواجبي منفك عن وجوده. نعم هذه المسألة اردت ان نعمق فيها البحث لانها مهمة جدا. النتيجة ما هي الوجود في الحقيقة في البنية الواقعية   وجوده متحقق مثله مثلا الشجر مثل الحجر في بعده التحقق اما في نحو التحقق في كل التحقق ذاك واجب وهذا مخلوق ضعيف واذا قلنا الانسان وجود فهو متحقق متحقق فاشتراك الانسان والحجر تراكه في الوجود العام مع الواجب لا يعني انهم يشتركان في الحقيقة. ان الوجود معقول بالتشكيك بالتفاوت</w:t>
      </w:r>
    </w:p>
    <w:p>
      <w:r>
        <w:t>بالواجب الشديد لا نهاية شدته وفي الحجر ضعيف الى ان نهاية الضعف. نعم. ولهذا تجد الواقعيات المادية تتفكك. لماذا تتفكك? لانها ضعيفة الوجود ضعيفة الوجود وقرره المصنف رحمه الله يعني المحقق تنصت شرح الاشارات هناك هناك اه ابدع في هذا الباب وانا انصح طلاب الاعزاء ان هذا شرح الاشارات للمحقق التونسي يجب ان يدرس انا درسته عند عالم من علماء الحوزة في قوم المقدسة خمسة خمسة سنوات ونصف شرح المنطق وشرح الفلسفة الطبيعة اه الطبيعيات والالهيات خمس سنوات ونصف متنا نعم مع اشكالات الفخ الرأسي كل الإشكالات الفخ الرازي يعالجناها قال وليس الوجود طبيعة نوعية على ما سلف على ما بيناه. فجاز اختلاف جزئيته في العروض وعدمه. نعم ليس طبيعة نوعية يعني لا يصدق على مصديقه بالتواطؤ وانما بالتشكيك فجاز اختلاف جزئيته في العروض. يعني جزئيتي يعني مصاديق معروض فتكون بينهما شدة وضعف يعني تفاوت اقول هذا جواب عن استدلال ثان استدل به الذاهبون الى ان وجوده تعالى اه زائد على حقيقته وتقرير الدليل دليلهم ان الوجود طبيعة واحدة نوعية اصلا الوجود ليس طبيعة حيثية طبيعة يعني ما هي قيمة جوهرية او اعراضية. الوجود حيثية. عليه نحو وجود لهويتها له هذا الفخ الرازي يخربط على العقول. يفرض ان الوجود طبيعة والوجود ليس طبيعة حيثية نعم الطبيعة اما طبيعة جنسية او طبيعة نوعية ان الوجود طبيعة واحدة نوعية اذا صادر على مسألة خاطئة لما بيناه من اشتراكه اه الوجود مشترك معنا ويقول لنا اه هذا طبيعة ام حيثية? حيثية ليست طبيعة العين لا جنس ولا فصل ولا طبيعة نوعية والطبائع النوعية تتفق في لوازمها نعم اذا انت وجدت الحديد الف وحديد اثنين ما لازم للحديد الاول يلزم للحديد الثاني ما لازم للانسان من طبيعته النوعية في ليلة يلزم في طهارة. هذه قاعدة اه قاعدة بنيوية ما ثبت للطبيعة يثبت للافراد قهرا. وما ثبت للافراد قد لا يثبت للطبيعة. اكتبها هذه القاعدة الذهبية ما ثبت للطبيعة يسري الى الافراد لكن العكس لا ما ثبت للافراد ليس بالضرورة يثبت للطبيعة نعم. يقول والطبائع النوعية تتفق في لوازمها. صحيح هذه القاعدة مسلمة. اينما وجدت الحديد يتمدد بالحرارة في اي مصداق من المصادق وقد بنى الحكماء على هذه القاعدة مطالب كثيرة كامتناع الخلاء ووجود الهيولة للافلاك و اه غير ذلك من مباحثهم فنقول طبيعة الوجود ان اقتضت العروض يعني تحمل على مصاديق متعددة واجب وجب ان يكون وجود واجب الوجود عارضا لما هي مغايرة له يعني وجود الواجب عارض لما هي وان اقتضت اللا عروض كانت وجودات الممكنات غير عارضة لماهيتها يعني الماهية تكون واجبة يعني الوجود يكون ذاتيا لها فاما ان لا تكن موجودة يعني المخلوقات كلها ليست موجودة هذا مستحيل بالشهود او يكون او يكون وجودها نفس حقيقتها والقسمان باطلان وان لم تقتضي واحد منهما لم تتصف باحدهما الا بامر خارج عن طبيعة الوجود. فيكون تجرد واجب الوجود محتاجا الى الموفر وهذا اقول يعني الذات المقدسة تكون آآ محتاجة الى مؤثر وتقرير الجواب الوقت ضيق جدا بقي تقريبا اربعة دقائق فساقارب المسألة بالتفصيل في الحصة القادمة ان شاء الله فقد اشير الى مسألة بنيوية لانه هو بنى على مسائل بنيوية خاطئة انتم اذا عاينتم آآ الواقعيات لا يمكن التعامل معها الا من خلال التعينات لا يمكن ان تتعامل مع الذوات مستحيل لا تصل اليها. الانسان تعاينهم من خلال لونه من خلال حركته من خلال كلامه من خلال تصرفاته من خلال صفاته فتريد ان تحدد هذه الطبيعة الطبيعة الانسانية تحددها من خلال لوازم قريبة. هذه الامور التي تذهب وتأتي كالجلوس والحركة والسكون. انت لا تركز عليها. تأتي الى اللوازم التي دائما تصاحب هذه الطبيعة. تأتي هذه اللوازم وتعرف هذه الطبيعة وتقول هذه ماهية تلك الطبيعة وهي في الحقيقة ليست ماهي الطبيعة وانما هي لوازم قريبة كما يقول ابن سينا وتبني علينا هذه الطبيعة هذه طبائع اما التعينات كلها تعينات حيثيات ليست من صنف طبائع منها الوجود الوجود حيثية وليست طبيعة لا تبني على الطبيعة الطبيعة يعني ما هي جوهرية او ما هي عربية الوجود لا اذا جعلت الوجود طبيعة يعني صار اه مشتركا معنويا متواطئا متواطئا نعم والوجود المتواضع يعني يصدق بالتساوي وليس بالشدة والضعف على موضوعاته ومصادقه صدق على الانسان. تقول الانسان وجود وتقول كذلك واجب الوجود وجود. اذا صدق بالتساوي يعني صار طبيعة واحدة طبيعة الواجب تكون طبيعة الممكنات وطبيعة الممكنات تكون طبيعة الواجب كيف تحل هذه المشكلة؟ اذن لدفع هذه الاشكال نقول الوجود غير واجب الوجود. هذا كما يقول الفخر الرازي. اين الاشكال هنا? انه بنى على ان الوجود طبيعة والطبائع تكون متواطئة. واذا بنيت على التواطؤ تقع في هذه الخربطة وهذا الاشكال. اما اذا بنيت على ان الوجود حيثية والحيثيات اللا علاقة لها بالطبع وانما تعرض الطبائع وهذا الوجود حيثية وليست هو هي الموجودات يعني طالبية العدم فقط اذا صدقت هذه الحيثية كيفية الوجود على مصادقها لا تصدق بالتواطؤ وانما بالتشكيك. يعني شدة والضعف فالوجود الواجبي وجوده? نعم ما معنى وجود? يعني متحقق في هويته هوية وجود شديد الحجر وجود? نعم وجود. ما معنى يعني متحقق في متنه في مصداقه في هويته وجود ضعيف اذا وحدة المفهوم وحدة الحيثية لا يعني وحدة المصاديق هذا هو لب الكلام لماذا? لان الحيثية اذا عرضت المصادر تعرض بالتشكيك وبعبارة عرفية اذا سألت الوجود المحمول يعني الحيثية في الذات كيف تكونين? تقول اكون بشدة لا نهاية لها في الحجر كيف تكونين اكون في حال ضعف لا نهاية له. في جبرائيل عليه السلام كيف تكوني? اقول في شدة عجيبة عجيبة لكن دون شدة الواجب تعالى اذا الموضوعات وان تساوت في الحيثيات طليجة العدم. لكن لا تتساوى في موضوعاتها ابدا. لماذا? لان هذه الحيثية في متن تلك الموضوعات تصدق بالشدة والظرف. هذا لب الكلام وهذا لب الرد على الفخ الرازي الذي يعتقد ان الوجود طبيعة متساوية متواضعة فيقع في حيس يقع في اشكالات عقدية واشكالات فلسفية تكوينية خطيرة جدا لا يخرج منها مطلقا في الحصة القادمة ان شاء الله نعيد التطبيق بدقة لانها موضوعات حساسة جدا ثم ندخل في مسألة جديدة قال وتأثير المهي من حيث هي في الوجود غير معقول مسألة اخرى كذلك ان الطبائع الماهوية يعني المخلوقات لا يمكن هي التي تجر الوجود اليها وانما الذات المقدسة تفيض عليها الوجود يأتي ان شاء الله بالتفصيل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