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رأيت درسي على الشاشة لاحظت شيئا اني سريع نوعا ما. احاول ان اكون بطيئا لا اسرع في القاء الدرس والوقت عندنا الحمد لله ولماذا نسرع في القاء المطلب؟ نعم الوقت محدود ثلاثون دقيقة تظغط علينا. نحاول ان شاء الله ان لا نسرع في القاء المطالب وصلنا الى هذا المطلب معكم قالوا وليس الوجود طبيعة نوعية على ما سلف فجاز يتفرع على هذا المطلب فجاز اختلاف جزئياته لو قال اختلاف مصادقه لكان ارشق واجمل واصح لان الوجود اذا لم يكن طبيعة نوعية فليس له جزئيات وافراد نعم فجاز اختلاف جزئياته في العروض وعدم العروض الفخر الراسي الرازي بان على ان الوجود طبيعي انه عياء وتعجب منه تفتازان صاحب المطول وصاحب المقاصد وشرح المقاصد امام اشعري في زمانه تعجب من الفقر الرازي يقول انت شرحت اشارات وعندك اطلاع على اسس الفارابي والسيناوية فلسفة سينوية لماذا تتبنى هذا المبنى ان الوجود طبيعة نوعية واحدة. يعني مفهوم الوجود مشترك معنوي ما معنى المشترك المعنوي? قلنا لفظ هذا اللفظ يشير الى معنى واحد  اذا كان الوجود طبيعة واحدة يكون طبيعة واحدة في جميع المخلوقات آآ اللوازم تكون واحدة ان الطبيعة الواحدة لها لوازم واحدة وهذا صحيح هذا المبنى صحيح الطبيعة اينما تكون تكون تكون لوازمها معها تصاحبها لتنفكوا عنها ابدا اذا اذا كان الوجود طبيعة واحدة  اللوازم تكون متساوية متناغمة في جميع الواقعيات مع ان هذا الامر ليس كذلك  الواجب له لوازم لا تنوجد في الممكن والممكن له لوازم لا تطال الواجب تعال اذا يجب ان نفكك بين الوجود والطبيعة يعني الذات الالهية الذات الالهية ليست هي الوجود اذا كانت هي الوجود فيشترك مع جميع الطبائع الوجودية الاخرى فاثبت الفخرازي زيادة الوجود على ما هي وعلى الذات المقدسة الجواب سهل جدا يجب ان نفكك بين الوجود الموضوعي الذي هو متن الواقع والوجود المحمول الوجود العام الانتزاعي الذي يحكي حيثية تحقق هذا المتن فقط هذا الوجود نعم اشتراك معنوي دقيقة واحدة الا انها مشككة اذا عرضت على على الطبائع او على الموضوعات التعرض بالتفاوت اذا الفخ الرازي هنا خلط بين امرين خلط بين الوجود المتني والموضوع وبين الوجود المحمول هذا اولا ثانيا ان الوجود ليس طبيعة ليس من صنخ الطبائع وانما هو حيثية ليس طبيعة نوعية ولا جنسية ولا فصلية وانما هو حي فيا يعني تعين يعني التحقق وقلت لكم الحيثيات لا هوية لها وانما هي نحو وجود الموضوعات وليس الوجود طبيعة نوعية هذا نفي لكون الوجود طبيعة نوعية كما يدعي الفقر الرازي على ما سلف بينا ان الوجود اشتراك معنوي مو شكك فجاز فجاز اختلاف مصاديقه جزئيته في العروض وعدمه يعني اذا عرض هذا الوجود على مصادقه فهذه المصادر تتفاوت بشدة الظعف في حقيقتها نعم تشترك في حيثية العدم. لكن لا تشترك في الموضوعات لا تشترك في الموضوعات. اقول هذا جواب كلام العلم الحلي عن استدلال ثان استدل به الذاهبون الى ان وجوده تعالى زائد على حقيقته نعم اذا لاحظتم انتم في كلام العلامة الحلي وكلام لمحقق التونسي جعلوا واجب الوجود هو الله فبنوا على هذا المطلب يعني ما يثبت في الإلهيات الطبيعية وهو نفسه الاله في الالهيات هذا المبنى سجلوه هذا جواب عن استدلال ثان استدل به الذاهبون. الفخ الرازي وجماعته الى ان وجوده تعالى زائد على حقيقته يعني عنده حقيقة وعنده وجود اذا كانت هذه الحقيقة اذا كان هذا الوجود طبيعة نوعية واحدة اه الطبائع فالموضوعات والحقائق تكون كلها واحدة وتقرير الدليل دليل من? دليل الفخر ان الوجود طبيعة واحدة هذه مصادرة. مصادرة ان الوجود مشترك معنوي غير مشكك وطبيعة من الطبائع ليس حيثية طبيعة واحدة نوعية لما بيناه من اشتراكه من اين جاء بها? من الاشتراك اه معنوي الاشتراك المعنوي قد يكون في الطبائع وقد يكون في الحيثيات هنا هو حصره فقط في الطبع والطبائع النوعية تتفق في لوازمها. يعني اينما تكون هذه الطبيعة النوعية اه لوازمها تكون متفقة. فاذا كان الوجود طبيعة واحدة فالموضوعات تكون حقائق واحدة الواجب يكون كالممكنات والممكنات تكون كالواجب اذن هذه كارثة اذا خلينا نخرج الوجود عن الحقيقة الإلهية. فالوجود يكون زائدا تتحل المشكلة وقد بين الحكماء على هذه القاعدة وقد بنى وقد اسس او بنى الحكماء على هذه القاعدة يعني الوجود طبيعة نوعية واحدة مطالب كثيرة كامتناع الخلاء لا يهمنا الان وكوجود الهيولة لا يهمنا الان للافلاك وغير ذلك من مباحثهم. فنقول طبيعة الوجود اذا قد قضت العروض يعني الوجود يعرض على الموضوعات يعرض على الله يعرض على الانسان على جبرائيل وجب ان يكون وجود واجب الوجود عارضا لما هي مغايرة له فيأتي فالحقيقة الالهية غير الوجود وان اقتضت اللا عروظ كانت وجودات ممكنات غير عارضة لماهياتها عن الوجود لا يعرض فاما ان لا تكون موجودة يعني ينتفي الوجود لان الوجود لا يعرضها. ستبقى في اللاشئية في اللا موجودية او او يكون وجودها نفس حقائقها يعني الوجود طبيعة واحدة يصبخها بصبغة واحدة كل الحقائق تكون واحدة والقسمان باطلا نعم كون الماهيات غير موجودة نحن نعاين الماهيات موجودة بالشهود وكون الطبائع كلها حقيقة واحدة يعني الموضوعات لان الوجود واحد فالموضوعات تكون واحدة بالمشاهدة كذلك باطل نرى الطبائع والموضوعات مختلفة. هذا شجر وهذا بقر وهذا ماء وهذا انسان وهذا ملك نعم والقسمان باطلا وان لم تقتضي واحدا منهما يعني لا العروض ولا لا عروض لم تتصف باحدهما الا بامر خارج عن طبيعة طبيعة الوجود نعم وان لم تقتضي واحدا لا العروض ولا اللا عروض بذاتها منهما يعني من العروض الوجود وعدم العروظ لم تتصف الماهية او الممكنات باحدهما بذاتها يعني لا بالعروض ولا هي سبب العروض ولا هي سبب العروض اذا تعرض عليه الوجود او لم يعرض بامر خارج عن طبيعة الوجود فيكون تجرد واجب الوجود محتاجا الى المؤثر هذا قول فاذا عرظ الوجود على واجب يحتاج الى علة تحتاج الى مؤثر خارجي فيلزم ان يكون الواجب ليس واجبا وهذا خلف يعني مبدأ التناقض الجواب تقرير الجواب قلنا الوجود ليس طبيعة نوعية. وانما هو حيثية واشتراك معنوي تشكيكي فالموضوعات تختلف شدة وضعف بالاولوية وعدم الاولوية والاولوية وعدم الاولية وتقرير الجواب ان الوجود ليس طبيعة نوعية. اذا يناقشه في ما صادر عليه. في هذه المصادرة ان الوجود طبيعة نوعية يعني المبنى خطأ على ما حققناه بل هو حيثية بل هو معقول بالتشكيك او مقول بالتشكيك لا اقول مقول بالتشكيك بينا معقول يعني محمول بالتشكيك يعني بالتفاوت شدة وظعف</w:t>
      </w:r>
    </w:p>
    <w:p>
      <w:r>
        <w:t>بالاولية وعدم الاولية والاولوية وعدم الاولوية. على ما تقدم بيناه لا نفيض فيه والمقول يعني المحمول على اشياء بالتشكيك لا يتساوى اقتضاؤه لا يتساوى اقتضاؤه يعني الموضوعات ما يقتضيه من موضوعات تكون متفاوتة بالشدة والظعن. فتقول الوجود يعرض الحجر نعم بمعنى ان الحجر متحقق ويعرض كذلك واجب الوجود. يعني ان واجب الوجود. متحقق هذا فقط الوجود بالمحمولي هذه هي فتواه وهنا ينتهي لكن الموضوعات باعتبارهم مشككا يعني هذا المفهوم مشككا يعني الحيثية تعرض الموضوعات بالتفاوت الشدة والضعف اه الموضوعات لا تكون على وتيرة واحدة تكون متميزة بالشدة والضعف فالوجود المتن في الواجب لا يقاس بالممكنات مطلقا نعم والمقول على اشياء بالتشكيك يعني المحمول على الاشياء بالتشكيك الصادق على الاشياء بالتشكيك يعني عندنا اشياء يعني موضوعات لا يتساوى اقتضاؤه يعني الموضوعات لا تتساوى حقيقة واحدة لا متفاوتة فان النور ينظر بالنور فان النور يقتضي بعض جزئياته يقتضي بعض احسن فان النور يقتضي بعض الجزئيات يعني مصادقه اه ابصار الاعشاب بخلاف سائر الانواع والحرارة فالنور حقيقة واحدة من حيث المعنى الى ان النور في الشمعة نور في النجمة نور في الاعشاء النور في الشمس نور بالحقيقة المحمدية صلى الله عليه واله والنور في جبرائيل والنور في الله نور نور حقيقة واحدة الى انها مشككة النور الالهي نور مطلق النور المحمدي اشد اه اشد من نور جبرائيل اقل من نور الله. نور شم على شيء. النور الاعشى في غاية الخفاء فان النور يقتضي بعض الجزئيات ابصار الاعشاب بخلال سائر الانواع والحرارة. كذلك فان وكذلك فان الحرارة الغريزية تقتضي استعداد الحياة بخلاف سائر الحرارات فهكذا فكذلك الوجود النور او الحرارة لا فرق مثل بالنور او بالحرارة تجد الحرارة حقيقة واحدة. الا ان ما تعرضه من مصاديق متفاوتة. نعم اذا لا معنى لكلام الفخ الرازي الذي يقول اذا كان الوجود طبيعة واحدة فالموضوعات تكون واحدة وهذا لا يمكن قال وتأثير الماهية من حيث هي هي في الوجود غير معقول الماهية من حيث هي هي يعني مبدأ الهوية. الانسان انسان هناك قلنا الاء اقتضاء لا تقتضي الوجود ولا تقتضي العدم. فهي تولد الوجود في دائرة هذا غير معقول هذا غير معقول تقول غير معقول بل مستحيل يعني انقلاب الماهية من مبنى الهوية الى مبدأ الجوهرية يعني الى عالم التحقق بدون اي ملاك واقعي مبدأ السبب الكافي يقول لا لانه يلزم مبدأ التناقض. اقول لما ابطل استدلالاتهم شرع في ابطال الاعتراض الوارد على دليله وقد ذكره هنا امرين احدهما او احدهما اذا بدأنا كمبتدأ انهم قالوا لا نسلم انحسار احوال الماهية حالة التأثير حالة التأثير في الوجود والعدم لانه سلم انحسار احوال الماهية حال التأثير في الوجود والعدم. بل جاز ان تكون المهي من حيث هي مؤثرة في الوجود قلنا متى تظهر العلة المفيدة للوجود مثلا تحقق الانسان قلنا اذا انتقلنا من مبدأ لغوي الى مبنى الجوهرية تأتي المحمولات منها الوجود منها العلم فمبدأ السبب الكافي يقول حتما هناك ملاك في الموضوع سبب هذا الحبل وفيه تأثير خارجي. يعني علة خارجية هذا المستشكل يقول لا نسلم انحصار احوال المالية ما هي حالة حالة التأثير في الوجود العدم? لا التأثير اما يكون في ذات الوجود او في ادارة العدم. العدم مجاز طبعا بل جاز هذا المستشكل ماذا يقول؟ بل جاز ان تكون المهية من حيث هي مؤثرة في الوجود نعم كيف كيف تنقلب من مبدأ الهوية الى مبدأ الجوهرية متصلة بالوجود كيف? ملاكه ما هو نعم فلا يلزم التسلسل فلا يلزم التسلسل ولا تأثير المعدوم في الموجود قد يستشكل عليه ويقول قائل اذا كانت المهية من حيث هي هي مؤثرة في الوجود آآ المؤثر فرع الموجودية لا يكون المؤثر مؤثرا الا اذا كان موجودا فهي موجودة بالوجود السابق المؤثر والموجودة بالوجود المؤثر قاضي عن التأثير فيلزم الدور والتسلسل لان هذا الوجود الثاني كذلك يحتاج الى وجود ووجوده يحتاج الى وجود. والوجود السابق كذلك يحتاج الى الوجود تنبسط الوجودات وهو التسلسل ولا تأثير المعدوم في الموجود. اذا قلنا ان المهية اه تؤثر اما تؤثر موجودة لازم التسلسل اما تؤثر معدومة اه فيلزم المعدوم ان يولد الموجود وهذا مبدأ التناقض والجواب ان الماهية من حيث هي هي. خذ هذه قاعدة بنيوية يجوز ان تقتضي صفات لها على سبيل العلية  والمعلولية الا الوجود  هنا مسألة بنيوية وفي تسامح في كلام العلامة الحلي الماهية من حيث هي هي في اي دائرة تقول في دائرة مبنى الهوية جاء الوجود هناك لا جاء العدم هناك لا لان الوجود محمول الوجود. تقول الانسان وجوده خرجنا من مبدأ الهوية الى حيثية التحقق او الانسان غير موجود يعني مرفوع الوجود خرجنا من مبدأ الهوية الى دائرة الوجود او العدم يعني مبنى الجوهرية في العلية والمعلولية لا لا تتصور الا في مبدأ الوجود او مبدأ العدم لما بدا الهوية ما عندنا علي ابدا هناك عندنا تحليل نجد الماهية السابقة الوصف التي تتصف به لاحقا نقول تسامحا في علي يوم تسامحا يعني هذا التحليل فقط والا لا يوجد علمية ابدا اداة مبدأ الهوية دائما في مبدأ الوجود والجواب ان الماهية من حيث هي هي. يعني مبدأ الهوية. يجوز ان تقتضي صفات لها لا على سبيل العلية لا على سبيل العلية يا العلامة الحلي يقول لا على سبيل العلية لا ما في علية هناك يا شيخنا والمعلولين يقول في صفات ما هي تكون عللة لا ابدا ابدا العلية دائما في ذات الوجود. لماذا? لان التأثير تأثير والتأثير دائما يعني افاضة شيء افاضة شيء في دائرة الوجود اذا ما في على مستوى الهوية كما يقول العلامة الحلي هنا. مسألة بنيوية نعم يقول والجواب ان الماهية من حيث هي هي. اكتب مبدأ الهوية. يعني الانسان انسان الماء ماء ذهب ذهب يجوز ان تقتضي صفات الله على سبيل العلة ابدا ما فعليا لان العلمية من اوصاف الوجود وليس من اوصاف الماهية بما هي على سبيل العليا والمعلولية الا الوجود يقول الوجود لا عندها بعض الصفات مترتبة عليها معلول لها الى الوجود. نقول لا اي صفة غير موجودة يا شيخنا العزيز فانه يبين فانه يمتنع ان تؤثر فيه في الوجود من حيث هي هي. بالعكس هو الذي يدخلها دار الوجود فتبرز اثارها اذا كانت اصالة المعية او هو الوجود يبرز اثاره اذا كان اصال الوجود اصالة الوجود. لان الوجود لا يكون معلولا لغير الموجود بالضرورة. اه جيد لأن الوجود لا يكون معلول لغير الوجود بالظرورة اذا قاعدة العلية والمعلولية فقط في دائرة الوجود فيلزم المحاذير المذكورة يعني يلزم تقدم الشيء على نفسه يلزم الدور يلزم التسلسل والظرورة فرقت بين الوجود وسائر الصفات يعني يقول بعض الصفات تقتضيها البهية بغير الوجود. هذا كلام صحيح</w:t>
      </w:r>
    </w:p>
    <w:p>
      <w:r>
        <w:t>كلام صحيح. يعني عندنا صفات مهوية لا علاقة لها بالوجود يعني لا تتصف بها الماهية اذا ان وجدت. لا في دائرة الماهية تأتي الصفات لكن ليس بنحو العلية والمعدولية مثلا اربعة زوج هل تقل الاربعة اذا وجدت اتكون زوجا? يعني الزوجية مشروطة بالوجود? لا الزوجية لمتن العرب الاربعة بهوية الاربعة نعم لهوية الاربعاء في اي بعد في بعد مبدأ الهوية لا. في بعد اخر وهذه مسألة في غاية الخطورة وصل اليها المردماد رحمة الله عليه بعبقريته الفلسفية انا لا افرض عليها لانها تشوش لكم الفهم اذا الاربعة لا تكون زوجا بفظل الوجود الاربعة تقتضي الزوجية ذاتها. لكن ليس بنحو العلية والمعلولية. اولا لماذا? لان الاربعة اذا كانت زوج بنحو العينية والمعلولية فالاربعة في مرتبة والزوجية في مرتبة ادنى الاربعة في مرتبتها لا تكون زوجا نكون زوجا في مرتبة المحلولية وهذا اه خرطي كبير وهذا خطأ كبير ثم من حقك ان تسأل كيف تكون للماهية مجموعة من المواصفات لا علاقة لها بالوجود ولا علاقة لها بمبدأ الهوية هذا بحث عميق جدا. نعم عميق جدا لعل ما نحل هنا يقبل بعض الصفات ونحن نوافقه يقول بنحو العلمية والمعلولية نحن لا نوافقه ولم يبين اه ان الماهية تقتضي هذه الصفات في اي مرتبة. يقول في مبدأ الهوية نحن نخالفه نعم في مرتبة اخرى نعم مقام الثبوت نعم والظرورة يعني الظرورة يعني الشهود يعني البنية فرقت بين الوجود يعني طالبية العدم وسائر الصفات التي تتصف بها الماهية بدون الوجود وتقول ما هي اللا اقتظاء مثلا? لا تقتضي الوجود ولا تقتضي العدم. هذه الحيثية لا علاقة لها بالوجود. بالعكس هذه الحيثية تبين ان ما هي خارجة عن الوجود وعن عدم مسألة جدا دقيقة. اذا الماهية لا يمكن ان تولد الوجود من ذاتها ابدا نعم بل ما هي لا تقتضي الوجود. اذا وجدت في متن الواقع فبعلة خارجة قال والنقض بالمقابل ظاهر البطلان جيت ماذا يريد ان يبين الفخ الرازع وغيره نعم هذا يقول هنا في الهامش الشيخ حسن زاد اموني جواب عن اعتراض الفخر الرازي بالنقض. ينقض على الفخ الرازي والنقض بالقابل ظاهر البطلان يقول انت الان عندك ما هي انت تقول ما يعني انسان لا يقتضي الوجود ولا يقتضي العدم فتقبل الوجود يعني يمكن ان تدخل دار الوجود يقول عندنا هنا قابل اه قابلة للوجود بمعنى ان الانسان غير الوجود باعتباره قابلة لماذا لا نسري هذا التحليل بالنسبة الى واجب الوجود يعني ليس اه القابل الفاعل لانه هو فاعل الى فاعلية ليس علاقة قابلية نسر هذا التحليل على واجب الوجود كذلك هو الوجود يكون اه بالنسبة لي كالقابل يعني يأتيه من من خارج فنثبت ان لو ان الحقيقة الولاية غير الوجود اه الفخر الرازي لا ادري يتعمد ام بليد ام كما قال الاشتيان مخه فيه الصابون. المعلومة لا تستقر تزلق وتروح المسائل جدا واضحة آآ يثيرها لا ادري لبلادة ام لا يريد الاثارة فقط اقول هذا جواب عن السؤال الثاني. يعني هذا تدليل على اه ان الذاتية هي غير الوجود وتقرير هذا الدليل للفخر انهم قالوا ان العلة القابلية للوجود يعني الانسان مثلا يقبل الوجود. لا يجوز ان يكون باعتبار الوجود. لماذا اذا كان هو موجود كان موجودا فيلزم تحصيل الحاصل فان الممكن المعدو لو لم يقبل الوجود الا بشرط الوجود لزم تقدم الشيء على نفسه هذا هو الدور والتسلسل او تعدت تعدد تعددت الوجودات يعني التسلسل للماهية الواحدة. اذا العلة القابلية كالانسان الذي يقبل الوجود لا يكون موجودا ولا يلزم تقدم الشيء على نفسه والتسلسل اليس كذلك? نعم فان الممكن المعدوم. الممكن المعدوم يعني ليس المتلبس بالعدم. الانسان المتلبس بالعدم لا يقبل الوجود. يعني لا شيء يعني ليس في متن الواقع هذا هو المقصود لو لم يقبل الوجود الا بشرط الوجود يعني يكون موجودا حتى ينوجد لزم تقدم الشيء على نفسه. واضحة او تعدد الوجودات يعني التسلسل واضحة للمهي الواحدة. والكل محال اذا كان كذلك فاللم فلما لا يعقل مثله في العلة الفاعلية يعني في الله تعالى والله تعالى كذلك نعم لا يقبل الوجود لانه وجود فيلزم الدور  واذا قبل الوجود وهو وجود فوجوده كيف? كذلك عارض يؤدي الى وجود ثالث ورابع وخامس وهل نقع في التسلسل? اذا هذه المحظورات تدل على ان الوجود فينما هي تزائد وكذلك نسقط هذا التحليل على ذات الواجبة فدات الواجبة اذا عرض عليها الوجود اما ان تكون موجودة يلزم الدورة والتسلسل واما ان تكون لا اه حقيقة تقبل الوجود فيلزم ان تكون هذه الحقيقة غير وجود مادام قابلت الوجود فهذا غير الوجود. فهيلزم زيادة الوجود على الذات الالهية الجواب نتركه ان شاء الله الى الحصة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