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ما فيه خير اه ملاحظة فقط اه في كيفية تدريسي انا اه لما قبلت هذا الدرس في هذه المؤسسة المباركة اتفقنا مع المدير ان يكون الدرس اجتهاديا يكون الطالبة في العقيدة مجتهدا قويا محققا والمشكل الذي اعانيه مع المتن وشرح المتن هم او هما يتحركان في افق مفاهيم في زمانهما اما انا الان اتحرك في افق مفاهيمي آآ يختلف غني جدا واسع جدا آآ يختلف. انموذج يختلف تماما فتنقحت كثير من المفاهيم الدينية والمفاهيم العقدية والفلسفية وبالتالي انا انظر الى المتن من موقع تأويلي يختلف عن موقع التأويلي المحقق الطوسي وموقع التأويل الاعلامي الحلي انتم اعذروني فانا اريد ابين المسائل بعمق المطلب يتبين جيدا ولكن بعمق وفقا لموقعي التأويلي لانه فيه مفاهيم متعددة المتن يتحمل هذا التحليل يتحمل هذا التحليل الا انه يحتاج الى بيان في افق جديد عميق يعمق المطلب وكذلك نستثمره ان شاء الله في المسائل العقدية بقوة. بقوة نعم فانتم اصبروا معي قليلا قال وصلنا الى هذا المقطع وهو من المعقولات الثانية يعني والوجود من المعقولات الثانية اكتب قاعدة بنيوية اذا كنا في دائرة المعقولات الثانية نحن في دائرة الحيثيات يعني نتكلم عن نظمة خارجية في دائرة حيثياته حيث يأتي وانا وصلت الى هذا الأمر ما عندنا الا المعقولات الثانية ما يسمى بالماهيات الجوهرية والعرضية. هذه صناعة الذهن لتمييز الاشياء فقط والا الدين يعني العقل لا يتعامل الا مع الحيثيات. وبالتالي ليس له الا المعقولات الثانية وهذه ان شاء الله ستتبين لاحقا اذا نكتب مسألة بنيوية ان المعقولات الثانية لا تحكي الا الحيثيات. معناه لا تحكي المتون تحكي النحو المتون نحو وجود المتون تعينات المتون يعني الواقعيات. نعم المعقول الثاني له خصوصيات ذكروها اوصلوها الى اه سبع خصوصيات ويمكن اختزالها بسيطة يعني الحيثيات التي تحكيها المعقولات بسيطة. طبعا اذا قلنا خصوصيات المعقول الثاني الخصوصيات ليس للمعقول الثاني اه الخصوصيات لمحكي المعقول الثاني. يعني في البنية الخارجية. الحيثية في الحيثيات بسيطة تعرض عدة مقولات يعني واقعيات متعددة تقول آآ الله حي والحية في الصحراء تدب وتمشي حية سمكة في المحيط حية بحيث الحياة حيثية عرضت الواجب وعرضت السمكة والحية وتعرض الإنسان انا اتكلم منكم بحي لست ميتا فالحيثيات بسيطة يعني غير مركبة من جنس وفص ولا معنى لهذا التركب لماذا? لان الحيثيات لا هوية لها حتى تتركب بسيطة تعرض عدة مقولات يعني عدة واقعيات وهذه الواقعيات متباينة لا هوية لها تحليلية تعقلية اه تعقلية نعم تعرظ الموضوعات في الدين يعني التحليل يكون ثنائية تكون بين الحيثية ومتنها تكون في الدين كما بين العلماء الحلي بين الانسان والوجود هذا الثنائية التحليلية والاتصاف اين يكون? حتى من الاتصاف يكون في الواقع الخارجي. ولهذا يقولون عروضها في الدين والاتصاف بها في الخارج هذه الخصوصية تسجلها عندك تنفعك في دراستك العلمية اذا المعقولات تحكي انحاء الوجود تعينات الوجود حيثيات الوجود انحاء الوجود. الوجود الرابطي. ولا تحكي المتون. لماذا? سرها التكويني ما هو? ان المتون لا يمكن ان يصل اليها الذهن ابدا اقول الوجود كالشيئية يمثل شيئية والوحدة والاصالة والعلية والمعلولية اكتب كل الحيثيات ليس فقط شيئا في انها من المعقولات الثانية لماذا سميت معقولات ثانية? قد يسأل طالب لم يدرس فلسفة لماذا المعقول الثاني? لانك تأتي بالمتن ثم تأتي بالحيثية تقول الله واحد اذا عقلت الله في الرتبة الاولى ثم الحياة في الرتبة الثانية. معقول ثان الوجود اصيل الاصالة معقول اه الانسان معلول المعلول عقل في المرتبة الثانية يعني بعد الايه انسان معقول اولي و اه الوحدة او المخلوقية او المعنوية معقول ثاني اذ ليس الوجود ماهية خارجية على نبينا ليس ما هي اكتب ليس متنا والمتن عند المهاويين اما جوهر واما عرض يعني مهية. لان الماهية تنقسم الى جوهر والى عرف هذا هو المد والواجب فوق المقولة بقل المقولة الجوهرية وفوق المقولة العربية اذا اذا تكلمنا في دائرة الخلق ما يقابل الوجود هو الجوهر والعرب. يعني الماء هي اذ ليس الوجود ما هي? والمتنية لمن? اما للجوهر واما للعرب الوجود ليس متنا وانما هو حيثية ليس الوجود ما هي? يعني ليس متنا جوهريا وليس متنا عرضيا خارجية يعني متنية خارجية على ما بينها بينا هذا الامر بل هو امر عقلي امر عقلي قد يتوهم المتوهم ان لا اصل له في الواقع الخارجي لا اصل له في المتن الخارجي في البنية الخارجية. لا امر عقلي يعني تعقلي لا نأتي اليه كمتن ثم نتعامل معه. يعني نذهب الى المتنية التي تتحيث به وتتعين به في متنها وصميمها نستخرجه من الاستخراج العقلي. هذا ما معنى امر عقلي? ليس آآ انا امر ذهني وقاد خرافة ذهنية لا نعم بل هو امر عقلي يعرض مادام يعرض للماهيات بملاك خارجي تقول الانسان مخلوق المخلوقية معقول ثاني. يعني معلول فاذا لم يكن معلونا في الواقع الخارجي يمكن ان تفكك بينه وبين المعلولية ثم تعرض المعلولية على الانسان لا يمكن بل هو امر عقلي يعرض المهيات يعرض المهيت وهو من المعقولات الثانية المستندة الى المعقولات الاولى. تقول الانسان معلول انسان واحد الانسان فقير وهكذا كل الحيثيات باعتبارها معقولة في متنه فالمتنية تكون هي في الدرجة الاولى ثم الحيثيات تأتي في الدرجة الثانية وتعقل في الرتبة الثانية يعني معقول اثنان نعم وهو ومن المعقولة الثانية المستندة الى المعقولات الاولى لا معقول اولي بدون لا معقول ثانوي او ثاني بدون معقول اولي وليس في الموجودات شيء هو وجود او شيء او او شيء وليس في الوجود شيء هو وجود او شيء هادي اشارة الى ان الحيثيات ليس لها مثل مستقل. يعني ما عندك انت الإنسان كمتن واقعي ثم شيئيته كمتن واقعي. طاردية عدمه شيء واقعي تتعدد المتون لا. شيئية والوجود في صميم متن الانسان تحقق بصميمه لكن كيف نصل اليه? نصل اليه قوة عقلية. لان القوة الحسية لا يمكن ان تصل الى هذه الامور. هذه الامور. ومن هنا ننفتح على قاعدة جميلة جدا ذهبية. ان هذه الحيثيات حيثيات استعلاء  وليست حيثيات بالنشأة المادية ابدا من نشأة فوق. ما دام العقل هو الذي يصل اليها. اذا هي ليست من النشأة المادية. لا مصانعة لها مع النشأة نعم بل الوجود اما الانسان او الحجر او اه غيرهما يعني اه هذا الوجود طريدة العدم اين تجده في الانسان? في متن الحرج في الحجر في متن جبرائيل في متن متن الشجر في متن الماء ما عنده متنية مستقلة. اين تجده? في اصل المتون. ماذا يمثل وجود ربطي حيثية? يعني الانسان طرد لعدمه. الشجر طارد لعدم وهكذا</w:t>
      </w:r>
    </w:p>
    <w:p>
      <w:r>
        <w:t>ثم يلزم من معقولية ذلك ان يكون موجودا ان يكون موجودا. يعني انا اذهب بعقلي الى متن الانسان في دائرة الخارج يعني النظم الخارجي ماذا اجده معدوما ام موجودا? موجودا. هل الموجودية بجنبه انس متنه وفي صميمه? في متنه وصميمه وهذا معنى الوجود الربطي. يعني نحو وجود تعين وهكذا قال وكذلك العدم التحليل يجري على العدم. هل العدم له متنية? ثم انا اتعقله كالمهيات كالانسان والبقر. يعني عندنا انسان عندنا ملك عندنا مال ذهب جمل بقر نسر وآآ وردة ثم عندنا العدم بجنبهم لا ابدا. العدم عملية عقلية يعني ادعاء عقلي يرفع الوجود بالادعاء. يرفع الوجود العقل بالحقيقة لا لان العقل تعقل وليس له علاقة بمثل الوجود هو منفصل عن متن الوجود لكن للتعقل ان يدعي رفع الوجود. اذا ادعى رفع الوجود يضعه بالادعاء يعني يضع العدم في دائرة الوجود المرفوع بالادعاء. فتكون له متنية ادعائية فيتعقله هذا هو التحليل لكن العلامة الحلمي ذهب الى الى تحليل اخر وهو الانطلاقة من التناقضين المتناقضان متقابلان لا يمكن تعقل اه احدهما الا بالاخر فاذا تعقلت انا الوجود اتعقل نقيض الوجود الذي هو العدم. فيأتي التعقل للعدم. هذا مقاربة صحيحة. لكن المقاربة الدقيقة التي انا بينتها لكم وكذلك العدم يعني العدم معقول اثنان ليس له ما في المستطيل نعم وليس له حتى وجود ربطه كله ادعاء بادعاء. اقول يعني به ان العدم من المعقولات الثانية العارضة للمعقولات الاولى العارضة للمعقولات الاولى في الحقيقة بالادعاء ثم عندنا اعداء حتى يعروها العدم. ادعاء على مستوى الموضوع ادعاء على مستوى المحمول وقرب لك المسألة العملية الذهنية. نأتي الى واجب الوجود. متن الوجود واصل الوجود اصل الوجود العقل يأتي بالادعاء بالخرط المعرفي يرفع الذات الواجبة يضع في مكانها شريك الباري. يكون موجود ام متن العدم? تقول متن العدم ثم نقل عدم فالوضع ادعائي والمحمول ادعائي وعندنا المعقول الاولي ادعائي والمحمول المعقول الثاني ادعاء في ادعاء يعني به ان العدم من المعقولة الثانية العارضة للمعقولات الاولى اكتب بالادعاء كما قلنا في الوجود كما في الوجود كما في الوجود. لكن هناك حقيقة وهنا ادعاء اذ ليس في في الاعيان يعني في متن الواقع الخارجي. ما هي هي عدم مطلق? فهو دائما عداء هو دائما عارض لغيري وهذا المعروض كذلك ادعاء. تقول شريك الباري شريك الباري ادعاء في ادعاء ترفع له الوجود ترفع له الوجود بالوجود لا بالعدم تقول عدم ما معناه شريك الباري عدم يعني مرفوع الوجود الموجود هو الحق تعالى نعم هذه امور آآ آآ صدقوني لا تنتمي الى الفلسفة ولا علم الكلام. هذه تنتمي الى اه ميتافيزيقة الذهن هناك تدرس عن دينية ان شاء الله اذا وفقنا الله تعالى لوقت قليل والصحة غير متوفرة والامكانيات غير متوفرة كذلك والا ساكتب مجموعة من الكتب هذه الامور كلها تكون بيد الطالب ميتافيزيقية الذهن. يعني هذا الذهن البشري كيف يشتغل؟ وكيف ينتج المعرفة؟ بغض الطرف عن ما هي المعرفة لا نتكلم لا على الفيزياء ولا عن الأصول ولا على الفلسفة ولا على الإلهيات لا الدين كيف ينتج المعرفة? يعني ما هي العمليات التي تتحقق وما هي الأدوات ما هي المعايير الحاكمة على انتاج المعرفة يسمى ميتافيزيقية الدين بحث رائع جدا انا اطبقه هنا في التطبيق المتني. قال واجهاتهما اه الجهات قلنا المواد الجهات اذا كنا في في البنية الخارجية هي المادة. يعني الوجوب لدائرة الوجود والإمتناع في ذات العدم ولا اقتضاء لا وجود ولا عدم في ذات الإمكان تتذكرون المواد الثلاثة? يعني الواقعية اما ان تقتضي لذاتها الوجود وجوب الواقعية الادعائية تقتضي لذاتها العدم ولا تقتضي الوجود الامتناع وواقعية لا تقتضي الوجود ولا تقتضي العدم الامكان. اكرره حتى ترسخ المعلومة وانتم في عرف الحوزة. الحوزة اساسها المباحثة اساسها المباحثة. كل الطلاب الممتازين في الدراسات الحوزية هم الطلاب الذين يلتزمون بالمباحثات بالمباحثات. ابن خلدون في مقدمته يقول ملاك التفوق العلمي هو المباحثات. ليس الدرس الدرس علم عدة وليس قوة الاستاذ الا معدة. المباحثة هي التي تجعلك قويا متألقا. لماذا? تعلمك عمق العمق المبنى. لانك انت تتباحث مع مجموعة ايجابيتك تبرز معهم سلبياتك تبرز معهم وهناك تتجلى شخصيتك العلمية تعميق تعميق المطالب العلمية في ذهنك بيانك يصقل ويتقوى لانك انت تتباحث تتكلم وتحيط بالمتون واسرارها حين التطبيق امام المباحث الاخر ايجابيات جدا جميلة في المباحثة نعم واجهاتها يعني به ان جهات الوجود والعدم من بيانيين من الوجوب يعني جهة الوجوب يعني تأكد الوجود والامكان لا تأكد الوجود ولا تأكد العدم والامتناع يعني عدم تأكد الوجود وانفصال الوجود عن الموضوع الذاكية يعني الوجوب الذاتي والامكان الذاتي والامتناع الذاتي والمشروطة كذلك اه الوجوب المشروط والإمكان المشروط والإمتناع المشروط هادي في الجهات والمواد. انت المفروض اه محقق فيها في بحث الجهات في المنطق من المعقولات الثانية ايضا يعني الوجوب معقول لماذا? يشير الى حيثية النسبة تعين النسبة يعني اذا قلت الله تعالى وجب الوجود. وجود بالوجوب يعني نسبة الوجود الى الذات المقدسة بشدة. حيث لا شدة فوقه اذا تحكي عن نحو النسبة فهي كذلك معقولة لماذا? لانها ليس لها متن خارجي مستقل. عندك الوجوب عندك الذات المقدسة متنه. والوجود متن والوجوب متن خرافات فهي كذلك من الحيثيات واذا كانت من الحيثيات تكون من المعقولات الثانية نعم من بيانها من المعقولات الثانية ايضا كما تقدم من انها امور اعتبارية امور اعتبارية دقق جيدا في كلمة اعتبارية اعتبارية يعني سالقية سلقتك انت تصنعها اعتبار يعني ادعائية يعني تعطيها المتن الادعائي. وهي ليست لها متن حقيقي. تعطيها متن ادعائي تفهمها. واذا شئت الدقة تدخل الى متن الواقعية مثلا الخاتم هنا واحد ام كثير واحد. تدخل الى متن الخاتم بعقلك واقعية خاتم واحد جسم واحد تدخل في متنه وترى الوحدة لوحدها كيف ترى الوحدة لوحدها وهي في صميم الخاتم؟ هذا هو تراها لوحدها يعني بالإدعاء نعم وتعقلها التعقل الصحيح ليست مشوبة الاحمرار في في في العقيق هنا او لون الفضة لا لا لا فقط الوحدة لوحدها من انها يعني الوجوب والامكان والامتنان امور اعتبارية لا تحقق لها في الخارج جميل جدا. يعني ليس لها متن ووصف تقيل بمعزل عن النسبة بين الصفة والموصوف وقد سبق البحث فيه انا فقط اريد ابين هذه المسألة لانها مهمة جدا. اذا هذه ما قبل العقائد ما قبل الفلسفة ما قبل الاصول ما قبل الفق ما قبل الفيزياء ما قبل الفلك ما قبل الاقتصاد هذه البنية الذهنية يعني ميتافيزيقية الذهن قال والماهية اقول ما هي ايضا من المعقولات الثانية جميل جدا ان شاء الله يتسع الوقت لبيان هذا المطلب يعني هنا الان في سلسلة سلسلة بيان المعقولة الثانية كم صادق الإنسان ليس واجبا فهو ممكن وكل ممكن بهية لان الماهية هي التي لا تقتضي الوجود ولا تقتضي العدم. يعني لها وصف الامكان</w:t>
      </w:r>
    </w:p>
    <w:p>
      <w:r>
        <w:t>اذا اذا كان الانسان لا يقتضي الوجود ولا يقتضي العدم فهو بهية الحجر لا يقتضي الوجود ولا يقتضي العدم. فهو بهية اذا كل المخلوقات تتصف باللا تقتضي الوجود ولا تقتضي العدم. يعني تتصف بالامكان ووصف الامكان. اذا كل هذه الواقعيات لها وصف والماهية ليس المهي بالحمل الشائع لا تفهم المسألة هكذا المهي بالحمل الشائع هي انسان ما ذهب لا اتصاف هذه المهي بالحمشة عن الانسان البقر ذهب الفضة الماء جبرائيل بكونها لا تقتضي الوجود ولا تقتضي العدم فهي ما هي? اذا الماهية نعقلها بعد الواقعيات تقول الانسان مهية الماء مهية جبرائيل مهية الفلك مهية الشمس مهية اذا الماهية تأتي في الرتبة الثانية. اذا هنا ليس الماهية بالحمل الشاة مفهوم الماهية تقول مفهوم الماهية ما هي? هي تلك الذات التي لا تقتضي الوجود ولا تقتضي العدم. فالمهي تكون كذلك كمفهومة كمفهوم يعني معقول تام. يعني حيثية نعم فمفهوم الماهية ماذا يحكي? مفهوم الماهية ما يحكي لا يحكي الانسان يحكي ذلك اللا اقتضاء لا اقتضاء الوجود ولا اقتضاء العدم. موجود في الانسان في البقر في الماء في الذهب في الحجر في الالماس في الشمس في البقر في المجرات. نعم كلها لا تقتضي الوجود ولا تقتضي العدم. فكلها متصفة بحيثية واحدة هي المهية وهي الماء هي فالماءية معقول? نعم. نعم. اقول الماء ايضا من المعقولة الثانية فإن الماهية تصدق على الحقيقة باعتبار ذاتها. لا من حيث انها موجودة او موجودة او معقولة. يعني لا تقتضي الوجود ولا تقتضي العدم وان كان ما يصدق عليه المهية من المعقولة الاولى. تقول الانسان ما هي الجبل وما هي الذهب ما هي? مصدوقاتها معقولات اولى. وليس البحث في في المهي بالحمل الشائع يعني المصدوقات. بل في المهي اعني العارض فان كون الانسان ما هي؟ وكون الحجر ما هي؟ وكون الشمس ما هي؟ وكون جبران ما هي؟ امر زائد على حقيقة الانسانية وحقيقة الحجرية وحقيقة الذهبية. اذا هي ماذا؟ حيثية. مفهوم حيثية ما هي؟ ان الانسان لا يقتضي الوجود يقتضي العدو هذا غير الإنسان الإنسان اما اذا انتقلت الى لا يقتضي الوجود ولا يقتضي انعدم اتصف به عنوان المهية ان شاء الله في الجلسة القادمة اعمقوا هذا البحث اكثر لانه دقيق لمن ليس له خلفية فلسفية عميقة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