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الله والحمد لله الله يا الله سبحانه اعوذ بالله من الشيطان الرجيم بسم الله الرحمن الرحيم وبه تعالى نستعين والصلاة والسلام على محمد واله الطاهرين اعزائي الطلاب السلام عليكم ورحمة الله وبركاته وصلنا الى مجموعة من المعقولات الثانية اشار اليها المحقق الطوسي ونعيد البحث وآآ يشير الى اول مسألة اشار اليها المحقق التونسي قال والماهية يعني الماهية كذلك من المعقولات الثانية لا تشتبه هنا الماهية بالحمل الاولي وليس الماهية بالحمل الشائع ما هي بالحمل هي الانسان الماء الملك الشمس القمر هذه هي الماهيات بالحمل الشائع الطبائع المخلوقة طبائع الموجودة في عالم الخلق ثم كلها تتعين بحيثية هي كونها ما هي كونها ما هي المائية كما درستم في المنطق ما يقال في جواب ما هو ما هو الانسان ما هو الانسان فتقول حيوان ناطق بل ما هي هنا تحمل على الانسان. تقول الانسان ما هي؟ القمر ما هي؟ الشمس ما هي؟ الكل هذه الطبائع تتصف بهذه الحيثية تشترك في هذه الحيثية ما هي كونها تقال في جواب ما هو اذا قلنا ما هو الشمس تأتي ما هي اذا هذا الاتصاف الوحدوي انسان ما هي القمر ما هياش? الشمس ما هي? الماء ما هي? هذا الاتحاد اه في هذا المحمول هذا السريان الوحدوي ويعرظ ماهيات متعددة يكتسب خاصية المعقول الثاني لان من خصائص المعقول الثاني انه يعرض عدة ما قلت فالمهي كذلك الماهية بالحمل الأولي يعني كحيثية وليس كطبائع تنتمي الى المعقول الثاني. ولهذا اقول اقول الماهية ايضا لكن اكتب تحت المائية الماهية بالحمل الاولي يعني كحيفية وليس كطبائع خلقية ايضا من المعقولات الثانية يعني تعقل في الرتبة الثانية تقول الانسان ما هي الشمس ما هي? انسان معقول اولي الماهية في المحمول تقع في في الرتبة الثانية من التعقل. الشمس ما هي? تعقلنا الشمس في الرتبة الاولى هذا هو المعقول الأولي ثم التعين المهوي كونها ما هي في الرتبة الثانية ولهذا المعقول الثاني نعم الما هي ايضا من المعقولة الثانية لماذا? فان الماهية تصدق على الحقيقة باعتبار ذاتها لا من حيث انها موجودة او او معقولة تقول الإنسان ما هي? انتهى الأمر في الدائرة ما هي لا علاقة له لا بالتعقل ولا بالموجودية. يعني القيد الذهني لا يتدخل بكون الإنسان ما هي? ولا القيد الخارجي يتدخل في كونه ما هي انسانية? فالانسان لا يكون انسانا بقيد الخلق انسان وانسانو انسان وانسان في دائرته انسان ثم يكون ما هي فان الماهية بالحمل الاولي تصدق على الحقيقة الحقيقة ما هي? الانسان مثلا الماء القمر الشمس باعتبار ذاتها لا من حيث انها موجودة او معقولة يعني لا تتقيد بالقيد الخارجي ولا بالقيد الذهني وان كان ما يصدق عليه المهي من المعقولات الاولى. نعم. تقول الانسان ما هي؟ القمر ما هي؟ الشمس ما هي؟ الماء ما هي؟ الملك ما هي هذه كلها معقولات اولى تعرضهم الماهية لاحظ هذا هذا الحمل المتعدد الإنسان ما هي؟ القمر ما هي؟ الشمس ما هي؟ الملك ما هي؟ الجن ما هي تجد المعقولات الاولى طبائع خلقية متعددة لكن المحمول واحد وهو الماهية الماهية المائية هذا هو المفهوم الفلسفي المعقول الثاني يعني مفهوم فلسفي يعرض عدة مقولات اذا له خاصية المعقول الثاني نعم لان من الضوابط لكشف المعقول الثاني انه يعرض مقولات متعددة. ولهذا يقول وان كان ما يصدق عليه الماهية بالحمل الاولي يعني كحيفية ليست كطبيعة من المعقولة الاولى يعني الطبائع يعني الطبائع وليس البحث فيه هنا لسنا في في المعقولة الاولى. بل في الماهية يعني المهي بالحمل الأولي يريد يبين هذا الحمل الأولي الدقيق اعني العارض. يعني ان لا يهمني الإنسان والقمر والشجر والملك والفلك والجن. يهمني هذا المحمول الوحدوي الساري في معنى واحد. هذا هو المعقول الثاني. نعم ولهذا يقول اعني العارظ يعني المحمول فان كون الانسان ما هي? امر زائد على الحقيقة الانسانية. هذي اعمل تحتها السطر مسألة بنيوية الإنسان ما هو في دائرة الإنسان انسان لا يكون ما هي ولا يحزنون في دائرته بمبدأ الهوية. مبدأ الهوية يفرز فقط الانسان انسان لا يفرز وصفا في دائرة الهوية ابدا حتى الوجود. حتى العذاب اذا طرأ على الانسان من حيث هو الانسان انسان طلع عليه عنوان جديد يعقل في الرتبة الثانية. يعني معقول اذا الماهية كمحمول كعارض كما يقول العلامة الحلي. هي تأتي في الرتبة الثانية. معقول فان ما هو معناها? ما يقال في جواب ما هو ما يقال في جواب ما هو مصاديق متعددة انسان شمس قمر ماء ذهب جن فلك هذه كلها المصاديق تسمى الطبائع يعني المعقولات الاولى لان اول ما يتعقل الانسان هذه الطبائع ولهذا يقول اعني العارظ فان كون الانسان ما هي? اذا قلنا الانسان ما هي? الملك ما هي? الفلك ما هي? القمر ما هي امر يعني هذا المحمول يعني هذا التعين هذه الحيثية زائد على حقيقة الانسان في مبدأ الهوية حقيقة الانسان في مبنى الهوية ما هي? الانسان انسان اغلق المجال لا مجال لأي شيء هناك ثم اي اي حمل يأتي هذا الحمل? نعم يأتي من الصنف المعقولات الثانية قال والكلية والجزئية كذلك الطبيعة الطبيعة قد تكون كلية وقد تكون جزئية يقولون الكلية تعرضها في افق الذهن والجزئية تعرضها في افق الخارج اما هي هي لا هي هي انسان انسان لا كل ولو جزء في مبدأ الهوية. ثم اذا حل افق الذهن كان كليا اذا حل افق الخارج كان مشخصا جزئيا. اقول هذان يعني الكلية والجزئية. ايضا من المعقولات  خاصية المعقول الثاني ما هو العارض يعني العارضة للمعقولات الاولى نعم تقول الانسان كلي في افق الذهن يعني يصدق على كثيرين انسان جزئي المتشخص لا يتمدد في افراد فيكون كليا في افق الذيل ويكون جزئيا في افق الخارج فان الماهية من حيث هي هي يعني الانسان في دائرته الماء في دائرته الشمس في دائرتها من حيث يعني يكتب مبدأ الهوية. وان كانت لا تخلو عنهما الا انها مغايرة لهم. ونعلم الانسان وانسان لا علاقة له لا بالكلية والجزئية كلية عنوان غير الإنسان الإنسان ما هو انسان حيوان ناطق على كثيرين. مفهوم يصدق على كثير الجزئية ما هي؟ مفهوم لا يصدق على كثيرين نعم وهما يصدقان عليها يعني الكلية والجزئية صدق العارض دقق جيد يعني من المعقولات الثانية على معروضه على الطبائع. فان الانسان عن الانسان لو كانت لذاتها كلية لم تصدق جزئية اذا كانت الذاتية داخلة في مبدأ الهوية لا تكون مشخصة جزئية ابدا. واذا كانت الجزئية في صميم هويتها لا تكون كلية مطلقة. اذا في دائرتها لا كلها وجزئية ولا جزئية اين تعرظ هذه المحمولات او هذه العرضيات تقول في افق الدين يعرضها الكلية في افق الخلق والوجود والخارج تعرضها الجوزية واضحة المسألة جدا. وهما يعني الكلية والجزئية يصدقان عليها على الطبيعة</w:t>
      </w:r>
    </w:p>
    <w:p>
      <w:r>
        <w:t>صدق العارظ على معروظه نعم لان العرض معقول ثاني. فان الانسانية لو كانت لذاتها كلها لم تصدق جزئية وبالعكس يعني ولو كانت جزئية في ذاتها لا تصدق عليها الكلية فالإنسانية ليست من حيث هي كلية ولا جزئية ابدا الإنسان هو انسان في مبدأ الهوية اين يأتي هذا العارض? تقول حسب الافق. اذا كنا في افق الدين الكلية هي التي تعرض الانسان. اذا كنا في افق الخارج الجزئية هي التي تعرض الانسان. بل انما تصدق عليه الكلية عند اعتبار صدق الحقيقة على افراد متوهمة او متحققة نعم هذه القضية الحقيقية الحقيقية تصدق على الافراج المتحققة والمو مقدرا متوهمين يعني المقدرة او المقدمة يعني شريك البالي كعنوان كلي مثلا يصدق على مصاديق متعددة شريك الباري واحد شريك الباري ثاني ثالث كذا. حقيقية ام توهمية ادعائية ادعائية. لان العدم لها شيء نعم بطلان شيء مطلق يقول بل انما تصدق عليه الكلية على الانسان مثلا الكلية عند اعتبار صدق الحقيقة يعني الانسان على افراد متوهمة او متحققة يعني الصدق على كثيرين والجزئية انما تصدق على الطبيعة الانسانية او الفلكية او الذهبية لا فرق عند اعتبار امور اخرى يعني المشخصات الخارجية مخصصة لتلك الحقيقة ببعض الافراد فهما من المعقولات الثانية يعني الكلية و الجزئية من المعقولات الثانية الضابطة معي? ان الكلية لا تعرف فقط الطبيعة الانسانية. تعرف حتى الطبيعة الذهبية الطبيعة الفلكية الطبيعة الملكية. وهكذا نعم هما من المعقول الثاني الجزئية كذلك زيد جزئي ليلة جزئية تفاحة المشخصة جزئية عربيات في تعرض مقولات متعددة فتحققت الظابطة ما هي الظابطة? ظابطة المعقول الثاني قالوا الذاتية والعربية. يعني اذا اردنا اردنا ان نرتب نرتب الذهن جيدا اولا الانسان ما هي؟ ما هي معقول ثاني? بيناه ثم الإنسان هذا قد يكون ذاتيا قد يكون عرضيا. بمعنى قد يكون اه ننقل المفهوم مطلقا قد يكون في صميم الذات يعني الذاتي. قد يكون خارج الذات ذاتي تمام الذات نوع جزء الذات المشتركة جنس جزء الذات المختصة فصل نأتي الى العرض عرضي مختص هذه هي الخاصة العربي والخاص او لا يعم الطبيعة وغيرها عرضي عام هنا جاء قال والذاتية والعرضية حتى هذه آآ من المعقولة الثانية. نعم تقول الانسان ذاتي لافراده ذاتي يعني مقاوم لافراده فالذات عرضت الانسان نعم الحيوان الذاتي لانواعه الانسان والنمل والبقر او عرضي مثلا البياض البياض يعرض طبائع من خارج المهم او الابيضية ادق الابيضية نعم اقول هذان ايظا من المعقولات الثانية لان الظابط حاضرة ما هي? تعرظ عدة مقولات عارضة للمعقولات الاولى. يعني عندك انت تقول انسان ذاتي نعم الابيض عرضي وهكذا العلم عرضي يعني العلم ليس من مقومات الانسان كالجنس والفصل لا الفصل ذاتي لانه من مقومات داخلية فعندنا عارض ومعروف المعروض هو الطبيعة الطبيعة النوعية او الطبيعة الجنسية او الطبيعة الفصلية او يعني الفصل وآآ آآ العارض ما هو الذاتية والعرضية فانه ليس في الاعيان ذاتية ولا عرضية. هذه كذلك ضابطة اخرى قلنا للمعقول الثاني ضوابط متعددة اه كونه وجودا ربطيا. يعني لا متن له لا متن له لا واقعية مستقلة له. اذا اشارة الى ضابطة اخرى. انا بينت ضابطة هي عروض المعقول الثاني على طبائع متعددة. هذه ضابطة ضابطة اخرى ذكرها العلامة الحلي. وهي الا ليس له المعقولات الثانية مطلقا ليس لها مثل وجود ربطي في متن طبائع فانه ليس في الاعيان الذاتية ولا عرضية. عمل تحتها خط واكتب في الهامش ظابطة للتمييز المعقول الثاني فانه ليس في الاعيان الذاتية ولا يعني ليس في الاعيان يعني كمتن مستقل واقعي خارجي مستقل عن الطبائع ذاتية ولا عرضية وليس لهما التأصل في الوجود عطف تفسيري يعني ليس لهم متن مستقل وقد يكون الذاتي لشيء عرضي لغيره هذه مسألة اخرى نعم قد يكون الشيء آآ عربيا لشيء يكون ذاتيا لشيء. الحيوان ذاتي للانسان. تقول الانسان حيوان ناطق حيوانية في صميم ذاته لكن اذا جئت الى الفصل تقول الناطق حيوان ناطق حيوان او الحيوان آآ لا الناطق حيوان خطأ تقول الحيوان ناطق نعم هنا عرض معلوظ الحيوان لا يقومه لا يقاوم الفص والفصل يقوم الانسان فمن جهة يكون ذكيا ومن جهة يكون بالنسبة للحيوان معرضين مسألة سهلة جدا وقد يكون الذاتي لشيء عرضي لغيره كيف تقول آآ آآ الناطق الناطق للإنسان الذاتي وللحيوان عرضي نعم من الناطق لا يقوم الحيوان الحيوان ما هو? جسم ناعم حساس متحرك بالارادة هذه هوية الحيوان يناطق? لا يعرضه بعد اذا الناطق هي عارضة للحيوان لكن مقاومة للانسان. لماذا? لان الانسان هو جسم نام حساس متحرك بالارادة ناطق. الناطقية في صميمه. ذاتية مقومة نعم نعم وقد يكون الذاتي لشيء مثلناها الناطقية اه ذاتية للانسان عربيا يكون عرضيا لغيره يكون عرضي للحيوان تقول حيوان ناطق الناطقية جاءت بعد انعقاد هوية الحيوان وتمام ماهيته. فهما اعتباران عقليان عارظان لماهيات متحققة اعتباران عقليا ذكر خاصية اخرى قاسية اخرى للمعقول الثاني مطلقا وهو اعتباري اعتباري ما معناه يعني ينتزع من صميم الطبائع وليس ينتزع من متن مستقر نعم اعتباري يعني نحن نجعل له متنا بالادعاء حتى نفهمه في دائرته فقط عارضا نعم عارظا لماهيات متحققة اكتب تحتها ومختلفة متحققة ومختلفة في انفسها فهي من المعقولات يعني الذاتية والعرضية من المعقولة الثانية نعم من اجمل البحوث في ميتافيزيقية الدين هي منشأ المفاهيم اقسام المفاهيم حاكاوية المفاهيم وصدقية المفاهيم مع نفس الأمر نعم البارحة فقط سألني احد الطلاب الاعزاء قال اريد ان نكتب دكتوراة قلت له اكتب نظرية المفهوم دراسة وجودية ومعرفية لم يكتب في العرب هكذا دراسة مطلقا واعطيته الفصول منشأ المفاهيم اقسام المفاهيم حاكوية المفاهيم صدق المفاهيم منشأ المفاهيم من اين جاءت هذه المفاهيم? مقاربات متعددة ثم اقسام المفاهيم المفهوم مهوي اه ثانوي ثانوي خارجي ذهني خارجي فلسفي فلسفة الأخلاق فيزيائي وو ثم اه حكاويت هذه المفاهيم ثم كيف تصدق على نفس الامر فيدخل بحث نفس الامر دي البين جدا جميل قال والجنسية والفصلية والنوعية. هذه كذلك من المعقولات دايما المعقولات الثانية الفلسفية ليست منطقية ابدا لا تشتبهون هذه ليست مفاهيم منطقية هذه مفاهيم تدرس في الفلسفة والمنطق يوظفها للتعريف باعتبار التعريف الموصل الى التصور فهناك تدرس في المنطق ولا هي مسائل فلسفية الجنسية هو عنوان يصدق على انواع متعددة اه النوعية عنوان يصدق على افراد متعددة الفصلية عنوان يقوم. يقوم النوع ويحصل الجنس. هذه كلها مفاهيم ثانية تقول حيوان جنس. عقل في المرتبة الثانية هل يعرف فقط ان الحيوان? لا لا حتى الجسم جنس النبات جنس اذا جاءت الضابطة المعقول الثاني ما هي? يعرض عدد معقولات ليس له هوية مستقلة الضابطة الثانية اعتباري ضابطة ثالثة بسيط اه ظابطة رابعة وهكذا فتقول الحيوان جنس اين تعقلت الجنسية في المرتبة الثانية؟ يعني معقول الثاني اذا قلنا الحيوان جنس يعني نفهم من خلال عنوان المحمول ان الحيوان يصدق على انواع متعددة</w:t>
      </w:r>
    </w:p>
    <w:p>
      <w:r>
        <w:t>اذا قلنا الانسان نوع النوعية جاءت في الرتبة الثانية من المعقولية هل تعرض فقط للإنسان? لا تقول حتى الذهب نوع الماء نوع فالنوعية تعرض عدة معقولات اظابة المعقول الثاني فاذا قلنا الانسان نوع نفهم من عنوان النوعية يعني من هذا المعقول الثاني ان الانسان يصدق على افراد متعددة نعم والفصلية الفصل له وظائف آآ ثلاث. اولا يحصل الجنس ويقسم الجنس ويقوم النوع الناطق يحصل حيوان انسانا ويقسم الحيوان الى انسان وغير انسان ويقاوم الانسان الانسان ما هو قيوان الناطقون الناطقية في صميم الانسان تقومه اقول هذا ايضا امور هذه هذه امور يعني هذه يعني الجنسية والفصلية والنوعية ايضا امور اعتبارية عقلية صرفة ها يجب ان تفهم هذه العبارة العميقة اه يعني على منح للعزيز يعني العقل يعبث ويصنع من عنديته ام ام يصل اليها من خلال التأمل في الوجود? يقول لا من خلال التأمل في الوجود. اذا ما معنى اعتبارية عقلية صرفية يعني ليس لها منشأ انتزاع يقول لا ليس لها منشأ انتزاع ليس لها متن استقلالي فنحن نعتبرها كمات مستقل لفهمها والا هي مندكة في الطبيعة. نعم هذا المعنى امور اعتبارية عقلية صرفة من المعقولة الثانية بيناها العارضة للمعقولات الاولى. المعقول يعني الحيوان الانسان وهكذا فانا كون الانسان نوعا يعني شكلنا هذا التركيب الانسان نوع يعني يصدق على افراد متعددة. امر مغاير للحقيقة الانسانية. نعم النوعية هي مفهوم يصدق على كثيرين مختلفين بالعدد هذا فقط انسان لا ماء لا عنوان مستقل عنوانه مستقل ثم يعرض الانسان اذا عرض الانسان اكتسبت الطبيعة الانسانية خاصية وهي الصدق على كافلين مختلفين فقط بالعدد نعم عارظ لها يعني يعرض الانسان تقول الانسان نوع والا لامتنع صدق الانسان على زيد يعني اه النوعية تعطي خاصية للانسان انه يصدق على زيد وعلى طه وليلى وزينب وهكذا وكذلك الجنسية وكذلك الجنسية للحيوان. تقول حيوان جنس اذن الجنسية عارضة على الحيوان فقط لا حتى على الجسم تقول الجسم جنس الجوهر جنس. اذا يعرظ تعرظ الجنسية مقولات متعددة اعتبارية ليس لها متل مستقل بسيطة وجود ربط كل هذه خصوصية المعقول الثاني فتقول الحيوان جنس ما معناه? يعني الطبيعة الحيوانية اكتسبت خاصية ببركة هذا المعقول الثاني انها تصدق على انواع متعددة. نعم. ليس على افراد على انواع نعم وكذلك الجنسية للحيوان مثلا لماذا قال مثلا? يقول انت لا تحصر عقلك في هذا المثال حتى الجوهر جنس. النبات جنس الجسم جنس آآ وهكذا امر يعني الجنسية امر عارض للحيوان مغاير لحقيقة الحيوان ما هو الجنسية? مفهوم عنوان يصدق على كافرين متحدي الحقيقة. انتهى الامر وكذلك الفصلية للناطق وهذا كله ظاهر. تقول الناطق فصل الناطق فصل الفصلية جاءت في الرتبة الثانية فتعطي خاصية للناطق ما هو? انه يحصل الجنس يقسم الجنس يقاوم النوع. هذه هي الوظائف المتعددة. خذ الناطق مثلا تقول الناطق فصل. فالناطق يكتسبت بفضل هذا المعقول الثاني. يعني بفضل هذا التعين وهذه الحيثية. هذه الخاصية تحصل الجنس اولا تقسم الجنس ثانيا تقاوم النوع ثالثا اذا اخذت الفصل الناطق تقول الناطق يحصل الحيوان كمثال و يقسم الحيوان الى انسان ولا انسان ثانيا ويقوم الانسان الانسان ما هو حيوان ناطق فالناطقية في داخل الانسان يعني مقوم ذاتي ذات باب طبعا نعم يجب ان نفهم المسألة هكذا. اذا الماهية والذاتية والعرضية والكلية والجنسية اه الكلية والجزئية بالذكر الله والجنسية والنوعية والفصلية وكثير من المعقولات الثانية المنطقية والفلسفية كلها تشترك في هذه الخصوصيات. تعرض مقولات متعددة وجودات الربطية بمعنى انها ليس لها مات مستقل اذا لم تكن لها مثل مستقل يأتي العقل يصنعها او يعقلها لا يصلح حال العقل كما يقول على من حل صرفه لا لا لا العقل يأتي الى متن الطبيعة الانسانية يكتشف في هذه الحيثيات ثم يحصلها في دائرتها. هذا الحصر في الدائرة حتى يفهمها فقط ليست مشوبة بغيرها هذا يسمى الادعاء والاعتبار. ليس الادعاء ان العقل يصنعها ابدا. وانما هي خاصية الانطباع كيف يصلح يتدخل في التكوين? تكوين الله تعالى ابدا اليس له وجود ربطي اعتبارية بمعنى نحصرها بين قوسين لوحدها فقط هذا هو الادعاء والاعتبار لا يمكن ان تحصلها في التكوين يعني انت تأتي الى الكلية في الطبيعة الطبيعة الانسانية تقول الانسان كلي ثم تخرج الكلية من الطبيعة الانسانية. آآ استخراجا حقيقيا لا يمكن هذا. تكوينيات تتدخل في تكوينات الله تعالى ابدا لكن انت تأتي بالإدعاءات تخرج الكلية لوحدها عن الإنسان بعد خرج الانسان وجميع اه صاعته حتى لا تختار طبعا الكلية. تجعل الكلية لوحدها هذا هو الادعاء وهذا هو الاعتبار ليس الذهن يسمح ابدا يعني يفصلها لوحدها يفصلها لوحدها يتوهم المتوهم ان لها متن وهي ليس لها متن مستقل يعني نفهمها في صميم الطبيعة الانسانية. الا ان هذا الفهم فهم عقلي. ليس حسيا. الحس لا يصل الى هذه المفاهيم العقلية العاقل هناك يتدخل اللهم صلي على محمد وال محمد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