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وصلنا الى هذه المسألة. المسألة السابعة والثلاثون في تصور العدم هذا البحث من اروع البحوث واذا شئت ان تربطه بالتكوين وبالدين اساس الدين هو امر الاعتباري يعني اساس الدين هو النقص اذا كان الانسان كاملا بالكمال المطلق لا معنى للدين فيكون الها الإنس فالدين دائما يأتي للإنسان الناقص بالنسبة الى درجات من الكمال ناقص بالقياس الى درجات راقية فيبقى وفقا للمثالية الالهية التي هي الدين والامير سلام الله عليه يقول عرفت الله بنقض الهمم وفسخ العزائم نقض الهمم امور عدمية وفسق العزائم امور عدمية فبدون هذه الحدود العالمية هذه العالم الخلقي لا يتعين في العالم الجميل فوق عالم والربوبية والالوهية وعالم الملائكة هذه الحدود غير موجودة ابدا حكومة ملك الموت في قبض الأرواح لا تزاحم حكومة جبرائيل في ايصال الوحي كل في افقه ولا حدود في البين تتعجب من هذه الفكرة نعم واذا اردت ان نقرب لك هذه المسألة بما تشعر به انت بالعلم الشهودي عندك انت مليار مفهوم في ذهنك هل هذه المفاهيم لها حيز تنتهي ثم تبدأ يبدا المفهوم الاخر? لا ابدا كلها في نقطة واحدة وانت تشعر انها كل همه متباينة. هذا عالم الفوقاني عالم الجميل عالم التجرد اما في عالم المادة هذه الحدود ضرورية الان انا عندي حد محدود هذه المنضدة لها حد محدود الكاميرا لها حد محدود الكتاب له حد محدود. الحدود ما هي يعني الاعداء هذه الاعدام هي التي تعطي جمال هذه النشأة الخلقية المادية والسبب هو المادة نعم يجب ان تكون هذه الحدود الشمس اذا كانت منبسطة بمادتها آآ الفصول الاربعة لا تتحقق على وجه الارض الارض تدمر اما بالحرارة واما بالبرودة او ليبوس او الرطوبة يجب ان تكون الشمس بحد محدود تتحدد هويتها المادية البحث هنا كيف نتعامل مع هذه الاعدام او العدم المطلق نعم بحث تحليلي بحث عميق وتحليلي وله علاقة كذلك بالأمور الدينية كما قلت لكم المسألة السابعة والثلاثون في التصور والعدم. يعني كيف يصل الذهن البشري الى مفهوم العدم فقط ابين مسألة بنيوية ثم ندخل في تفكيك هذا المتن وبعمق. حتى لو استغرق جلستين. لا يهم اه البنية الذهنية بنية المفاهيم ليست ليست بنية الكيانات لا تجد هناك الكيانات الإنسان كحقيقة انسانية في الدين لا الإنسان كحقيقة فهمية مفاهيم اذا مفهوم شريك الباري ليس شريك الباري اياك ان تتصور هذه المسألة تسأل مفهوم شريك البريء انت من؟ يقول انا من خلالي تفهم هذه الهوية التي هي عدم محض انا اوصلك الى انها في نفس الامر ماذا تمثل لا شيء مفهوم العدم فهم كيان فهمي وليس كيانا آآ حقيقيا ابدا هو كمفهوم مفهوم حقيقي نعم لكن هو ليس شريك البريء مفهوم واجب الوجود ليس واجب الوجود مفهوم الانسان غير الانسان مفهوم يوصل بعد معرفي بعد ايصالي بعد يعني ادراكي مع هذه يجب ان نقف عليها لان في خلط كبير بين مفهوم الشريك الباري وشريك الباري مفهوم الانسان والانسان في خلط كبير خلط كبير في التحليل خلط بنيوي خلط بنيوي قال وللعقل العقل كناشط في الادراك. العقل يعني هنا هذه القوة الانسانية الراقية حين تسعى لكسب المعرفة حتى تحيط بالحقيقة الواقعية نعم وللعقل ان يعتبر النقيظين وجود عدم او ملكة وعدم الملكة اه البصر وعدم البصر ويحكم يعني وان يحكم بينهما بين النقيضين بالتناقض بالتناقض يعني اذا كان السين لا يكون لا سين. اذا كان لا سين لا يكون سين. هذا هو التناقض ولا استحالة فيه. لماذا? لان نحن في البنية نية البنية الذهنية تفصل ولا تجمع. طبيعة البنية الذهنية تاف صينية تفصل تعطي لكل مفهوم اه كيانه الفهمي فلا يمكن التداخل لا يمكن التداخل في المفاهيم هذه قاعدة بنيوية لماذا? لانه لا يمكن التداخل بين الحيثيات الخارجية انت عندك وردة جميلة ولطيفة. كم حيثية؟ جمال ولطافة في متن الوردة في متن الوردة كمصداق خارجي لكن اذا جاء العقل واراد ان يتعامل مع اللطافة والجمال لا يمكن ان يتعامل الجمال وهو مشوب باللطافة والا لم يفهمه ولا يمكن ان يتعامل مع اللطافة وهي مشوبة بالجمال والا لا يفهموه. فيعزل اللطافة بالادعاء عن الجمال بادعاء على الوردة بالادعاء وهذا هو الاعتبار فيفهم الجمال لوحده. واللطافة لوحده يشكل لدينا مفهومان منعزلان متباينان بتمام الذات وهذا ناشئ من ماذا? لان حيثية الجمال غير حيثية اللطافة. وان اجتمعا في حقيقة واحدة هذا لا يظر الاجتماع في حقيقة واحدة لا يضر والانفصال الذهني في الفهم كذلك لا يظر. هذه قاعدة بنيوية ثم جيدا سارية في جميع الحيثيات والمفهى. اقول العقل العقل هنا تلك القوة الراقية في النفس حين سريان الفهم حين السريان الفهمي حين التعامل مع الواقع الخارجي حتى تصل الى الحقيقة يحكم بالمناقضة يعني هذا لا يجتمع مع هذا بالمناقضة بين السلب والايجاب فلا بد وان يعتبرهما معا نعم يعني عنده مفهوم الوجود ومفهوم ومفهوم العدم مفهوم الجلوس مفهوم عدم الجلوس فيقول اينما يكون الوجود لا يكون العدم واينما يكون العدام بالاعتبار لا يكون الوجود اينما يكون الجلوس لا يكون الا جلوس. حكم ام لا? حكم. والحكم يستدعي حضور الطرف الطرفين. يعني مفهوم الوجود ومفهوم العذاب نعم. وان كان في الواقع الخارجي ليجتمعان الوجود والعدم والجلوس واللا جلوس العقل يحكم بالمناقضة بين السلم والايجاب فلابد وان يعتبرهما معا. قال يعتبرهما معا. يعني لكل يعطي مفهوما في افق الدين. مفهوم الوجود مفهوم العدم. مفهوم الجلوس. مفهوم عدم الجلوس. اربع مفاهيم متباينة. كل يتحرك في افقه الخاص والسر بينته لكم لان الحيثيات الخارجية كذلك يجب ان تكون في دائرتها فقط لان التناقض تعليل لهذه العملية العقلية. لان التناقض من قبيل النسب نعم التناقض نسب يعني تنسب الوجود الى العدم تقول يناقضه تنسب العدم الى الوجود تقول يناقضه تنسب ملأ الملكة كالبصر الى عدم الملكة تقول يناقضه او يقابله احسن. يقابله من التقبل ملكة وعدمها لان التناقض من قبيل النسب والاضافات لاضافات يعني عطف التفسير على النسب. النسب والاضافات شيء اخر يعني مضاف او منسوب لا يمكن هذا التناقض لا يمكن تصوره تصور هذا التناقض الا بعد تصور معروظيه معروظيه يعني تقول الوجود يناقض العدم العدم يناقض الوجود. فيكون متصورا للسلب والايجاب معا في افق الذهن. تقول شيخنا العزيز توقف قليلا. الوجود لا لا يجتمع مع العدم اقول لك نعم في متن الحقيقة ان في افق الدين ما عندنا وجود وعدم عندنا مفهوم الوجود ومفهوم العدم. وهناك التباين التباين. لماذا التباين في الافق الذهني حتى تكون الامانة في الادراك</w:t>
      </w:r>
    </w:p>
    <w:p>
      <w:r>
        <w:t>لا تفهم الوجود في افق العدم ولا تفهم العدم في افق الوجود. تفهم الوجود في افق الوجود وتفهم سهلة والله سهلة نعم. لان التناقض من قريب من قبيل النسب والاظافات من قبيل يعني تنظير كمثال لا يمكن تصور هذا التناقض الا بعد تصور معروظيه. ماذا? الوجود والعدم. الجلوس واللا جلوس البصل ولا بصل? فيكون متصورا يعني العقل للسلب والايجاب معا. ولست حالة في اجتماعهما في الذهن دفعا. انظر هذا القيد في الذهن يا في افق باعتبارهما حقيقتين ام باعتبارهما في افق الذهن? في افق الدين. نعم لان التناقض ليس بالقياس للذين ليس بالقياس للذين دقق جيد هذا كلام جدا فخر يعلل هذه الظاهرة كيف ان يجتمعان في الدين ولا يجتمعان في الواقع الخارجي. يقول لان التناقض التناقض غير مفهوم التناقض. لان التناقض ليس بالقياس الى الدين. انا عندي هذه النسخة هذه النسخة طبعت اه الشيخ حسن زادة املي جامعة المدرسين في قوم المقدسة هنا خطأ يعني زيادة في المتر لان التناقض ليس بالقياس الى الدين بل بالقياس الى الدين هذه اه امحيها بالقياس الى الدين الزائدة العبارة هكذا الصحيح لان التناقض ليس بالقياس الى الدين يدية الاضراب بل بالقياس لما فيه نفس الامر في الواقع الخارجي يعني نفس الامر هناك الوجود يقابل العدم. والعدم يقابل وجود. اما في الدين افق المفاهيم ما في تقابل. في انسجام تام. كيف? مفهوم الوجود في افقه ومفهوم العدل في افقه تقول كيف يا شيخ? نعم يجب ان يكون مفهوم الوجود في افقه حتى يحكيك بامانة الوجود الواقعي ومفهوم العدم يكون في افقه حتى يحكي لك العدم في دائرته ثم يقول لا يجتمعان اين في الدين? لا هادي خاصية خارجية. لا يجتمعان في الخارج. يعني اذا كنا في درس الوجود لا معنى للعدم. واذا كنا في داخل عدم لا معنى للوجود. ولهذا يقول لان التناقض ليس بالقياس الى الدين يعني في عالم المفاهيم لا ابدا عالم المفاهيم كل في دائرته. هناك لا اجتماع ولا اه تنافر ولا تناقض في عالم الدين بل بالقياس الى ما في نفس الامر. في نص يعني الحقيقة ريجية بالمعنى الاعم فيتصور صورة ما ويحكم عليها بانها ليس لها في الخارج ما يطابقها. نعم ان تقول مثلا مفهوم شريك الباري مفهوم شريك الباري كيان ذهني. ما هي وظيفته? يحكي يوصلك الى نفس الامر يقول مفهوم شريك الباري اذا ذهبت الى نفس الامر تجده في دائرة العدم هذه الدائرة حقيقية ام الدعائية? نقول عدم عدم يعني ادعاء ادعاء محض نعم ليس كمفهوم الوجود مفهوم الوجود يحكي واقعيات خارجية نعم فيتصور العقل صورة ما ويحكم عليها بانها ليس لها في الخارج ما يطابقها ما يطابقها ما يطابقها اكتب هنا ما يطابقها اه بالحقيقة اما بالادعاء لا ثم يتصور صورة اخرى في حكم عليها بانها لها في الخارج لاننا في الخارج ما يطابقها مفهوم الوجود يطابق مفهوم العدم لا يطابق بمعنى الحقيقي اما المطابق الإدعائي موجود ما يطابق ثم يحكم على احداهما باحداهما بمقابلة الاخرى. تقول الوجود يقابل العدم والعدم يقابل الوجود اذا دققوا جيد في المتن. يعني هذه المسألة دقيقة فانا اقف عندها كثيرا يقول فيتصور من العقل ماذا يتصور? صورة مثلا مفهوم الوجود اه مفهوم العدم يعني شريك الباري ويحكم عليها بانها ليس لها في الخارج ما يطابقها اكتب ما يطابقها حقيقة اما ما يطابقها عدا ادعاء الموجود مفهوم شريك البالي يحكي دائرة عدن لادلة شيئية. اللا شيئية ليس لها مطابق حقيقي لها مطابق ادعائي. ثم يتصور صورة اخرى يعني الوجود. مفهوم الوجود. في احكم عليها بانها لها في الخارج ما يطابقها ما شاء الله من المخلوقات حتى الله تعالى وجود. ثم يحكم على احداهما بمقابلة اخرى تقول يقول وجود الخارجي يقابل العدم الخارجي الادعائي. والعدم الخارجي الادعائي يقابل الوجود الحقيقي. لا امن حيث دقق جيد لا من حيث انهما حاضرتان في العقل يعني مفهوم الوجود ومفهوم عدم هناك لا تناقض ولا تنافر هناك تناغم تام كل في دائرته كل في مثل هذه الافلاك في المنظومة الشمسية. المريخ يدور في دائرته ولا يزاحم زحل وهكذا عالم المفاهيم ما في تناقض كيانات ذهنية وبينت لكم. عندك مليار مفهوم في ذهنك مفهوم ادبي مفهوم فلسفي مفهوم اصولي مفهوم فقهي مفهوم جغرافي مفهوم خرافي كلها تسبح في فضاء الدين ولا يزاحم مفهوم مفهوما اخر ابدا. ابدا اذا التناقض ليس بين مفهوم الوجود ومفهوم العدل. تناقض بينما يحكيه مفهوم الوجود وما يحكيه مفهوم العدم. فاذا جئت الى الوجود الخارجي يناقضه. يناقضه يعني يدافع العدم ولعدم الادعاء يدفع الوجود الادعاء لأن العدم لا شيء يقول لا من حيث انهما حاضرتان في العقل. بل من حيث ان احداهما استندت الى الخارج دون الاخرى. يعني في عالم الخارجي في البنية الخارجية كلام جميل هذا الكلام للمحقق التوصي في زمانه لم تنطبخ العلوم ذلك الانطباخ كلام جدا فاخر هذا ينتمي الى ميتافيزيقية الدين نعم وقد يتصور العقل يتصور العقل او الذهن وقد يتصور الذهن صورة الماء ويتصور سلبها كم تصوم اثنان في افق اثنين كمفاهيم في تناقض بينهما? لا في تنافر بينهما لا. في تمام الانسجام لكن باعتبار المتعلق والمحكي الخارجي هناك فيه تزاحم تناقض تضاد وهكذا وقد يتصور الدين صورة ما ويتصور سلبها يعني رفع هذه الصورة الصورة باعتبار الخارجة لانه مميز على ما تقدم مميز يعني ان الدين يميز بين ال الاشياء نعم ما شاء الله ويحكم على الصورتين بالتناقض. مفهوم الوجود مفهوم العدم. مفهوم البصر وعدم البصر يعني التناقض التضاد والتناقض ملكة وعدمها او يتصور مفهوم السواد ومفهوم البياض في الدين تناغم تام لا علاقة لمفهوم البياض بمفهوم السوائل. لكن اذا اذا جئنا الى الخارج واستقر السواد في جوهرين لا يمكن ان يستقر البياض. واذا استقر البياض لا مجال للسواد هو التضاد تضاد المقولة نعم فهو يحكم على الصورتين بالتناقض او بالتضاد او بالتناقض التقابل مطلقا لا باعتبار حضورهما في الذهن. لان هذا الحضور حضور حقيقي ام حضور فهمي? تقول حضور فهمي مفهومي. هناك الكل في سلة واحدة وتناغم تام ما في مزاحمة نعم. بل بالاعتبار الذي ذكرناه. ما هو الاعتبار باعتبار الواقع الخارجي? يعني متعلق المفاهيم. ما احكي المفاهيم اذا انت عندك مفهوم مفهوم الجلوس وعندك مفهوم اللا جلوس كلاهما في افق الدين منسجمان متلاغمان يتحابان في افق ما في مشكل لماذا? لانها ليست كيانات حقيقية وانما كيانات فهمية لكن تأتي الى الخارج. مفهوم الجلوس يحكي حيثية للشخص الجالس تعين من التعينات اذا تعين الانسان بالجلوس لا معنى للا جلوس اذا قام تعين بالله جلوس لا معنى للجلوس وهكذا سميها تقابل عدم ملكة وعدم ملكة التناقض تضاد لك ذلك مسألة جدا جميلة تنتمي الى الميتافيزيقية الذهنية. يعني ما قبل الفلسفة حتى</w:t>
      </w:r>
    </w:p>
    <w:p>
      <w:r>
        <w:t>قال وان يتصور عدم جميع الاشياء. شف هذيك القوة يتصور جميع الأشياء يتصور الوجود الإنساني عدم الوجود الإنساني حتى الذات المقدسة له القدرة ان يرفع بالادعاء الذات المقدسة ياتي في مقابلها شريك الباري والله تعالى هادي مسويها في القرآن لا تتعجب ولا تتحجر لو كان فيهما الهة الا الله لفسدتا. فالله تعالى فرض الهة متعددة. وكل خرط هذه الالهة المتعددة اله واحد فقط فالفرظيات يمكن وان يتصور عدم جميع الاشياء حتى عدم نفسه. تقول وجود الانسان عدم وجود الانسان وعدم العدم بان يتمثل في الدين ويرفعه عدم العدم هنا هذه المسألة فيها زلل فيها خطأ كبير مرة تتكلم عن عدم دقق جيد هذه سجلها جميلة مرة تتكلم عن العدم في مبدأ الهوية اسألك ما هو العدم في هويتي? تقول العدم عدمه. الحمل الاولي. انتهى الامر مرة لا تتكلم عن العدم في دائرة مبدأ الجوهرية في دائرة الواقع الخارجي. دقق جيدا تقول العدم اذا جاء رفع العدم يعني يصير نقيظا له نعم صحيح اذا يجب ان نفهم المسألة في بعدين. مبدأ الهوية العدم عدم الحمل اولي وتتذكر اعطيتك ظابطة الحمل الاولي ان المحمول في الحمل الاولي يمثل عين الذات لا يمثل اي انزياح خارج الذات بمجرد ان يأتي الانزياح الى الحيثيات حمل شائع العدم عدم حمل اولي انتهى الامر. ما معناه? يعني العدم في هويته عدم لا شيء اخر مرة لا تنظر الى الواقع الخارجي عندنا عدم بالادعاء يأتي عدم يرفعه ماذا ينقلب? ينقلب ثبوتا ينقلب ثبوتا نعم قال وان يتصور الذهن او العقل عدم جميع الاشياء حتى عدم نفسه وعدم العدم بان يتمثل في الذهن ويرفعه وهو ثابت بالاعتبار لا لا  مسألة جدا دقيقة لم تكن واضحة في ذلك الزمان. الان اتضحت ما شاء الله دقق جيد اذا كنا في مبدأ الهوية هذا المبدأ الذي يفرز الحمل الاولي العدم عدم هذا ليس حملا هذا بيان فقط ان العدم في هويته عدمه. جيد هنا لا تقابل ولا تناقض ولا يحزنون ثم تأتي الى ماذا تأتي الى آآ عدم العدم تركيب جديد بمعنى ان العدم يأتي ويدمر العدم يرفع هذا العدم يعدمه واذا عدمه ماذا يتعين? يتعين الوجود هذه يجب ان نفهمها جيدا. علم الحل هنا ابهمها طبيعة اللغة العلمية في ذلك الزمن لم تكن واضحة لان الوجود الذهني وصل الى اوجه مع صدر المتالين لم يكن واضحا في زمان المحقق الطوسي ذلك الوضوح لان اشكالات جاءت كثيرة ثم لا صدر ابدع في الوجود الديني. انا ابين المسألة انت الان في الواقع الخارجي عدم ثم يأتي عدم يدمخه اول ملاحظة يجب ان تلتفت اليها تقول شيخنا هذا ادعاء ام حقيقة بطبيعة الحال ادعاء خرطي لادعان خرطي لا عدم في الواقع ولا عدم يأتي يد مخو اذا هنا العملية الذهنية تأتي وتفترظ تأتي وتدعي تعطي للوجود كيانا ادعاء آآ تعطي ماذا? للعدم. تعطي للعدم كيان ادعائية ثم نأتي بالعدم يرفع هذا الكيان هنا يتصور التناقض بين العدم الأول والعدم الأول يعني العدم الثاني رفع هنا رفع ثبوت وانتفاء تعين ورفع معقول فالدين يعتبر للعدم كيانا بالادعاء ثم هذا العدم يأتي ويدمر هذا الكيان بالادعاء اذن العملية الذهنية هنا تحققت فيأتي افق الدين يفهم هذا الادعاء لا يصنع هذا الادعاء يفهم هذا الادعاء. طبيعة العقل تدعي وتفهم الادعاء. فتعطي للعدم الذي له كيان ادعائي تعطيه مفهوم مفهوم العدم الذي هو يمثل كيانا ادعائيا ثم مفهوم العدم الذي يأتي ويرفع هذا الكيان الادعائي فهنا العدم المحمول يناقض العدم المحمول كلها بتحليلات ذهنية الا ان هذا التحليل ام نص امري واقعي نعم جميل جدا نعم وان يتصور عدم جميع الاشياء سهلة هذه. وعدم الانسان عدم عدم الشجر حتى عدم نفسه. انا نفسي عدم عدم نفسي. ارتفاع نفسي وعدم العدم عدم العدم هنا بيناه. مرة نكون في الحملة الأولي معناه ماذا يمثل العدم في هويته? تقول العدم عدمه. ليس هذا محل البحث محل البحث هو يأتي الذهن بقوته الاعتبارية والادعائية يعطي للعدم الموضوعي الذي يقع في الموضوع عدمه عدمه يعطي كيانا ادعي خرطي ثم يرفعه بعدم فيأتي التناقض هنا يعني العدم الاول رافع للعدم الثاني. اه العدم الثاني رافع العدم الاول بالادعاء كله بالادعاء. فهنا يتصور التناقض. نعم. او التقابل نعم وعدم العدم بين بان يتمثل في الذهن يتمثل في الذهن يكتب كمفهوم العدل ويرفعه بعدم اخر وهو ثابت باعتبار يعني العدم الأول يعني اذا قلت العدم عدم العدم الموضوعي ثابت بالاعتبار والعدم المحمول ثابت بالاعتبار يأتي ويحمل العدم يرفع العدم الاول يزيحه من من الثبوت الادعائي نعم وهو ثابت باعتبار قسيم باعتبار. ثابت باعتبار قاسم باعتبار يعني عندنا العدم المطلق وعندنا هذا العدم المطلق اه يتجلى في اه اه هذا العدم الموضوعي وآآ آآ العدم آآ المحمول فيكون العدم المحمول قسيمة للعدم الموضوعي. ولا يصح الحكم عليه من حيث هو ليس بثبات. ولا يصح الحكم عليه من حيث وليس بثابت. يعني الحكم تقول العدم عدم. لا يمكن الحكم عليه اذا لم تعط ثبوتا ادعائيا نعم اذا خليتو في دائرة العدم لا معنى يأتي العدم الثاني ويرفعه يرفع اللاشيئية فتعطيه ثبوتا ادعائيا. هذا العقل يمكن له ان يمارس هكذا فهميات. نعم. ولا يصح الحكم على العدم بالعدم المحمول من حيث هو ليس بثابت اكتب ولو بثبوت ادعائي ولو بثبوت خرطي ولا تناقض هناك نعم ولا تناقض هناك وصلنا الى اه العلم الحلي في شرح العلامة الحلي نخليه ان شاء الله الى الحصة القادمة لانه انتهى الوقت. اقول الذهن يمكنه ان يتصور جميع المعقولات الوجودية كانت او عدمية ندخل في التطبيق ان شاء الله لعل الاعلام الحلي زاد في الامر بسطا توسعة ان شاء الله. واللهم صل على محمد وال محمد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