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شرح العلامة الحلي لهذا النص من المحقق الطوسي اقرأ عليكم النص ثم انتقل الى شرح العلامة الحلي ونبين حين التطبيق النكات التي تستحق التبيين. قال المحقق الطوسي وان يتصور العقل له قوة في النشاط الفكري يعني الملكة حين التفعيل التفعيل المعرفي يتصور ماذا? عدم جميع الأشياء. وجود الإنسان بمقابله رفع وجود الانسان يجب ان تفهم جيدا اذا قال عدم الاشياء نتف المسألة بهذا الفهم. تقع في مغالطة فاحشة وشنيعة وجود الانسان يعني الانسان متلبس بالوجود يعني متحقق فاذا العقل رفع عن الانسان الوجود تقول انسان عدم. لا يعني الانسان يتلبس بالعدم. لا تقول مرفوع الوجود مرفوع عنه الوجود. هذا معنى تصور عدم الاشياء والا العدم لا شيء حتى يمكن تصوره مستحيل تصوره اذا من اين نصل اليه? نصل اليه الادعاء بالاعتبار بالخرطي يعني عندنا وجود الانسان نرفعه اذا رفعناه يأتي الوهم والاعتبار يضع في محله العدم هل العدم شيء حتى يوضع في مكان الوجود لا كله بالادعاء بالاعتبار وبالخرطي طبعا هذا الخرطي المعرفي نعم ليس القرط العرفي نعم وان يتصور العقل عدم جميع الاشياء حتى عدم نفسه تقول العدم اه عدم اه ذاتي انا وعدم العدم. تقول العدم عدم بان يتمثل في الذهن ويرفح يتمثل في الدين لا يعني ان العدم يأتي الى الدين اذا العدم في كل مراتب الوجود لا معنى له فكيف ياتي الى الذهن? لا معناه لا يعني تحققي افات الى الدين هنا قصد المحقق المحقق الطوسي يأتي الى الذهن يعني بعلم عملية الاعتبار نرفع الوجود اذا رفعنا الوجود نفهم رفع الوجود ماذا يستقر في مكان الوجود بالادعاء بالاعتبار يعني عملية ذهنية فيقول في الدين في الدين اليس الظرفية? في الدين يعني بالاعتبار ذهني ويرفع وهو ثابت باعتبار ثابت باعتبار يعني نعطيه كينونة بالادعاء بهذا الاعتبار له كينونة خرطية كينونة ادعائية تقول شيخنا العزيز لماذا كينونة ادعائية خرطية? لان العدم في كل المراتب لا شيء خذها قاعدة قسيم باعتبار يعني عندنا اه عدم الذي هو لا شيء مطلقا وعندنا عدم بالادعاء هذا العدم بالادعاء قسيم للعدم يعني كأن العدم عندنا عدم في حد ذاته وعندنا عدم بالاعتبار. هذا العدم بالاعتبار له ثبوت ادعائي ثبوت ادائي هو عدم نعم ثبوت ادعائي لماذا? حتى نتعقله ثم نقول عدم لا نقول وجود ان هذا اجتماع النقيضين نقول ما يناسبه هذا العدم الذي اعطيناه ثبوت ادعائيا خرطيا نحكم عليه بما يناسب هويته هويته عدم فنقول عدم وحده نعم ولا يصح الحكم عليه من حيث هو ليس ثابت. يعني العدم في دائرته بما هو عدم لا يصح الحكم لا شيء. حتى يصح الحكم عليه. اذا كيف نصل الى مرتبة نحكم عليه? نعطيه ثبوتا ادعائيا فماذا نقول? وجود خطأ ان هويته عدم نقول العدم عدم نعم نعم ونقول هناك يتميز عن الوجود معنى العدم لا شيء حتى يتميز. لكن بذلك الثبوت الادعائي يجعله يتميز عن الوجود تنعقل الوجود من جهة والعدم من جهة ثم نقول لا يجتمعان ولا يرى يرتفعان. لان بينهما التقابل والتقابل من مقولة الاضافة تستدعي طرفين طرف وجود متن الواقع وطرف ثبوت ادعائي خرطي في الخرطي ولا يصح الحكم على العدم من حيث هو ليس بثابت. من حيث هوي هوي هويته العدمية. هناك لا حكم له. لكن باعتبار الادعاء تعطيه ثبوتا. ادعائيا. نعم يمكن الحكم عليه تقول عدمه المتميز عن الوجود لا يجتمع مع الوجود ومن الاحكام. ولا تناقض لا تناقض في ذلك. يعني مبدأ التناقض في الادعاء الثبوتي يسمح لنا يسمح لنا ان نتعامل بهذا تعامل الفهم مع لان دائرة المفاهيم لا تناقض بين كل المفاهيم في افق الذهن متباينة بتمام الذات خذها قاعدة والسر التكويني ما هو? لان كل مفهوم يحيلك الى متعلقه الخاص ولا يشوب متعلقه الخاص بمتعلق اخر ابدا ابدا خذها قاعدة من عندي انا اقول الذهن الذهن يعني هنا النفس في دائرة الادراك الدين ما هو? النفس في مرتبة الادراك. يمكنه له القدرة ان يتصور جميع المعقولات وجودية كانت هذه آآ بنيوية ما معنى بنيوية? طبيعة الوجود يتعقلن طبيعة الوجود يقبل العقلنة هذا بنيوي العدم ليس له طبيعة عقلانية قد تقول كيف نتعقلو نرفع الوجود بالإدعاء اذا رفعنا الوجوه بالادعاء يأتي العدم بالادعاء يستقر في مكانه. تأتي المقابلة فنقول لا يجتمعان. وتعقمنا الوجود في دائرته الحقيقية المتينية الواقعية. وتعقلنا العدم في دائرته ادعائية الخرتية يمكن فنتشكل مفهوم العدم او مفهوم الوجود لا بأس في ذلك نعم يمكن للذهن يعني النفس في دائرة الادراك ان يتصور جميع المعقولات وجودية كانت او عدمية. نعم ويمكن ان يلحظ عدم جميع الاشياء لانه يتصور العدم المطلق يتصور من اين جاء هذا التصور للعدم المطلق ترفع الوجود المطلق بالحقيقة لا بالادعاء قوة اعطاها الله تعالى للإنسان حتى يدرك الحقائق نعم فالعدم في دائرته عدم هذه حقيقة والوجود في دائرته وجود هذه حقيقة نعم. يتصور العدم. قال يتصور ان العدم المطلق لا واقعية له كيف يتصوروا يرفع الوجود المطلق يأتي ما يقابل الوجوه المطلقة. العدم المطلق يعطيه حقيقة ام حقيقة ادعائية? حقيقة ادعائية خرطية فيكون مفهوم العدم المطلق له متعلق له محكي ادعائي. ويمكنه يعني يمكن للدين ان ينسبه ينسب بالعدم المطلق الى جميع المهيات يقول الانسان معدوم الشجر معدوم الماء معدوم الفلك معدوم فيمكنه ان يلحظه يعني العدم المطلق باعتبار نفسه يقول العدم عدمه فيتصور العدم آآ فيتصور عدم الدين نفسه. يعني حتى الذهن يتصورو عداو وكذلك يمكنه يمكن للدين ان يلحق العدم المطلق نفس العدم يقول العدم وحده هنا دقق جيدا بيناها ونكررها لان المسألة دقيقة مرة تقول عدم عدم انت في دائرة مبدأ الهوية ما معنى? العدم في هويته ما ماذا يمثل? عدمه لا زيادة ولا نقصان مثل الانسان في هويته ماذا يمثل? الانسان لا زيادة ولا نقصان. لا وجود ولا عدم ولا علم ولا علم. لا لا لا. فقط الهوية. هذا مبدأ الهوية. مرة لا. تقول العدم عدم بمعنى. العدم يأتي ويرفع العدم يعني في متن اه الواقعة يعني في مبدأ الجوهرية. فعندنا عدم موظوع وعندنا عدم محمول كلاهما باعتبار ما يختلف عن الاخر. نعم نعم وكذلك يمكن للذهن ان يلحق العدم نفس العدم. يبين. خطيرة هذي قد يقول قائل انت في مبدأ الهوية ام في مبدأ الجوهرية في مبدأ الهوية سلمنا يعني العدم في هويتنا هو عدمه سهلة هذي حمل اولي لكن العدم في الحمل الشائع يعني عندك عدم موضوعي وعدم محمولي ثم العدم المحمولي يأتي ويزيح العدم الموضوعي</w:t>
      </w:r>
    </w:p>
    <w:p>
      <w:r>
        <w:t>فيعطيه الكينونة يعني يعطيه الوجود يلزم اجتماع النقيضين. خطيرة جدا هذه لا ليست خطيرة. قوة الذهن البشري. بمعنى بمعنى يعني شرح كيف نحمل العدم على العدم في غير مبدأ الهوية بمعنى ان الذهن يتخيل للعد صورة يتخيل ان يدعي يدعي يتخيل ليس بالمعنى آآ يتخيل الحقيقة لان اه مرتبة التخيل تمر بمرتبة الحس نعم لا تتخيلوا معي يعني يدعي الادعاء يعني يخرط نعم بمعنى ان الدين يتخيل يعني يدعي للعدم صورة اذا كان للعدم صورة يعني حقيقة هذه حقيقة مجازية ام حقيقة حقيقية? لا مجازية? يعني ادعائية للعدم صورة ما معقولة جيد هنا ركز معي مسألة بنيوية. وكل معقول لهم متعلق. اذا معقول العدم ما هو متعلق تقول تلك المرتبة الادعائية. الخورطية نعم اذا مفهوم العدم يوصلك الى دائرة وجود ام دائرة عدم? لا دائرة عدم لان كل مفهوم يوصلك الى ما يناسبه ما يناسبه اذا يوصلك الى عدم في نفس الامر. هذا العدم نعطيه كيانا ادعائيا ليس كيانا حقيقي حقيقيا متميزة عن صورة الوجود حينها تقول الوجود لا يجتمع مع العدم والعدم لا يجتمع مع الوجود اجتماعا نقيدا ويأتي التقابل يأتي التقابل بين الوجود واعدام التقابل بين الوجود والعدم بين المفهومين مفهوم العدم ومفهوم الوجود ابدا هناك بينونة مطلقة التقابل في متن الوقائع يعني اينما يكون الوجود في اي مرتبة كان لا يكون العدد واينما يكون العدم بالادعاء الا يكون الوجود مطلقا نعم بمعنى ان الدهن يتخيل اكتب تحتها يدعي يخرط للعدم صورة ما لان العدم لا يمكن ان تعطيه صورة حقيقية معقولة متميزة عن صورة الوجود. ويتصور رفعها. تقول العدم عدم. يأتي العدم ويرفع هذا العدم الادعائي. ويكون ثابتا باعتبار تصوره الله الله الله كم دقيقة هذه الكلمة من العلامة الحلي? ويكون ثابتا حقيقة يعني العدم له ثبوت كالوجود لا يقل باعتبار تصوره يعني بالادعاء يعني له ثبوت مجازي ادعائي. لان يعلن هذه المسألة. لان رفع الثبوت رفع الثبوت الشامل للثبوت الخارجي يعني الواقعي يعني وجود الإنسان ترفعه والذهني الذهني هنا ليس بمعنى المعقولية بمعنى الادعائية يعني تلك الواقعية التي فرضها الدين وادعها الذيب تصور ما ليس بثبات ولا متصور اصلا اصلا يعني المتعلق ادعاء لا شيء وهو ثابت باعتبار تصوره يعني بالادعاء يعني انت العدم اذا جئت الى حقيقته وهوايته لا شيء لكن كيف تعطيه انت هوية؟ يقول انا بالدين وبالادعاء والبعث باعتبار نعطيها ثبوت المجازية. ثبوت الادعاءات. لماذا؟ حتى اميزه عن الوجود واجعله مقابل الوجود ثم افهم كثيرا من الامور اكتب هذا السؤال جميل جدا هذا السؤال جميل جدا وانا اوصفكم القول هذه الاظاءات لا تجدونها لا في الشروح ولا عند الغير اذا تعب تعب كبير حتى وصلنا اليها هذه مهمة جدا المعرفة ما هي يعني وانت تتحرك معرفيا في الفقه في الاصول في الفلسفة في العقائد في المنطق وو مجالات متعددة في الفلك في البيولوجية ما معنى انت تتحرك تريد ان تتخلص من حكومة اجتماع النقضين هذا هو الفكر كلما تنصلت عن حكومة اجتماع الناقضين فانت تسري حقيقيا. كاشفيتك للواقع حقيقية وسليمة ولكن اذا سقطت في شراك مبدأ التناقض انت مخالف للواقع انت في الزيف انت في البطولة هذا هو الفكر هذا هو الفكر. جيد. هنا يأتي السؤال مبدأ التناقض ما هو? مبدأ التناقض يعني عندنا الوجود وعندنا العدد تقول توقف شيخنا ما عندنا عذاب نعم عندنا عدم ادعائي قرطي لماذا? نخلط هذا الخرطي حتى نفهم اجتماع النقيضين كمعيار وليس كقضية يعني كل قضية تفضي بك الى ان الوجود يجتمع مع العدم. او العدم يقع في متن الوجود فاعلم ان هذه القضية زائفة. ليست قضية مطلقا. ليست قضية مطلقا. اذا هذا البحث بحث له جنب معرفية له جنب تكوينية. له جنب منيوية شيء عجيب هذا البحث حقيقة من مفاخر المعرفة لان رفع الثبوت الشامل للثبوت الخارجي يعني تقول وجود انسان انا ارفع والذهن يعني العدم يعني الثبوت الادعائي عندنا ثبوت حقيقي وعندنا ثبوت الادعائي. يقول لان رفع الثبوت الشامل للثبوت الخارجي. هذا الحقيقي لا يمكن لك ان تدعي تدعي. يعني اقول انا ادعي وجود الشجرة. ان لك هذه لنظام الاسباب والمسببات نظام القضاء والقذر لا دخل لك انت بها اما عدم الادعاء والخرطي نعم هذا لك. نعم. والذهني اه هنا اكتب جيدا المسألة. لان رفع الثبوت. اذا الثبوت عندنا ثبوت واقعي له اثار خاصة مات بالواقع. وجود الإنسان وجود الماء وجذاب. وجود الله تعالى  وعندنا ثبوت ادعائي سماها الذهني هنا يعني ليس هذا الثبوت الادعائي في الذهن لان العدم لا ثبوت له مطلقا في كل المراتب اذا هذا الذهني يعني بالادعاء لان رفع الثبوت الشامل للثبوت الخارجي يعني الوجود الانساني وجود الماء الذهبي الانساني لوجود الله. والذهن يكتب الادعاء يعني الخرطي تصور ما ليس بثابت ها ارفع الوجود الانساني في ثبوت حقيقي اذا رفعته لا الثبوت الادعاء يعني العدم الذي نعطيه ثبوت ادعائي. هو ثبوت لا خرطي لان رفع رفع اسم ان. لان رفع الثبوت. الثبوت كان ثبوت حقيقي وثبوت ادعائي خرطي الشامل للثبوت الخارجي هذا الحقيقي. والذهني يعني الخرط الادعي لان رفع الثبوت تصور ما ليس بثابت ارفع الوجود الوجود الانساني يأتي ماذا اه العدم هذا العدم لا شيء تصور ما ليس بثابت اعطي العدم ثبوت الادعائين كذلك تصور ما ليس بثابت حقيقي. وان كان ثابتا بالادعاء. نعم. ولا متصور اصلا. لا متصور اصلا لان العدم لا يتصور وهو ثابت باعتبار ثابت باعتبار باعتبار الادعاء باعتبار الادعاء يعني اذا جئت الى الوجود الانساني ارفعه هل في الواقع شيء? لا ابدا لكن انت اذا رفعت وجود الانسان تدعي عدم الانسان وتعطيه ثبوتا ادعائيا وهو خرطي في الخرطي. وهو ثابت اكتب ثابت بالادعاء باعتبار يعني بالادعاء نعم وهو ثابت باعتبار تصور وتصوره ولا متصور اصلا وهو ثابت باعتبار تصوره باعتبار التصور يكتب باعتبار ادعائه هذا الاعتبار الخرطي وقسيم وقسيم للمطلق الثابت المطلق الثابت. مطلق ثابت يعني الوجود فتقول الشيء اما ثابت بالحقيقة واما آآ ثابت بالادعاء فهو قسيم لمطلق الثابت مطلق الثابت يعني الثابت الحقيقي نعم فتقول الثاء الثبوت مثبوت حقيقي او ثبوت خرطي ادعاي. فهذا الثبوت الادعائي يسمى هناك تصوري يعني ببركة فعالية ذهنية ندعيه لقى قسيمة للثبوت المطلق يعني الوجود الوجود باعتباره لماذا اه لماذا هو قسيم باعتبار انه سالبه سلب للوجود ولا استبعاد في ذلك بس بعيدا في ذلك يعني يمكن اذا مبدأ التناقض الذي هو معيار العلوم وهو الحاكمية على الحراك المعرفي حتى يكون في الطريق السليم او لا نكشف انه يكون في الطريق السليم او لا هو مبدأ التناقض مبدأ التناقض حلله نأتي الى الوجود نرفعه بالإدعاء لأن الوجود لا يرفع  ماذا يحدث? لا يحدث شيء ادعاء في ادعاء نأتي الى عدم الانسان</w:t>
      </w:r>
    </w:p>
    <w:p>
      <w:r>
        <w:t>لا شيء نضحوا بالإدعاء نعطيه ثبوت الإدعائية وكذلك لا شيء حتى نميزه عن الوجود فنقول وجود الانسان لا يجتمع مع عدم الانسان هنا نتموضع في اضاءة هذا المعيار مبدأ التناقض الذي هو اساس العلوم. نعم فانا نقول الموجود اما ثابت في الدين او غير ثابت في الدين اه الموجود اما ثابت في الدين او غير ثابت في الدين الموجود لا يثبت في الدين مطلقا الدين عالم المفاهيم اذن هذا الكلام ما معناه يعني الموجود مرة نكون في دائرة التصور الذي يحكي الواقع ومرة نكون في دائرة التصور الذي يحكي الادعاءات الادعاءات فانا نقول الموجود اما ثابت في الدين او غير ثابت في الدين فاللا وجود قسيم للوجود. نعم الا وجود خصيم ومن حيث له مفهوم قسم من الثابت جدا معقدة المسألة الموجود اما ثابت في الدين او غير ثابت في الدين. يعني اما لو الموجود هنا بمعنى اه ليس بمعنى الواقعية الخارجية. يعني كل من كان له وجود حقيقي وكان له وجود ادعائي يعني هنا مطلق مطلق الموجود يدخل فيه الحقيقي والابداعي. اما ثابت في الدين يعني له معقول يوصلنا الى متن واقعي كوجود الانسان ووجود الشجر او غير ثابت في الدين يعني تلك التصورات التي ليس لها آآ متعلق تحكي الاعدام مثل مفهوم شريك الباري فاللا وجود قسيم للوجود قسيم للوجود اه باعتبار الادعاء يعني عندك وجود الانسان في مقابله ماذا؟ عدم الانسان بالحقيقة اما بالادعاء بالادعاء قسيم للوجود ومن حيث له مفهوم قسيم من الثابت نعم ومن حيث له مفهوم قسيم من ثابت اكتب تحت ومن حيث له مفهوم قاسم الثابت اه مفهوم باعتبار الادعاء ليس ان العدم له ثبوت ديني. لا. صل واقعيات لا تدخل الى الدين الدين له معقولات اذا باعتبار المتعلق اكتب ومن حيث له مفهوم يعني مفهوم شريك الباري. قسم من الثابت اي ثابت اكتب ثابت بالادعاء هادي كلمة الادعاء والخرطي يعبر عنها ماذا? في الدين لا تفهم ان شريك الباري ظرفه الدين. ابدا. مفهوم شريك الباري المفهوم دائما يحيلك الى المتعلق. لا تبقى فيه لا تبقى فيه. دائما اذهب الى المتعلق شريك البركة مفهوم مفهوم شريك الباري. نعم. موطنه الذهن. يحكي ماذا؟ يحكي ثبوتا. فله ثبوت تقول ثبوت حقيقي يقول لك ثبوت ادعائي وجود ادعائي نعم. ولهذا يقول ومن حيث له مفهوم قسيم من الثابت يعني اكتب له مفهوم يحكي متعلقه الادعائي. فيكون له ثبوت ومن حيث له مفهوم قسم من الثابت اذا الثابت عندنا الثابت الحقيقي وعندنا الثابت الادعائي والحكم على رفع الثبوت المطلق من حيث انه متصور اه من حيث انه متصور لا من حيث انه ليس بثابت اوه اوه اوه اوه جدا كلام راق وفاخر. دقق والحكم تقول انت اذا حكمت على الاعداب يعني تعطي للعدام حقيقة لا يقول لا من حيث هي ادعاء من حيث هي خرطي يعني اعطينا لها ثبوت ادعائية تقول شريك الباري عدم. قضية حقيقية مطابقة للواقع ما هو مطابقها? ما عندنا عدن في الخارج? لا دقق جيد. ثبوت الدعاية موجود. يعني انا اعطي مصداق لشريك الباري بدائرة الثبوت الخرتي والادعاء. ماذا يمثل عدما كيف نحكم عليه بالوجود ام بالعدم? بالعدم العدم. شريك البري عدمه وانتهى الامر. يقول والحكم على رفع الثبوت المطلق. تقول شريك الباري ليس بموجود ليس بموجود يعني رفعنا الثبوت المطلق عن شريك الباري اذا رفعنا الثبوت في المطلق يعني الوجود المطلق عن شريك الباري. يعني شريك الباري ليس بموجود ففي مقابل الوجود يأتي العدم بالادعاء نحمله على شريك البريء بالادعاء. فتشكل القضية شريك البالي عدمه مطابقا للواقع حقيقة في نفس الامر. صادقة يعني اذا جئت الى نفس الامر لا تجد للموضوع متنا حقيقيا ولا تجد للمحمول كذلك حيثية حقيقية لماذا? لاننا في دائرة الثبوت الادعائي على مستوى الموضوع وعلى مستوى المحمول. والحكم على رفع الثبوت المطلق من حيث انه متصور لا من حيث انه ليس بثابت. ولا يكون تناقضا لاختلاف الموضوعين مع اذا لقائل ان يقول انتم اذا رفعتم الوجود المطلق عن اي موضوع او مطلق الوجود المطلق رفعتموه يعقل هذا لا يعقل ابدا بالادعاء نعم بالادعاء العمل. نعم. يعني انا بالادعاء نرفع الوجود المطلق في مقابل وجود مطلق ما هو? العدم المطلق. له حقيقة? لا ادعاء ثم نجعل له ثبوتا حقيقيا ام ادعائيا? اجعل له ثبوتا مما يناسبه. فالثبوت يكون ادعاء خرطي فتأتي المطابقة الصحيحة هذا كلام العلامة الحلي نعم. فانا نقول الموجود يعني مطلق الثبوت. اما ثابت في الدين او غير ثابت في الدين. يعني اما له آآ الذهن يصل اليه كحقيقة خارجية او الذهن يصل اليه كحقيقة ادعاية. فاللا وجود قصير للوجود نعم الوجود يقابله اللا وجود ومن حيث له مفهوم روحي للا وجود باعتبار المفهومية هذا المفهوم ادعائي يعني يحكي حقيقة ادعائية خرطية ومن حيث لهم مفهوم من هذا له? اللا وجود? له مفهوم? قسم من الثابت. اكتب الثابت الادعائي حتى تأتي المطابقة وتصير القضية شريك الباري عدم صادق. اما شريك الباري وجود شريك الباري حقيقة ادعائية والوجود حقيقة متنية ها هنا مبدأ التناقض يقول لا الوجود لا ينسجم مع العدم والعدم لا ينسجم مع الوجود. والحكم على رفع الثبوت المطلق الوجود المطلق ترفعه من حيث انه متصور يعني بالادعاء الادعاء يعني ترفع الوجود المطلق تضع في مكانه العدم المطلق. حقيقة لا بالادعاء من حيث انه متصور يكتب تحتها بالادعاء. لا من حيث انه ليس بثابت ليس في دائرة هويته في دائرة هويته لا شيء نعم ولا يكون تناقضا لاختلاف الموضوعين نعمة في تخالف من تناقض لماذا? لان العدم في هوية عدم ونعطيه ثبوت الادعائيات الثبوت في الادعاء غير الهوية الحقيقية. الهوية الحقيقية عدمهم في كل المراتب لكن يكتسب ثبوتا ادعائيا خرطيا حتى نفهم الاشياء. ونفهم مبدأ التناقض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