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المطالب دقيقة جدا وجميلة نحن نفهمها بعدما انطبقت الفلسفة في الحكمة المتعالية وتدرجت وتطورت مع العلماء رحمهم الله فالديواني الذي كان اشعريا وصار اماميا له مشاركة سيد الدشتكة في شراز له مشاركة المردامات ابدع في تحليل الدين بطريقة خارقة للعادة ثم جاء صدر متألين ابدع مدرسة جديدة بانموذج جديد يختلف تماما عن المدارس الفلسفية السابقة ثم تطورت من حيث البيان بعد صدم وتأنين الى يومنا هذا. فنحن ننظر الى هذا المتن والشرح من موقع تأويلي فلسفي يختلف تماما اشد عمقا من زمانه من زمانهم فانا فقط اطلب منكم طلبا وهو المباحثة بدون المباحثة هذه المطالب الدقيقة التي تستثمرونها بالعلوم الدينية بدقة مفيدة جدا ولا ترسخ الا بالمباحثة. هذه نصيحتي لكم نعم وصلنا الى هادا المطلب قال ولهذا نقسم الموجود الى ثابت في الدين وغير ثابت فيه. ونحكم بينهما بالتمايز وهو لا يستدعي الهوية لكل من المتمايزين ولو فرض له هوية لكان حكمها حكما الثابت. هذا آآ فذ لك نتيجة لما قلناه بالتفصيل جمعه المحقق التونسي في هذا المتن العميق والمختزل كثيرا. اذا عندنا ثبوت واقعي. واقعيات التي نتعقلها بعفوية ومرة بتأمل لها متون خارجية مر لا عندنا ثبوت ادعائي. هذا الثبوت الادعائي. احيانا العلماء تعبر عنه يعبرون عنه بالذهن. ما معنى? يعني للدين مدخلية في صنع هوي صنع هويته الخرطية اذا كان للدين مدخلية في صنع هوية وجاء وجعلها في نفس الامر بالخرط والادعاء يقولون ذهنية هذا هو مقصودهم مو مقصودهم ان ان العدم في الذهن الدين مفاهيم لا عدم ولا وجود مفهوم الوجود ومفهوم العدم. لا شجر ولا بقر ولا ماء ولا فلك. مفاهيم هذه الامور. يعني كاشفية لهذه الامور. وبعبارة اخرى الحقائق تنتقل الى دائرة الكاشفية والعلم. نعم. ولهذا نقسم الموجود يعني مطلق الثبوت الى ثابت في الدين يعني هذا بالادعاء وآآ بالخرطي وغير ثابت يعني آآ ثابت في الدين يعني بالحقيقة وغير ثابت فيه يعني بالادعاء والخرطي. اذا عندنا ثبوت حقيقي وثبوت خرطي. ثبوت الخورطي هناك الدين بفعالية ذهنية يصل الى هذا الثبوت الخورطي. لان الفعالية الذهنية حاضرة نقول انه ذهني والا هو المقصود به الادعاء. ولهذا اذا قال ولهذا نقسم الموجود يعني مطلوق الثبوت الى ثابت في الدين يعني له متعلق حقيقي وغير ثابت يعني له متعلق خرطي فيه. جيد. لماذا هذا هذا الجهد والكد والتعب اه في باب المعرفة والنشاط الديني يقول حتى نفهم اه نستقر في وضياء مبدأ التناقض هو معيار حقانيت قضايا ومعيار زيف القضايا ونحكم بينهما بالتمايز. نقول الوجود يتميز عن العدم والعدم يتميز عن الوجود وهو لا يستدعي قد يقول قائل اذا آآ التميز فرع الثبوت يعني التحقق الواقع الى تميز قد يكون بين ثبوت حقيقي وبين ثبوت خرطي ادعائي. لا ملازمة بين الامرين كأنه دفع دخل مقدر ولا يستدعي الهوية لكل من المتميزين احيانا لا اصلا لا هاوية لا لي الف ولا لباء. لو كان فيهما الهة الا الله الله صور لنا اله اه ند ند ند ندا له وصور لنا اله الثاني ندا له الهة متعددة ثم اعطاهم ثبوتا ادعائيا واقعية ابداعية وهو الوحيد الله تعالى متفرد بالالوهية اعطاهم تبوتا ادعائيا ثبوت الخرطيم ثم يرتب لك عليه نتيجة من هذا الثبوت الخرطي لا فسدتا هذا توحيد الربوبي دليل على دليل عقلي وبرهانه على التوحيد والربوبي  تعدد الربوبية يؤدي الى الفساد الفساد اللا شيء في اذن تعدد الآلهية لا شيء. انتهى الامر كيف ندرك لا فساد? يقول ارجع للبصر الايات الافاقية هل من فتور من انشقاق وفساد ابدا لا تعثر على الفساد في نظام الاسباب مسببات طبعا الفساد التكويني اما الفساد الاعتباري  التشريعي اه ظهر الفساد في البر والبحر بما كسبت ايدي الناس. داك الفساد التشريعي. هنا الفساد في نظام الاسباب والمسببات لا يمكن ان تعثر على انشقاق يعني على فساد اذا هذه الالهة التي اعطيناها ثبوتات ادعائية خرطي في هوياتها خرطي لا شيء وهو لا يستدعي يعني هذا الأمر صنع الهويات الإدعائية في مقابل الهويات الحقيقية لا يصل الى هوية لكل من المتميزين لا قد يكون الوجود في مقابل هوية ادعائية قد تكون هوية ادائية في مقابل هوية ادعائية كالآلهة التي فرضها الله تعالى في هذا البرهان. برهان التمانع لو كان فيهما الهة الهة الا الله كلها واقعيات خرطية. يلزم منها الخورطي فساد نظام الاسباب والمسببات ولو فرض له هوية لكان حكمها حكم الثابت. لو فرض لهوية فرضن لي تعدد الالي هاوية يترتب عليها ما يناسبها ماذا? خلل في نظام الوجود. كان حكمها حكم الثابت لكن هذا الحكم كذلك ادعائي. نعم. اقول سنرى العلماء الحلي كيف يبين هذا هذه الالغاز المعرفية? اقول الاستدلال على ان الدين سلال ام بنيويوي ليس استدلالا على من حله. تفكيك للبنية. نعم. لانك اذا استدليت على البنية تقع دائما في الدور وفي في التسلسل. اقول هذا استدلال على ان الدين بشري له يعني له القدرة ان يتصور عدم جميع الاشياء بيناه وبيانه ان نقسم الموجود يعني الثبوت المطلق الى ثابت في الدين وغير ثابت فيه اه ثابت في الدين وغير ثابت فيه اه في الدين كظرف ظرف المعقولات وقلنا المعقولات كلها متباينة بثمن بالذات الى معقولات كاشفية باعتبار المتعلق نقول ثابت بالحقيقة وثابت بالادعاء فاذا قال اه الى ثابت في الدين يعني باعتبار المتعلق الحقيقي وغير ثابت فيه يعني باعتبار المتعلق الخرطي. فما جيدا هذه? ونحكم بامتياز احدهما عن الاخر. اي التمايز في الذهن ام التمايز في نفس الامر تميز في نفس الامر الوجود يقابل العدم في الحقيقة والعدم يقابل الوجود في الحقيقة وليس في الدين لان مفهوم العدم لا لا يزاحم ولا يناقض ابدا ولا يقابل مفهوم الوجود مفهوم العدم تسأله عندك علاقة بمفهوم الوجود قل ابدا. ما هي انت هويتك كمفهوم؟ يقول انا اشير الى حقيقة ادعاء اخرطية انتهى الامر ومفهوم الوجود عندك علاقة بمفهوم العدم? يقول ابدا. انا اشير الى حقيقة ثابتة حقيقية ليست ادعائية اي اذا التقابل اين? في نفس الأمر. في متعلق المفاهيم في محكي المفاهيم. هذه كذلك فهمها جيد. ونحكم بامتياز احدهما عن الاخر ومقابلته. اكتب في نفس الامر. يعني خارج افق يعني في الماحكي ونحكم بامتياز احدهما يعني سبت ولا ثابت يعاني الاخر ومقابلته لهم. يعني التقابل تقابل في الوجود. يعني اذا كان الانسان موجودا متحقق بنعمة الوجود لا يكون عدما. يكون العدم مطرودا وهذا غير مفهوم العدم وغير مفهوم الوجود. هذه الامور تحتاج الى دقة الى دقة الى دقة</w:t>
      </w:r>
    </w:p>
    <w:p>
      <w:r>
        <w:t>خلينا نتحفكم بمسألة جميلة. انا جربتها نعم. وهذه تعطي مفخرة للحوزوي اذا درس جيدا طبعا في الترجمة من اللغة الانجليزية الالمانية اللغة الفرنسية لغة العلوم الان في مجال العلوم الانسانية ليس في مجال العلوم والتكنولوجيا الحوزاوي ما عندو علاقة بالعلوم التكنولوجية. ياتي الحوزاوي يضر يترجم كتاب في وفي الذرة. لا يريد ان يترجم كتابا في نظرية المعرفة او في الفلسفة او في فلسفة الاخلاق مثلا يجد نفسه بوصفه حوزويا يملك فرائا اصطلاحيا لا حد له جميل جدا وغني عنده اربع مدارس فلسفية مدرسة المشائية الاشراقية الايمانية للمردمات الحكمة المتعالية صدر مدارس كلامية متعددة اه على الاقل اربعة الامامية والمعتزلة والاشعرية والماتوليدية اه مدرسة عرفانية اعمق حتى من الفلسفة وفي اللسانيات عنده التفسير عنده اه علم الاصول في الفقه يعني اذا تحرك في مجال القانون عنده ثراء قانوني في الفقه اه واسع جدا جيد اذا جاء الى الترجمة سريعا يأتي الى المجال التداولي الذي يتحرك فيه الكتاب الانجليزي او بالفرنسي او بالالماني او باي لغة اخرى يظح في مجاله التداولي الغني يجد ما يناسب ذلك المجال التداولي واعمق واوسع فاذا ترجم بهذه الذهنية بشرط ان يكون متخصصا في المادة التي يترجم فيها اذا ترجم في نظرية المعرفة يجب ان يتقن نظرية المعرفة في محيطه بمحيط الحوزة تأتي الترجمة ارقى وارشق واعمق من الاصل وانا جربتها من الفارس الى العرب من الانجليز الى عربي من الفرنسي اه الى العربي تأتي الترجمة اغنى وارشق واروع واجمل واعماق وجربوها بشرط ان يكون الطالب دارسا جيدا ومتخصص في المادة التي يترجمها نعم  والحكم على شيء يستدعي تصوره وثبوته في الدين. اكتب في الدين يا علي بالإدعاء. بالإدعاء تقول شريك الباري عدم يعني خرطي يعني شريك البالي في ذهنك شريك المالي في اي مرتبة من مراتب الوجود وحتى الذيب لا هوية له اذا انت ماذا عندك في الدين? مفهوم شريك الباري. فهم لشريك الباري اذا اذا قال في الدين يعني ظرف الإدعاء الية الادعاء الية الادعاء هي الدين اذا اذا حكمنا على شريك الباري بالعدم قلنا شريك البري معدوم صحيح مطابقة للواقع. يقول اه يستدعي تصوره تصور الموضوع ثم المحمول وثبوته في الدين. اكتب هذا الثبوت الادعائي نعم فيجب ان يكون ما ليس بثابت شريك الباري في متن نفس الأمر والواقع لا وجود له. لو كان فيهما آليات الى الله لفسدتا فيجب ان يكون ليس بثابت يعني شريك الباري. كمثال ما ليس ما ليس بثابت في الذهن ثابتا فيه. اي بواه. يعني شريك الباري في الدين? ابدا. يعني يصنع له آآ مفهوما ومفهوم شريك البالي ويحكي متنه يحكي واقعيته واقعية حقيقية كالواجب تعالى ام خرطي ادعائي نعم. ثبوت ادعائي. اذا اذا قال آآ آآ فيجب ان يكون ما ليس بثابت يعني الخرطي كشريك الباري ليس في الذهن ثابتا فيه. ثابتا يعني له مفهوم يحكي حقيقة خرطية حقيقة الدعاية. فقد تصور الذهن سلب ما وجد فيه باعتبارين على ما حققناه مرة ينظر الى الهوية يقول لا شيء. من من مرة ثبوتا ادعائيا فاذا اكتسبت هذا الثبوت الادعائي تأتي المحمولات المحمولات في الدين والمواصفات في الخارج. نعم نعم فقد تصور الدين سلب ما وجد فيه باعتبارين على ما حققناه. يعني الاعتبار الحقيقي والاعتبار الدعائي. فانما ليس بثابت في الدين. ثابت فيه ما ليس ثابت في الذهن مفهوم شريك الباري في الدين يعني ماذا يحكي? يحكي الا شيء جيد اه انت حكمت عليه انه عدم نعم يقول باعتباري باعتبار اخر باعتبار اعطاه اعطاء اه اعطاء الهوية الادعائية له فمن ما ليس بثابت في الدين يعني ما ليس له واقعية يحكيها الدين حقيقية ثابت فيه يعني له واقعية ادعائية من حيث انه متصور يعني من حظ ما هو مدعى ادعاء هكذا يجب ان تفهم الماتن وغير ثابت فيه بما هو واقعية ادعاية خرطية من حيث ذاته. من حيث انه سلب لما هو لما في الدين. تقول اه الشريك الباري ادعاء في الدين. شريك الباري لا ادعاء في الخارج ولا ادعاء في الدين. يا رب شريك الباري ليس له واقعية مطلقا باللغة الفارسية يقولوا يعني لا شيء جيت اذا كيف حكمتم عليه بالعدم? دقق جيدا نصلح نصنع لهم مفهوم هذا الصنع المفهومي من اين جاءنا? من رفع واجب الوجود بالادعاء مفهوم شريك الباري اذا حكى المتعلق بالإدعاء نقول هذا الواقع الخرطي والإدعائي في الدين وليس في الدين يعني باعتبار الدين باعتبار الإدعاء باعتبار الخرطي لكن فيه هوي يد شريك الباري اصلا لا شيء هوية لا شيء لا يستحق شيئان ولهذا العبارة هنا معقدة يجب ان تفهم هكذا. نعم وغير ثابت فيه يعني العدم شريك الباري اصلا لا هوية له في جميع المراتب نعم لا في افق الدين ولا في افق الخارج من حيث انه سلب لما في الدين يعني باعتبار انه ماذا? لا شيء في حقيقته. الذهن يقول لا شيء لا شيء لا يقال اشكال امتياز احد الشيئين واشار اليها المحقق الطوسي قال الامتياز لا يستدعي آآ حضور الهويتين بل اكثر من ذلك فيه تميز مع عدم حضور امرين ليس فقط واحد تقول الوجود لا يجتمع مع العدم. الوجود حقيقة لعدم ادعاء جاء التميز. يعني الوجود حقيقة ثابت الهوية العدم مرفوع الهوية لا شيء في تمايز. مرة حتى بين الاعدام لا يستدعي حتى الطرفين لو كان فيهما الهة الله فرض في مقابله عز وجل الهة متعددة تتميز كل هذه العادات تمييز يتميز هذا الاله له هوية ادعائية وهذا الاله الثاني له هوية ادعائية. ثالث له هوية دعائية كثرة فرع التميز مع ان الاطراف غير متحققة مطلقا نعم. رد هذا الاشكال لا يقال امتياز احد الشيئين عن الاخر يستدعي ان يكون لكل من المتميزين هوية مغايرة لهوية الاخر حتى يحكم بينهما بالامتياز. هذا المستشكل فهم اينما يكون التميز يستدعي حضور ح الهويتين حقيقة يعني ما عندنا هوية ادعائية. نعم. فلو كان العدم ممتازا على الوجود لكان له هوية. اكتب تحته عند عند المستشكل. هوية حقيقية. نحن نقول نعم عنده هوية ولكن هوية الدعائية لكان له هوية متميزة هان على الوجود لكن ان ذلك محال لأن العقل يمكنه رفع يمكنه رفع كل هوية فيكون رفع هوية العدم قسيم للعدم وقسيمه وهو محال. يعني العدم العدم آآ هو في حد ذاته لا هوية وله ما يناظره عدم اخر له هوية. عدم في هويتهما لا شيء. وعدم شيء. نحن نقول شيء لكن شيء خرطي. يمكن او لا يمكن. نعم يمكن. حتى الله تعالى فرض لو كان فيهما الهتك. الهة افرض مليار اله. الهة. كلها هاوية ادعائية خرطية متميزة نعم متميزة قوة العقل هكذا قوة العقل هكذا. لاننا نقول لا نسلم وجوب الهوية لكل من المتميزين. هذا هو المغالطة. في تميز ولا يستدعي آآ الهوية المقابلة</w:t>
      </w:r>
    </w:p>
    <w:p>
      <w:r>
        <w:t>الوجود في مقابل العدم الوجود هوية حقيقية العدم اه هوية خرطية مرة اعدام هويات خرطية تتمايز لو كان فيهما الهة الى الله فهنا نحكم بامتياز الهوية عن اللاهوية وليس اللاهوية هوية ليس له هوية حقيقية سلمنا ثبوت الهوية لكل متمايزين. لكن هوية العدم داخلة باعتبار الهوية يعني بالخرطي يعني بالادعاء نحن نؤمن بهوية ادعائية ليس هوية حقيقية. وهذه الهوية الادعائية تتميز بالظرورة. هذه هي قوة العقل. لكن متميزين لكن يقول سلمنا ثبوت الهوية لكل متميزين كما قلت ايها المستشكل لكن هوية العدم داخلة باعتبار الهوية في قسم الهوية. باعتبار الهوية يعني بالادعاء. يعني في الذهن لا يعني بالادعاء. في نفس الامر ولكن هوية خرطية. هوية ادعائية وباعتبار ما فرض فرض يعني الادعاء ان هلاها لا هوية يكون مقابل لهوية. اذا هذا العدم الخرطي في هويته في مقابل عدم لكن في هويته الخرطية يتميز. اذا اللحاف بيع كبارين نعم جميل جدا هذا الكلام من العلامة العلي. سلمنا ثبوت الهوية لكل متميزين. لكن من قال كان هذه هوية حقيقية ليست هوية خرطية لكن هوية العدم داخلة باعتبار الهوية يعني بالادعاء والخرطي في قسم الهوية يعني الهوية عندنا هوية حقيقية هوية ادعائية خرطية. وباعتبار ما فرض انها لا هوية يكون مقابل للهوية. يعني انت تقول اذا كان للعدم هوية خرطية كيف يقابل الوجود له هوية والوجود يقابل العذاب. نقول لك هويته خرطية لا ينسلق عن العدم نعم وباعتبار ما فرض انها لا هوية يكون مقابل الهوية وقسيما لها. ولا امتناع في كون شي قسم من شي وقاسم له باعتبارين على ما تقدم تحقيقه في بث باب الثبوت. اذا العدم مرة يكون في دائرة هويته لا شيء في دائرة الثبوت الادعائي. له هوية ادعائية فيكون آآ للعدم مصداقان قاسمان قسم يمثل اللاشيء مطلقا قسم يمثل شيئية ادعائية. لماذا? حتى نفهم رفع الوجود وثبوت الوجود اذا ثبت الوجود العدم يرتفع. واذا ثبت العدم بالادعاء والخرطي الوجود يرتفع. هذا هو مبدأ التناقض. معيار العلم معيار الترشح العلم. نعم نعم قال واذا حاكم الذهن على الامور الخارجية بمثلها وجب التطابق في صحيحه. والا فلا ويكون صحيحه باعتبار مطابقته لما في نفس الامر لامكان التصور للكواذيب نعم قلت لكم هذه العبارة كلها تحليل لهذه لهذا التركيب شريك الباقي عدمه. العدم وعدمه اخرج من دار الهوية مبدأ الهوية ما عندنا حكم ما عندنا قضايا. العدم في هويته عدمه. انتهى الامر. الحمل الاولي. كالانسان والانسان لا نذهب الى الحكم شريك البري عدمه. شريك البالي ما هو? عدم لا شيء كاننا قلنا العدم عدم قلت العدم وعدم القضية تركيب حاكي ومطابق وصحيح الا انه في ذلك الخرطي تقول شريك الباري عدمه كذلك صحيح مطابق للواقع الا انه في دائرة خرطي يعني في دائرة الادعاءات. نعم يقول واذا حكم الذهن يعني العقل في ذات الفكر على الامور الخارجية بمثلها امور الخارجية بمثلها وجب التطابق في صحيحه والا فلا ويكون صحيحه باعتبار مطابقته لما في نص الامر لامكان تصور الكاذب. نفس الامر من اجمل البحوث في الفلسفة. ما هو مناطق صدق القضايا. عندك القضية انت. هذه القضية في قانون بنياوي. ما هو؟ القضية لا تثبت نفسها لان القضية اذا اثبتت نفسها كل القضايا تكون صادقة القضية ليس لها القدرة على اثبات نفسها. الذي يثبتها مبدأ السبب الكافي كيف يراجع معايير العقل والمعطيات الخارجية اذا الحاكمية لمن? الحاكمية للواقع الخارجي لكن الواقع الخارجي لا يأتي للدين من يلوبه في الذهن حتى تطابق القضية الواقعة الخارجي هذه المعايير العقلية ومنها مبدأ التناقض ومنها مبدأ سبب كافي ومنها مبدأ الهوية وو غادي يفهموها جيدا انت كيف تعلم ان القضية لا تطابق الواقع? يعني زيف كذب وقضايا تطابق الواقع. يعني نفس الامر. الواقع انت ليس بيدك. انت في افق الدين تتحرك ينوب مناب الواقع هذه المعايير العقلية. هذه المعايير العقلية التي هي حكمة الهية ضياء حاكم على عقلك الجزئي وهو العقل المعياري بها تعرف انك في متن الواقع او ليس في متن الواقع هذا الامر يعني مناط صدق القضايا. بفضل هذه المعايير مطابقة للواقع الخارجي هذا هو يسمى نفس الامر. مناط صدق القضية. يعني الوجود الذي يجعل القضية في دائرة الصدق او في دائرة عدم الصدق. واذا حكم الذهن على الامور الخارجية بمثلها يعني بالامور الخارجية. وجب التطابق في صحيحه يعني في دائرة الوجود الخارجي والصحيح ليس للكذب نعم والا فلا اذا لم يكن في واقع الخارجي يكون في غير الواقع الخارجي يعني الادعاء. ويكون صحيحه باعتبار مطابقته لما في نفس الامر اذا كنا في دائرة الادعاء نفس الامر ادعاي اذا كنا في دائرة الحق نفس الامر الحقيقي والكذا وكواذب لا مطابق لها لا في دائرة الوجود ولا في دائرة الادعاء ذات الادعاء خليني اظيء هذه المسألة بقي دقيقان. اضيء هذه المسألة بمثال اه ووجود الله تعالى حي المطابق متن حقيقي وجود الإنسان اه اه مخلوق معلول ظعيف فقير واقع خارجي مرة لا مرة انتبه شريك البالي معدوم قضية صادقة تذهب الى الشريك البريء في المتن الادعائي ماذا يمثل عدما تحكم عليه بالموجودية؟ لا تحكم بما يناسب الموضوع تقول شريك البري معدوم قضية صادقة مطابقة للواقع لكن في دائرة الادعاء الثبوت الادعاء مرة تقول الشريك البري موجود شريك الباري موجود شريك الباري كمفهوم بامانة تامة يوصلك الى دائرة ادعائية دائرة الخرطي يعني اللاشئية يعني العدم هناك الوجود لا يمكن ان يحمل لوجود له دائرته الخاصة مبدأ التناقض يقول توقف العدم هو لا يقبل الوجود الوجود لا يقبل العدم. هذه الكواذب اما شريك معدوم صادقة صحيحة الكواذب هي القضايا التي تجعل العدم يقبل الوجود او الوجود يقبل العدم فما جيدا هذه المسألة دنيوية نعم واذا حكم الذهن على الامور الخارجية. يعني التي لها متن حقيقي بمثلها بما يناسب هذه المثنية الحقيقية. وجب التطابق في صحيحه. يعني في في الصحيح لان القضايا الكواذب ليس ليس اصل لها مطابق والا فلا. يعني هنا الا فلا يمكن ان نفسرها بفضاء الادعاء يعني اذا تكلمنا عن اه الثبوت الادعائي يجب ان نحكم عليه ما يناسب الثبوت الادعائي. ليس يناسب الوجود اه الحقيقي. ويكون صحيحه باعتبار مطابقتيه لما في نفسه سواء كنا في نفس الأمر الحقيقي او في نفس الأمر الإدعائي وغير هذا الزيفون الى انت حكمت على الادعاء بالوجود زيفون كواذب واذا حكمت على الوجود بالادعاء زيفون مبدأ التناقض نعم لإمكان تصور الكواذب الكواذب ما معنى قضايا زيف يعني ليس لها في الحقيقة قضايا يعني تخلط بين الادعاء والوجود. يعني بين العدم والوجود تجمع بينهما. وهذا اجتماع الناقظين. اقول يأتي ان شاء الله التطبيق. في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